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607" w:rsidRPr="0033741E" w:rsidRDefault="00A83174">
      <w:pPr>
        <w:jc w:val="center"/>
        <w:rPr>
          <w:rFonts w:ascii="Book Antiqua" w:hAnsi="Book Antiqua"/>
        </w:rPr>
      </w:pPr>
      <w:r w:rsidRPr="0033741E">
        <w:rPr>
          <w:rFonts w:ascii="Book Antiqua" w:hAnsi="Book Antiqua"/>
          <w:b/>
          <w:color w:val="1F4E78"/>
          <w:sz w:val="37"/>
        </w:rPr>
        <w:t>СЫНЫП ЖЕТЕКШІЛЕРІН КАСКАДТЫ</w:t>
      </w:r>
      <w:r w:rsidRPr="0033741E">
        <w:rPr>
          <w:rFonts w:ascii="Cambria" w:hAnsi="Cambria" w:cs="Cambria"/>
          <w:b/>
          <w:color w:val="1F4E78"/>
          <w:sz w:val="37"/>
        </w:rPr>
        <w:t>Қ</w:t>
      </w:r>
      <w:r w:rsidRPr="0033741E">
        <w:rPr>
          <w:rFonts w:ascii="Book Antiqua" w:hAnsi="Book Antiqua" w:cs="Book Antiqua"/>
          <w:b/>
          <w:color w:val="1F4E78"/>
          <w:sz w:val="37"/>
        </w:rPr>
        <w:t>О</w:t>
      </w:r>
      <w:r w:rsidRPr="0033741E">
        <w:rPr>
          <w:rFonts w:ascii="Cambria" w:hAnsi="Cambria" w:cs="Cambria"/>
          <w:b/>
          <w:color w:val="1F4E78"/>
          <w:sz w:val="37"/>
        </w:rPr>
        <w:t>Қ</w:t>
      </w:r>
      <w:r w:rsidRPr="0033741E">
        <w:rPr>
          <w:rFonts w:ascii="Book Antiqua" w:hAnsi="Book Antiqua" w:cs="Book Antiqua"/>
          <w:b/>
          <w:color w:val="1F4E78"/>
          <w:sz w:val="37"/>
        </w:rPr>
        <w:t>ЫТУСЦЕНАРИЙІЖ</w:t>
      </w:r>
      <w:r w:rsidRPr="0033741E">
        <w:rPr>
          <w:rFonts w:ascii="Cambria" w:hAnsi="Cambria" w:cs="Cambria"/>
          <w:b/>
          <w:color w:val="1F4E78"/>
          <w:sz w:val="37"/>
        </w:rPr>
        <w:t>Ә</w:t>
      </w:r>
      <w:r w:rsidRPr="0033741E">
        <w:rPr>
          <w:rFonts w:ascii="Book Antiqua" w:hAnsi="Book Antiqua" w:cs="Book Antiqua"/>
          <w:b/>
          <w:color w:val="1F4E78"/>
          <w:sz w:val="37"/>
        </w:rPr>
        <w:t>НЕН</w:t>
      </w:r>
      <w:r w:rsidRPr="0033741E">
        <w:rPr>
          <w:rFonts w:ascii="Cambria" w:hAnsi="Cambria" w:cs="Cambria"/>
          <w:b/>
          <w:color w:val="1F4E78"/>
          <w:sz w:val="37"/>
        </w:rPr>
        <w:t>Ұ</w:t>
      </w:r>
      <w:r w:rsidRPr="0033741E">
        <w:rPr>
          <w:rFonts w:ascii="Book Antiqua" w:hAnsi="Book Antiqua" w:cs="Book Antiqua"/>
          <w:b/>
          <w:color w:val="1F4E78"/>
          <w:sz w:val="37"/>
        </w:rPr>
        <w:t>С</w:t>
      </w:r>
      <w:r w:rsidRPr="0033741E">
        <w:rPr>
          <w:rFonts w:ascii="Cambria" w:hAnsi="Cambria" w:cs="Cambria"/>
          <w:b/>
          <w:color w:val="1F4E78"/>
          <w:sz w:val="37"/>
        </w:rPr>
        <w:t>Қ</w:t>
      </w:r>
      <w:r w:rsidRPr="0033741E">
        <w:rPr>
          <w:rFonts w:ascii="Book Antiqua" w:hAnsi="Book Antiqua" w:cs="Book Antiqua"/>
          <w:b/>
          <w:color w:val="1F4E78"/>
          <w:sz w:val="37"/>
        </w:rPr>
        <w:t>АУЛЫ</w:t>
      </w:r>
      <w:r w:rsidRPr="0033741E">
        <w:rPr>
          <w:rFonts w:ascii="Cambria" w:hAnsi="Cambria" w:cs="Cambria"/>
          <w:b/>
          <w:color w:val="1F4E78"/>
          <w:sz w:val="37"/>
        </w:rPr>
        <w:t>Қ</w:t>
      </w:r>
    </w:p>
    <w:p w:rsidR="00163607" w:rsidRPr="0033741E" w:rsidRDefault="00A83174">
      <w:pPr>
        <w:jc w:val="center"/>
        <w:rPr>
          <w:rFonts w:ascii="Book Antiqua" w:hAnsi="Book Antiqua"/>
        </w:rPr>
      </w:pPr>
      <w:r w:rsidRPr="0033741E">
        <w:rPr>
          <w:rFonts w:ascii="Book Antiqua" w:hAnsi="Book Antiqua"/>
          <w:b/>
          <w:color w:val="1F1F1F"/>
          <w:sz w:val="28"/>
        </w:rPr>
        <w:t>цифрлы</w:t>
      </w:r>
      <w:r w:rsidRPr="0033741E">
        <w:rPr>
          <w:rFonts w:ascii="Cambria" w:hAnsi="Cambria" w:cs="Cambria"/>
          <w:b/>
          <w:color w:val="1F1F1F"/>
          <w:sz w:val="28"/>
        </w:rPr>
        <w:t>қ</w:t>
      </w:r>
      <w:r w:rsidRPr="0033741E">
        <w:rPr>
          <w:rFonts w:ascii="Book Antiqua" w:hAnsi="Book Antiqua" w:cs="Book Antiqua"/>
          <w:b/>
          <w:color w:val="1F1F1F"/>
          <w:sz w:val="28"/>
        </w:rPr>
        <w:t>платформаныпайдаланубойынша</w:t>
      </w:r>
      <w:r w:rsidRPr="0033741E">
        <w:rPr>
          <w:rFonts w:ascii="Book Antiqua" w:hAnsi="Book Antiqua"/>
          <w:b/>
          <w:color w:val="1F1F1F"/>
          <w:sz w:val="28"/>
        </w:rPr>
        <w:br/>
      </w:r>
      <w:r w:rsidRPr="0033741E">
        <w:rPr>
          <w:rFonts w:ascii="Book Antiqua" w:hAnsi="Book Antiqua" w:cs="Book Antiqua"/>
          <w:b/>
          <w:color w:val="1F1F1F"/>
          <w:sz w:val="28"/>
        </w:rPr>
        <w:t>сыныпжетекшілеріно</w:t>
      </w:r>
      <w:r w:rsidRPr="0033741E">
        <w:rPr>
          <w:rFonts w:ascii="Cambria" w:hAnsi="Cambria" w:cs="Cambria"/>
          <w:b/>
          <w:color w:val="1F1F1F"/>
          <w:sz w:val="28"/>
        </w:rPr>
        <w:t>қ</w:t>
      </w:r>
      <w:r w:rsidRPr="0033741E">
        <w:rPr>
          <w:rFonts w:ascii="Book Antiqua" w:hAnsi="Book Antiqua" w:cs="Book Antiqua"/>
          <w:b/>
          <w:color w:val="1F1F1F"/>
          <w:sz w:val="28"/>
        </w:rPr>
        <w:t>ыту</w:t>
      </w:r>
      <w:r w:rsidRPr="0033741E">
        <w:rPr>
          <w:rFonts w:ascii="Cambria" w:hAnsi="Cambria" w:cs="Cambria"/>
          <w:b/>
          <w:color w:val="1F1F1F"/>
          <w:sz w:val="28"/>
        </w:rPr>
        <w:t>ғ</w:t>
      </w:r>
      <w:r w:rsidRPr="0033741E">
        <w:rPr>
          <w:rFonts w:ascii="Book Antiqua" w:hAnsi="Book Antiqua" w:cs="Book Antiqua"/>
          <w:b/>
          <w:color w:val="1F1F1F"/>
          <w:sz w:val="28"/>
        </w:rPr>
        <w:t>аарнал</w:t>
      </w:r>
      <w:r w:rsidRPr="0033741E">
        <w:rPr>
          <w:rFonts w:ascii="Cambria" w:hAnsi="Cambria" w:cs="Cambria"/>
          <w:b/>
          <w:color w:val="1F1F1F"/>
          <w:sz w:val="28"/>
        </w:rPr>
        <w:t>ғ</w:t>
      </w:r>
      <w:r w:rsidRPr="0033741E">
        <w:rPr>
          <w:rFonts w:ascii="Book Antiqua" w:hAnsi="Book Antiqua" w:cs="Book Antiqua"/>
          <w:b/>
          <w:color w:val="1F1F1F"/>
          <w:sz w:val="28"/>
        </w:rPr>
        <w:t>ан</w:t>
      </w:r>
    </w:p>
    <w:p w:rsidR="00163607" w:rsidRPr="0033741E" w:rsidRDefault="00A83174">
      <w:pPr>
        <w:jc w:val="center"/>
        <w:rPr>
          <w:rFonts w:ascii="Book Antiqua" w:hAnsi="Book Antiqua"/>
        </w:rPr>
      </w:pPr>
      <w:r w:rsidRPr="0033741E">
        <w:rPr>
          <w:rFonts w:ascii="Book Antiqua" w:hAnsi="Book Antiqua"/>
          <w:i/>
          <w:color w:val="595959"/>
        </w:rPr>
        <w:t>Т</w:t>
      </w:r>
      <w:r w:rsidRPr="0033741E">
        <w:rPr>
          <w:rFonts w:ascii="Cambria" w:hAnsi="Cambria" w:cs="Cambria"/>
          <w:i/>
          <w:color w:val="595959"/>
        </w:rPr>
        <w:t>ә</w:t>
      </w:r>
      <w:r w:rsidRPr="0033741E">
        <w:rPr>
          <w:rFonts w:ascii="Book Antiqua" w:hAnsi="Book Antiqua" w:cs="Book Antiqua"/>
          <w:i/>
          <w:color w:val="595959"/>
        </w:rPr>
        <w:t>рбиеж</w:t>
      </w:r>
      <w:r w:rsidRPr="0033741E">
        <w:rPr>
          <w:rFonts w:ascii="Cambria" w:hAnsi="Cambria" w:cs="Cambria"/>
          <w:i/>
          <w:color w:val="595959"/>
        </w:rPr>
        <w:t>ұ</w:t>
      </w:r>
      <w:r w:rsidRPr="0033741E">
        <w:rPr>
          <w:rFonts w:ascii="Book Antiqua" w:hAnsi="Book Antiqua" w:cs="Book Antiqua"/>
          <w:i/>
          <w:color w:val="595959"/>
        </w:rPr>
        <w:t>мысыж</w:t>
      </w:r>
      <w:r w:rsidRPr="0033741E">
        <w:rPr>
          <w:rFonts w:ascii="Cambria" w:hAnsi="Cambria" w:cs="Cambria"/>
          <w:i/>
          <w:color w:val="595959"/>
        </w:rPr>
        <w:t>ө</w:t>
      </w:r>
      <w:r w:rsidRPr="0033741E">
        <w:rPr>
          <w:rFonts w:ascii="Book Antiqua" w:hAnsi="Book Antiqua" w:cs="Book Antiqua"/>
          <w:i/>
          <w:color w:val="595959"/>
        </w:rPr>
        <w:t>ніндегідиректорды</w:t>
      </w:r>
      <w:r w:rsidRPr="0033741E">
        <w:rPr>
          <w:rFonts w:ascii="Cambria" w:hAnsi="Cambria" w:cs="Cambria"/>
          <w:i/>
          <w:color w:val="595959"/>
        </w:rPr>
        <w:t>ң</w:t>
      </w:r>
      <w:r w:rsidRPr="0033741E">
        <w:rPr>
          <w:rFonts w:ascii="Book Antiqua" w:hAnsi="Book Antiqua" w:cs="Book Antiqua"/>
          <w:i/>
          <w:color w:val="595959"/>
        </w:rPr>
        <w:t>орынбасарына</w:t>
      </w:r>
      <w:r w:rsidRPr="0033741E">
        <w:rPr>
          <w:rFonts w:ascii="Book Antiqua" w:hAnsi="Book Antiqua"/>
          <w:i/>
          <w:color w:val="595959"/>
        </w:rPr>
        <w:t xml:space="preserve"> / </w:t>
      </w:r>
      <w:r w:rsidRPr="0033741E">
        <w:rPr>
          <w:rFonts w:ascii="Book Antiqua" w:hAnsi="Book Antiqua" w:cs="Book Antiqua"/>
          <w:i/>
          <w:color w:val="595959"/>
        </w:rPr>
        <w:t>каскадты</w:t>
      </w:r>
      <w:r w:rsidRPr="0033741E">
        <w:rPr>
          <w:rFonts w:ascii="Cambria" w:hAnsi="Cambria" w:cs="Cambria"/>
          <w:i/>
          <w:color w:val="595959"/>
        </w:rPr>
        <w:t>қ</w:t>
      </w:r>
      <w:r w:rsidRPr="0033741E">
        <w:rPr>
          <w:rFonts w:ascii="Book Antiqua" w:hAnsi="Book Antiqua" w:cs="Book Antiqua"/>
          <w:i/>
          <w:color w:val="595959"/>
        </w:rPr>
        <w:t>о</w:t>
      </w:r>
      <w:r w:rsidRPr="0033741E">
        <w:rPr>
          <w:rFonts w:ascii="Cambria" w:hAnsi="Cambria" w:cs="Cambria"/>
          <w:i/>
          <w:color w:val="595959"/>
        </w:rPr>
        <w:t>қ</w:t>
      </w:r>
      <w:r w:rsidRPr="0033741E">
        <w:rPr>
          <w:rFonts w:ascii="Book Antiqua" w:hAnsi="Book Antiqua" w:cs="Book Antiqua"/>
          <w:i/>
          <w:color w:val="595959"/>
        </w:rPr>
        <w:t>ытудыж</w:t>
      </w:r>
      <w:r w:rsidRPr="0033741E">
        <w:rPr>
          <w:rFonts w:ascii="Cambria" w:hAnsi="Cambria" w:cs="Cambria"/>
          <w:i/>
          <w:color w:val="595959"/>
        </w:rPr>
        <w:t>ү</w:t>
      </w:r>
      <w:r w:rsidRPr="0033741E">
        <w:rPr>
          <w:rFonts w:ascii="Book Antiqua" w:hAnsi="Book Antiqua" w:cs="Book Antiqua"/>
          <w:i/>
          <w:color w:val="595959"/>
        </w:rPr>
        <w:t>ргізушігеарнал</w:t>
      </w:r>
      <w:r w:rsidRPr="0033741E">
        <w:rPr>
          <w:rFonts w:ascii="Cambria" w:hAnsi="Cambria" w:cs="Cambria"/>
          <w:i/>
          <w:color w:val="595959"/>
        </w:rPr>
        <w:t>ғ</w:t>
      </w:r>
      <w:r w:rsidRPr="0033741E">
        <w:rPr>
          <w:rFonts w:ascii="Book Antiqua" w:hAnsi="Book Antiqua" w:cs="Book Antiqua"/>
          <w:i/>
          <w:color w:val="595959"/>
        </w:rPr>
        <w:t>анж</w:t>
      </w:r>
      <w:r w:rsidRPr="0033741E">
        <w:rPr>
          <w:rFonts w:ascii="Cambria" w:hAnsi="Cambria" w:cs="Cambria"/>
          <w:i/>
          <w:color w:val="595959"/>
        </w:rPr>
        <w:t>ұ</w:t>
      </w:r>
      <w:r w:rsidRPr="0033741E">
        <w:rPr>
          <w:rFonts w:ascii="Book Antiqua" w:hAnsi="Book Antiqua" w:cs="Book Antiqua"/>
          <w:i/>
          <w:color w:val="595959"/>
        </w:rPr>
        <w:t>мысматериалы</w:t>
      </w:r>
    </w:p>
    <w:tbl>
      <w:tblPr>
        <w:tblW w:w="0" w:type="auto"/>
        <w:jc w:val="center"/>
        <w:tblLayout w:type="fixed"/>
        <w:tblLook w:val="04A0"/>
      </w:tblPr>
      <w:tblGrid>
        <w:gridCol w:w="2381"/>
        <w:gridCol w:w="2381"/>
        <w:gridCol w:w="2381"/>
        <w:gridCol w:w="2381"/>
      </w:tblGrid>
      <w:tr w:rsidR="00163607" w:rsidRPr="0033741E">
        <w:trPr>
          <w:jc w:val="center"/>
        </w:trPr>
        <w:tc>
          <w:tcPr>
            <w:tcW w:w="2381" w:type="dxa"/>
            <w:shd w:val="clear" w:color="auto" w:fill="1F4E78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63607" w:rsidRPr="0033741E" w:rsidRDefault="00A83174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b/>
                <w:color w:val="FFFFFF"/>
                <w:sz w:val="18"/>
              </w:rPr>
              <w:t>Платформа</w:t>
            </w:r>
          </w:p>
        </w:tc>
        <w:tc>
          <w:tcPr>
            <w:tcW w:w="2381" w:type="dxa"/>
            <w:shd w:val="clear" w:color="auto" w:fill="1F4E78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63607" w:rsidRPr="0033741E" w:rsidRDefault="00A83174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b/>
                <w:color w:val="FFFFFF"/>
                <w:sz w:val="18"/>
              </w:rPr>
              <w:t>Негізгі ба</w:t>
            </w:r>
            <w:r w:rsidRPr="0033741E">
              <w:rPr>
                <w:rFonts w:ascii="Cambria" w:hAnsi="Cambria" w:cs="Cambria"/>
                <w:b/>
                <w:color w:val="FFFFFF"/>
                <w:sz w:val="18"/>
              </w:rPr>
              <w:t>ғ</w:t>
            </w:r>
            <w:r w:rsidRPr="0033741E">
              <w:rPr>
                <w:rFonts w:ascii="Book Antiqua" w:hAnsi="Book Antiqua" w:cs="Book Antiqua"/>
                <w:b/>
                <w:color w:val="FFFFFF"/>
                <w:sz w:val="18"/>
              </w:rPr>
              <w:t>дарлама</w:t>
            </w:r>
          </w:p>
        </w:tc>
        <w:tc>
          <w:tcPr>
            <w:tcW w:w="2381" w:type="dxa"/>
            <w:shd w:val="clear" w:color="auto" w:fill="1F4E78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63607" w:rsidRPr="0033741E" w:rsidRDefault="00A83174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33741E">
              <w:rPr>
                <w:rFonts w:ascii="Cambria" w:hAnsi="Cambria" w:cs="Cambria"/>
                <w:b/>
                <w:color w:val="FFFFFF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b/>
                <w:color w:val="FFFFFF"/>
                <w:sz w:val="18"/>
              </w:rPr>
              <w:t>осымша</w:t>
            </w:r>
            <w:r w:rsidRPr="0033741E">
              <w:rPr>
                <w:rFonts w:ascii="Book Antiqua" w:hAnsi="Book Antiqua"/>
                <w:b/>
                <w:color w:val="FFFFFF"/>
                <w:sz w:val="18"/>
              </w:rPr>
              <w:t xml:space="preserve"> уа</w:t>
            </w:r>
            <w:r w:rsidRPr="0033741E">
              <w:rPr>
                <w:rFonts w:ascii="Cambria" w:hAnsi="Cambria" w:cs="Cambria"/>
                <w:b/>
                <w:color w:val="FFFFFF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b/>
                <w:color w:val="FFFFFF"/>
                <w:sz w:val="18"/>
              </w:rPr>
              <w:t>ыт</w:t>
            </w:r>
          </w:p>
        </w:tc>
        <w:tc>
          <w:tcPr>
            <w:tcW w:w="2381" w:type="dxa"/>
            <w:shd w:val="clear" w:color="auto" w:fill="1F4E78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63607" w:rsidRPr="0033741E" w:rsidRDefault="00A83174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b/>
                <w:color w:val="FFFFFF"/>
                <w:sz w:val="18"/>
              </w:rPr>
              <w:t>Негізгі кабинет</w:t>
            </w:r>
          </w:p>
        </w:tc>
      </w:tr>
      <w:tr w:rsidR="00163607" w:rsidRPr="0033741E">
        <w:trPr>
          <w:jc w:val="center"/>
        </w:trPr>
        <w:tc>
          <w:tcPr>
            <w:tcW w:w="2381" w:type="dxa"/>
            <w:shd w:val="clear" w:color="auto" w:fill="EDF4F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63607" w:rsidRPr="0033741E" w:rsidRDefault="00A83174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b/>
                <w:sz w:val="19"/>
              </w:rPr>
              <w:t>Google Meet</w:t>
            </w:r>
          </w:p>
        </w:tc>
        <w:tc>
          <w:tcPr>
            <w:tcW w:w="2381" w:type="dxa"/>
            <w:shd w:val="clear" w:color="auto" w:fill="EDF4F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63607" w:rsidRPr="0033741E" w:rsidRDefault="00A83174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b/>
                <w:sz w:val="19"/>
              </w:rPr>
              <w:t>40 минут</w:t>
            </w:r>
          </w:p>
        </w:tc>
        <w:tc>
          <w:tcPr>
            <w:tcW w:w="2381" w:type="dxa"/>
            <w:shd w:val="clear" w:color="auto" w:fill="EDF4F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63607" w:rsidRPr="0033741E" w:rsidRDefault="00A83174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b/>
                <w:sz w:val="19"/>
              </w:rPr>
              <w:t>с</w:t>
            </w:r>
            <w:r w:rsidRPr="0033741E">
              <w:rPr>
                <w:rFonts w:ascii="Cambria" w:hAnsi="Cambria" w:cs="Cambria"/>
                <w:b/>
                <w:sz w:val="19"/>
              </w:rPr>
              <w:t>ұ</w:t>
            </w:r>
            <w:r w:rsidRPr="0033741E">
              <w:rPr>
                <w:rFonts w:ascii="Book Antiqua" w:hAnsi="Book Antiqua" w:cs="Book Antiqua"/>
                <w:b/>
                <w:sz w:val="19"/>
              </w:rPr>
              <w:t>ра</w:t>
            </w:r>
            <w:r w:rsidRPr="0033741E">
              <w:rPr>
                <w:rFonts w:ascii="Cambria" w:hAnsi="Cambria" w:cs="Cambria"/>
                <w:b/>
                <w:sz w:val="19"/>
              </w:rPr>
              <w:t>қ</w:t>
            </w:r>
            <w:r w:rsidRPr="0033741E">
              <w:rPr>
                <w:rFonts w:ascii="Book Antiqua" w:hAnsi="Book Antiqua" w:cs="Book Antiqua"/>
                <w:b/>
                <w:sz w:val="19"/>
              </w:rPr>
              <w:t>тар</w:t>
            </w:r>
            <w:r w:rsidRPr="0033741E">
              <w:rPr>
                <w:rFonts w:ascii="Cambria" w:hAnsi="Cambria" w:cs="Cambria"/>
                <w:b/>
                <w:sz w:val="19"/>
              </w:rPr>
              <w:t>ғ</w:t>
            </w:r>
            <w:r w:rsidRPr="0033741E">
              <w:rPr>
                <w:rFonts w:ascii="Book Antiqua" w:hAnsi="Book Antiqua" w:cs="Book Antiqua"/>
                <w:b/>
                <w:sz w:val="19"/>
              </w:rPr>
              <w:t>а</w:t>
            </w:r>
            <w:r w:rsidRPr="0033741E">
              <w:rPr>
                <w:rFonts w:ascii="Book Antiqua" w:hAnsi="Book Antiqua"/>
                <w:b/>
                <w:sz w:val="19"/>
              </w:rPr>
              <w:t xml:space="preserve"> 10</w:t>
            </w:r>
            <w:r w:rsidRPr="0033741E">
              <w:rPr>
                <w:rFonts w:ascii="Book Antiqua" w:hAnsi="Book Antiqua" w:cs="Book Antiqua"/>
                <w:b/>
                <w:sz w:val="19"/>
              </w:rPr>
              <w:t>–</w:t>
            </w:r>
            <w:r w:rsidRPr="0033741E">
              <w:rPr>
                <w:rFonts w:ascii="Book Antiqua" w:hAnsi="Book Antiqua"/>
                <w:b/>
                <w:sz w:val="19"/>
              </w:rPr>
              <w:t xml:space="preserve">15 </w:t>
            </w:r>
            <w:r w:rsidRPr="0033741E">
              <w:rPr>
                <w:rFonts w:ascii="Book Antiqua" w:hAnsi="Book Antiqua" w:cs="Book Antiqua"/>
                <w:b/>
                <w:sz w:val="19"/>
              </w:rPr>
              <w:t>минут</w:t>
            </w:r>
            <w:r w:rsidRPr="0033741E">
              <w:rPr>
                <w:rFonts w:ascii="Cambria" w:hAnsi="Cambria" w:cs="Cambria"/>
                <w:b/>
                <w:sz w:val="19"/>
              </w:rPr>
              <w:t>қ</w:t>
            </w:r>
            <w:r w:rsidRPr="0033741E">
              <w:rPr>
                <w:rFonts w:ascii="Book Antiqua" w:hAnsi="Book Antiqua" w:cs="Book Antiqua"/>
                <w:b/>
                <w:sz w:val="19"/>
              </w:rPr>
              <w:t>адейін</w:t>
            </w:r>
            <w:r w:rsidRPr="0033741E">
              <w:rPr>
                <w:rFonts w:ascii="Book Antiqua" w:hAnsi="Book Antiqua"/>
                <w:b/>
                <w:sz w:val="19"/>
              </w:rPr>
              <w:t>*</w:t>
            </w:r>
          </w:p>
        </w:tc>
        <w:tc>
          <w:tcPr>
            <w:tcW w:w="2381" w:type="dxa"/>
            <w:shd w:val="clear" w:color="auto" w:fill="EDF4F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163607" w:rsidRPr="0033741E" w:rsidRDefault="00A83174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b/>
                <w:sz w:val="19"/>
              </w:rPr>
              <w:t>сынып жетекшісі</w:t>
            </w:r>
          </w:p>
        </w:tc>
      </w:tr>
    </w:tbl>
    <w:p w:rsidR="00163607" w:rsidRPr="0033741E" w:rsidRDefault="00A83174">
      <w:pPr>
        <w:pStyle w:val="Note"/>
        <w:jc w:val="center"/>
        <w:rPr>
          <w:rFonts w:ascii="Book Antiqua" w:hAnsi="Book Antiqua"/>
        </w:rPr>
      </w:pPr>
      <w:r w:rsidRPr="0033741E">
        <w:rPr>
          <w:rFonts w:ascii="Book Antiqua" w:hAnsi="Book Antiqua"/>
        </w:rPr>
        <w:t xml:space="preserve">* </w:t>
      </w:r>
      <w:r w:rsidRPr="0033741E">
        <w:rPr>
          <w:rFonts w:ascii="Cambria" w:hAnsi="Cambria" w:cs="Cambria"/>
        </w:rPr>
        <w:t>Қ</w:t>
      </w:r>
      <w:r w:rsidRPr="0033741E">
        <w:rPr>
          <w:rFonts w:ascii="Book Antiqua" w:hAnsi="Book Antiqua" w:cs="Book Antiqua"/>
        </w:rPr>
        <w:t>осымшауа</w:t>
      </w:r>
      <w:r w:rsidRPr="0033741E">
        <w:rPr>
          <w:rFonts w:ascii="Cambria" w:hAnsi="Cambria" w:cs="Cambria"/>
        </w:rPr>
        <w:t>қ</w:t>
      </w:r>
      <w:r w:rsidRPr="0033741E">
        <w:rPr>
          <w:rFonts w:ascii="Book Antiqua" w:hAnsi="Book Antiqua" w:cs="Book Antiqua"/>
        </w:rPr>
        <w:t>ытнегізгісценарийгекірмейдіж</w:t>
      </w:r>
      <w:r w:rsidRPr="0033741E">
        <w:rPr>
          <w:rFonts w:ascii="Cambria" w:hAnsi="Cambria" w:cs="Cambria"/>
        </w:rPr>
        <w:t>ә</w:t>
      </w:r>
      <w:r w:rsidRPr="0033741E">
        <w:rPr>
          <w:rFonts w:ascii="Book Antiqua" w:hAnsi="Book Antiqua" w:cs="Book Antiqua"/>
        </w:rPr>
        <w:t>нес</w:t>
      </w:r>
      <w:r w:rsidRPr="0033741E">
        <w:rPr>
          <w:rFonts w:ascii="Cambria" w:hAnsi="Cambria" w:cs="Cambria"/>
        </w:rPr>
        <w:t>ұ</w:t>
      </w:r>
      <w:r w:rsidRPr="0033741E">
        <w:rPr>
          <w:rFonts w:ascii="Book Antiqua" w:hAnsi="Book Antiqua" w:cs="Book Antiqua"/>
        </w:rPr>
        <w:t>ра</w:t>
      </w:r>
      <w:r w:rsidRPr="0033741E">
        <w:rPr>
          <w:rFonts w:ascii="Cambria" w:hAnsi="Cambria" w:cs="Cambria"/>
        </w:rPr>
        <w:t>қ</w:t>
      </w:r>
      <w:r w:rsidRPr="0033741E">
        <w:rPr>
          <w:rFonts w:ascii="Book Antiqua" w:hAnsi="Book Antiqua" w:cs="Book Antiqua"/>
        </w:rPr>
        <w:t>тарбол</w:t>
      </w:r>
      <w:r w:rsidRPr="0033741E">
        <w:rPr>
          <w:rFonts w:ascii="Cambria" w:hAnsi="Cambria" w:cs="Cambria"/>
        </w:rPr>
        <w:t>ғ</w:t>
      </w:r>
      <w:r w:rsidRPr="0033741E">
        <w:rPr>
          <w:rFonts w:ascii="Book Antiqua" w:hAnsi="Book Antiqua" w:cs="Book Antiqua"/>
        </w:rPr>
        <w:t>анжа</w:t>
      </w:r>
      <w:r w:rsidRPr="0033741E">
        <w:rPr>
          <w:rFonts w:ascii="Cambria" w:hAnsi="Cambria" w:cs="Cambria"/>
        </w:rPr>
        <w:t>ғ</w:t>
      </w:r>
      <w:r w:rsidRPr="0033741E">
        <w:rPr>
          <w:rFonts w:ascii="Book Antiqua" w:hAnsi="Book Antiqua" w:cs="Book Antiqua"/>
        </w:rPr>
        <w:t>дайда</w:t>
      </w:r>
      <w:r w:rsidRPr="0033741E">
        <w:rPr>
          <w:rFonts w:ascii="Cambria" w:hAnsi="Cambria" w:cs="Cambria"/>
        </w:rPr>
        <w:t>ә</w:t>
      </w:r>
      <w:r w:rsidRPr="0033741E">
        <w:rPr>
          <w:rFonts w:ascii="Book Antiqua" w:hAnsi="Book Antiqua" w:cs="Book Antiqua"/>
        </w:rPr>
        <w:t>рікездесуді</w:t>
      </w:r>
      <w:r w:rsidRPr="0033741E">
        <w:rPr>
          <w:rFonts w:ascii="Cambria" w:hAnsi="Cambria" w:cs="Cambria"/>
        </w:rPr>
        <w:t>ң</w:t>
      </w:r>
      <w:r w:rsidRPr="0033741E">
        <w:rPr>
          <w:rFonts w:ascii="Book Antiqua" w:hAnsi="Book Antiqua" w:cs="Book Antiqua"/>
        </w:rPr>
        <w:t>техникалы</w:t>
      </w:r>
      <w:r w:rsidRPr="0033741E">
        <w:rPr>
          <w:rFonts w:ascii="Cambria" w:hAnsi="Cambria" w:cs="Cambria"/>
        </w:rPr>
        <w:t>қ</w:t>
      </w:r>
      <w:r w:rsidRPr="0033741E">
        <w:rPr>
          <w:rFonts w:ascii="Book Antiqua" w:hAnsi="Book Antiqua" w:cs="Book Antiqua"/>
        </w:rPr>
        <w:t>м</w:t>
      </w:r>
      <w:r w:rsidRPr="0033741E">
        <w:rPr>
          <w:rFonts w:ascii="Cambria" w:hAnsi="Cambria" w:cs="Cambria"/>
        </w:rPr>
        <w:t>ү</w:t>
      </w:r>
      <w:r w:rsidRPr="0033741E">
        <w:rPr>
          <w:rFonts w:ascii="Book Antiqua" w:hAnsi="Book Antiqua" w:cs="Book Antiqua"/>
        </w:rPr>
        <w:t>мкіндігішегінде</w:t>
      </w:r>
      <w:r w:rsidRPr="0033741E">
        <w:rPr>
          <w:rFonts w:ascii="Book Antiqua" w:hAnsi="Book Antiqua"/>
        </w:rPr>
        <w:t xml:space="preserve"> 40 </w:t>
      </w:r>
      <w:r w:rsidRPr="0033741E">
        <w:rPr>
          <w:rFonts w:ascii="Book Antiqua" w:hAnsi="Book Antiqua" w:cs="Book Antiqua"/>
        </w:rPr>
        <w:t>минутты</w:t>
      </w:r>
      <w:r w:rsidRPr="0033741E">
        <w:rPr>
          <w:rFonts w:ascii="Cambria" w:hAnsi="Cambria" w:cs="Cambria"/>
        </w:rPr>
        <w:t>қ</w:t>
      </w:r>
      <w:r w:rsidRPr="0033741E">
        <w:rPr>
          <w:rFonts w:ascii="Book Antiqua" w:hAnsi="Book Antiqua"/>
        </w:rPr>
        <w:t>негізгі б</w:t>
      </w:r>
      <w:r w:rsidRPr="0033741E">
        <w:rPr>
          <w:rFonts w:ascii="Cambria" w:hAnsi="Cambria" w:cs="Cambria"/>
        </w:rPr>
        <w:t>ө</w:t>
      </w:r>
      <w:r w:rsidRPr="0033741E">
        <w:rPr>
          <w:rFonts w:ascii="Book Antiqua" w:hAnsi="Book Antiqua" w:cs="Book Antiqua"/>
        </w:rPr>
        <w:t>лімненкейінпайдаланылады</w:t>
      </w:r>
      <w:r w:rsidRPr="0033741E">
        <w:rPr>
          <w:rFonts w:ascii="Book Antiqua" w:hAnsi="Book Antiqua"/>
        </w:rPr>
        <w:t>.</w:t>
      </w:r>
    </w:p>
    <w:p w:rsidR="00163607" w:rsidRPr="0033741E" w:rsidRDefault="00A83174">
      <w:pPr>
        <w:pStyle w:val="1"/>
        <w:rPr>
          <w:rFonts w:ascii="Book Antiqua" w:hAnsi="Book Antiqua"/>
        </w:rPr>
      </w:pPr>
      <w:r w:rsidRPr="0033741E">
        <w:rPr>
          <w:rFonts w:ascii="Book Antiqua" w:hAnsi="Book Antiqua"/>
        </w:rPr>
        <w:t>1-б</w:t>
      </w:r>
      <w:r w:rsidRPr="0033741E">
        <w:rPr>
          <w:rFonts w:ascii="Cambria" w:hAnsi="Cambria" w:cs="Cambria"/>
        </w:rPr>
        <w:t>ө</w:t>
      </w:r>
      <w:r w:rsidRPr="0033741E">
        <w:rPr>
          <w:rFonts w:ascii="Book Antiqua" w:hAnsi="Book Antiqua" w:cs="Book Antiqua"/>
        </w:rPr>
        <w:t>лім</w:t>
      </w:r>
      <w:r w:rsidRPr="0033741E">
        <w:rPr>
          <w:rFonts w:ascii="Book Antiqua" w:hAnsi="Book Antiqua"/>
        </w:rPr>
        <w:t xml:space="preserve">. </w:t>
      </w:r>
      <w:r w:rsidRPr="0033741E">
        <w:rPr>
          <w:rFonts w:ascii="Cambria" w:hAnsi="Cambria" w:cs="Cambria"/>
        </w:rPr>
        <w:t>Қ</w:t>
      </w:r>
      <w:r w:rsidRPr="0033741E">
        <w:rPr>
          <w:rFonts w:ascii="Book Antiqua" w:hAnsi="Book Antiqua" w:cs="Book Antiqua"/>
        </w:rPr>
        <w:t>осылуалдында</w:t>
      </w:r>
      <w:r w:rsidRPr="0033741E">
        <w:rPr>
          <w:rFonts w:ascii="Cambria" w:hAnsi="Cambria" w:cs="Cambria"/>
        </w:rPr>
        <w:t>ғ</w:t>
      </w:r>
      <w:r w:rsidRPr="0033741E">
        <w:rPr>
          <w:rFonts w:ascii="Book Antiqua" w:hAnsi="Book Antiqua" w:cs="Book Antiqua"/>
        </w:rPr>
        <w:t>ын</w:t>
      </w:r>
      <w:r w:rsidRPr="0033741E">
        <w:rPr>
          <w:rFonts w:ascii="Cambria" w:hAnsi="Cambria" w:cs="Cambria"/>
        </w:rPr>
        <w:t>ұ</w:t>
      </w:r>
      <w:r w:rsidRPr="0033741E">
        <w:rPr>
          <w:rFonts w:ascii="Book Antiqua" w:hAnsi="Book Antiqua" w:cs="Book Antiqua"/>
        </w:rPr>
        <w:t>с</w:t>
      </w:r>
      <w:r w:rsidRPr="0033741E">
        <w:rPr>
          <w:rFonts w:ascii="Cambria" w:hAnsi="Cambria" w:cs="Cambria"/>
        </w:rPr>
        <w:t>қ</w:t>
      </w:r>
      <w:r w:rsidRPr="0033741E">
        <w:rPr>
          <w:rFonts w:ascii="Book Antiqua" w:hAnsi="Book Antiqua" w:cs="Book Antiqua"/>
        </w:rPr>
        <w:t>аулы</w:t>
      </w:r>
      <w:r w:rsidRPr="0033741E">
        <w:rPr>
          <w:rFonts w:ascii="Cambria" w:hAnsi="Cambria" w:cs="Cambria"/>
        </w:rPr>
        <w:t>қ</w:t>
      </w:r>
    </w:p>
    <w:p w:rsidR="00163607" w:rsidRPr="0033741E" w:rsidRDefault="00A83174">
      <w:pPr>
        <w:rPr>
          <w:rFonts w:ascii="Book Antiqua" w:hAnsi="Book Antiqua"/>
        </w:rPr>
      </w:pPr>
      <w:r w:rsidRPr="0033741E">
        <w:rPr>
          <w:rFonts w:ascii="Book Antiqua" w:hAnsi="Book Antiqua"/>
          <w:b/>
        </w:rPr>
        <w:t>Дайынды</w:t>
      </w:r>
      <w:r w:rsidRPr="0033741E">
        <w:rPr>
          <w:rFonts w:ascii="Cambria" w:hAnsi="Cambria" w:cs="Cambria"/>
          <w:b/>
        </w:rPr>
        <w:t>қ</w:t>
      </w:r>
      <w:r w:rsidRPr="0033741E">
        <w:rPr>
          <w:rFonts w:ascii="Book Antiqua" w:hAnsi="Book Antiqua" w:cs="Book Antiqua"/>
          <w:b/>
        </w:rPr>
        <w:t>тысыныпжетекшілері</w:t>
      </w:r>
      <w:r w:rsidRPr="0033741E">
        <w:rPr>
          <w:rFonts w:ascii="Cambria" w:hAnsi="Cambria" w:cs="Cambria"/>
          <w:b/>
        </w:rPr>
        <w:t>қ</w:t>
      </w:r>
      <w:r w:rsidRPr="0033741E">
        <w:rPr>
          <w:rFonts w:ascii="Book Antiqua" w:hAnsi="Book Antiqua" w:cs="Book Antiqua"/>
          <w:b/>
        </w:rPr>
        <w:t>осыл</w:t>
      </w:r>
      <w:r w:rsidRPr="0033741E">
        <w:rPr>
          <w:rFonts w:ascii="Cambria" w:hAnsi="Cambria" w:cs="Cambria"/>
          <w:b/>
        </w:rPr>
        <w:t>ғ</w:t>
      </w:r>
      <w:r w:rsidRPr="0033741E">
        <w:rPr>
          <w:rFonts w:ascii="Book Antiqua" w:hAnsi="Book Antiqua" w:cs="Book Antiqua"/>
          <w:b/>
        </w:rPr>
        <w:t>ан</w:t>
      </w:r>
      <w:r w:rsidRPr="0033741E">
        <w:rPr>
          <w:rFonts w:ascii="Cambria" w:hAnsi="Cambria" w:cs="Cambria"/>
          <w:b/>
        </w:rPr>
        <w:t>ғ</w:t>
      </w:r>
      <w:r w:rsidRPr="0033741E">
        <w:rPr>
          <w:rFonts w:ascii="Book Antiqua" w:hAnsi="Book Antiqua" w:cs="Book Antiqua"/>
          <w:b/>
        </w:rPr>
        <w:t>адейін</w:t>
      </w:r>
      <w:r w:rsidRPr="0033741E">
        <w:rPr>
          <w:rFonts w:ascii="Book Antiqua" w:hAnsi="Book Antiqua"/>
          <w:b/>
        </w:rPr>
        <w:t xml:space="preserve"> 10</w:t>
      </w:r>
      <w:r w:rsidRPr="0033741E">
        <w:rPr>
          <w:rFonts w:ascii="Book Antiqua" w:hAnsi="Book Antiqua" w:cs="Book Antiqua"/>
          <w:b/>
        </w:rPr>
        <w:t>–</w:t>
      </w:r>
      <w:r w:rsidRPr="0033741E">
        <w:rPr>
          <w:rFonts w:ascii="Book Antiqua" w:hAnsi="Book Antiqua"/>
          <w:b/>
        </w:rPr>
        <w:t xml:space="preserve">15 </w:t>
      </w:r>
      <w:r w:rsidRPr="0033741E">
        <w:rPr>
          <w:rFonts w:ascii="Book Antiqua" w:hAnsi="Book Antiqua" w:cs="Book Antiqua"/>
          <w:b/>
        </w:rPr>
        <w:t>минутб</w:t>
      </w:r>
      <w:r w:rsidRPr="0033741E">
        <w:rPr>
          <w:rFonts w:ascii="Cambria" w:hAnsi="Cambria" w:cs="Cambria"/>
          <w:b/>
        </w:rPr>
        <w:t>ұ</w:t>
      </w:r>
      <w:r w:rsidRPr="0033741E">
        <w:rPr>
          <w:rFonts w:ascii="Book Antiqua" w:hAnsi="Book Antiqua" w:cs="Book Antiqua"/>
          <w:b/>
        </w:rPr>
        <w:t>рынбаста</w:t>
      </w:r>
      <w:r w:rsidRPr="0033741E">
        <w:rPr>
          <w:rFonts w:ascii="Cambria" w:hAnsi="Cambria" w:cs="Cambria"/>
          <w:b/>
        </w:rPr>
        <w:t>ң</w:t>
      </w:r>
      <w:r w:rsidRPr="0033741E">
        <w:rPr>
          <w:rFonts w:ascii="Book Antiqua" w:hAnsi="Book Antiqua" w:cs="Book Antiqua"/>
          <w:b/>
        </w:rPr>
        <w:t>ыз</w:t>
      </w:r>
      <w:r w:rsidRPr="0033741E">
        <w:rPr>
          <w:rFonts w:ascii="Book Antiqua" w:hAnsi="Book Antiqua"/>
          <w:b/>
        </w:rPr>
        <w:t>.</w:t>
      </w:r>
    </w:p>
    <w:tbl>
      <w:tblPr>
        <w:tblW w:w="0" w:type="auto"/>
        <w:jc w:val="center"/>
        <w:tblLayout w:type="fixed"/>
        <w:tblLook w:val="04A0"/>
      </w:tblPr>
      <w:tblGrid>
        <w:gridCol w:w="709"/>
        <w:gridCol w:w="4025"/>
        <w:gridCol w:w="5636"/>
        <w:gridCol w:w="23"/>
      </w:tblGrid>
      <w:tr w:rsidR="00163607" w:rsidRPr="0033741E">
        <w:trPr>
          <w:tblHeader/>
          <w:jc w:val="center"/>
        </w:trPr>
        <w:tc>
          <w:tcPr>
            <w:tcW w:w="709" w:type="dxa"/>
            <w:shd w:val="clear" w:color="auto" w:fill="1F4E78"/>
          </w:tcPr>
          <w:p w:rsidR="00163607" w:rsidRPr="0033741E" w:rsidRDefault="00A83174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b/>
                <w:color w:val="FFFFFF"/>
                <w:sz w:val="18"/>
              </w:rPr>
              <w:t>№</w:t>
            </w:r>
          </w:p>
        </w:tc>
        <w:tc>
          <w:tcPr>
            <w:tcW w:w="4025" w:type="dxa"/>
            <w:shd w:val="clear" w:color="auto" w:fill="1F4E78"/>
          </w:tcPr>
          <w:p w:rsidR="00163607" w:rsidRPr="0033741E" w:rsidRDefault="00A83174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b/>
                <w:color w:val="FFFFFF"/>
                <w:sz w:val="18"/>
              </w:rPr>
              <w:t>Нені дайындау керек</w:t>
            </w:r>
          </w:p>
        </w:tc>
        <w:tc>
          <w:tcPr>
            <w:tcW w:w="4904" w:type="dxa"/>
            <w:gridSpan w:val="2"/>
            <w:shd w:val="clear" w:color="auto" w:fill="1F4E78"/>
          </w:tcPr>
          <w:p w:rsidR="00163607" w:rsidRPr="0033741E" w:rsidRDefault="00A83174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b/>
                <w:color w:val="FFFFFF"/>
                <w:sz w:val="18"/>
              </w:rPr>
              <w:t>Не дайын болуы тиіс</w:t>
            </w:r>
          </w:p>
        </w:tc>
      </w:tr>
      <w:tr w:rsidR="00163607" w:rsidRPr="0033741E">
        <w:trPr>
          <w:cantSplit/>
          <w:jc w:val="center"/>
        </w:trPr>
        <w:tc>
          <w:tcPr>
            <w:tcW w:w="709" w:type="dxa"/>
            <w:tcMar>
              <w:top w:w="85" w:type="dxa"/>
              <w:left w:w="90" w:type="dxa"/>
              <w:bottom w:w="85" w:type="dxa"/>
              <w:right w:w="90" w:type="dxa"/>
            </w:tcMar>
          </w:tcPr>
          <w:p w:rsidR="00163607" w:rsidRPr="0033741E" w:rsidRDefault="00A83174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sz w:val="18"/>
              </w:rPr>
              <w:t>1</w:t>
            </w:r>
          </w:p>
        </w:tc>
        <w:tc>
          <w:tcPr>
            <w:tcW w:w="4025" w:type="dxa"/>
            <w:tcMar>
              <w:top w:w="85" w:type="dxa"/>
              <w:left w:w="90" w:type="dxa"/>
              <w:bottom w:w="85" w:type="dxa"/>
              <w:right w:w="90" w:type="dxa"/>
            </w:tcMar>
          </w:tcPr>
          <w:p w:rsidR="00163607" w:rsidRPr="0033741E" w:rsidRDefault="00A83174">
            <w:pPr>
              <w:spacing w:after="0" w:line="240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b/>
                <w:sz w:val="18"/>
              </w:rPr>
              <w:t>Google Meet</w:t>
            </w:r>
          </w:p>
        </w:tc>
        <w:tc>
          <w:tcPr>
            <w:tcW w:w="4904" w:type="dxa"/>
            <w:gridSpan w:val="2"/>
            <w:tcMar>
              <w:top w:w="85" w:type="dxa"/>
              <w:left w:w="90" w:type="dxa"/>
              <w:bottom w:w="85" w:type="dxa"/>
              <w:right w:w="90" w:type="dxa"/>
            </w:tcMar>
          </w:tcPr>
          <w:p w:rsidR="00163607" w:rsidRPr="0033741E" w:rsidRDefault="00A83174">
            <w:pPr>
              <w:spacing w:after="0" w:line="240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sz w:val="18"/>
              </w:rPr>
              <w:t>Сілтеме алдын ала ашылады. Ж</w:t>
            </w:r>
            <w:r w:rsidRPr="0033741E">
              <w:rPr>
                <w:rFonts w:ascii="Cambria" w:hAnsi="Cambria" w:cs="Cambria"/>
                <w:sz w:val="18"/>
              </w:rPr>
              <w:t>ү</w:t>
            </w:r>
            <w:r w:rsidRPr="0033741E">
              <w:rPr>
                <w:rFonts w:ascii="Book Antiqua" w:hAnsi="Book Antiqua" w:cs="Book Antiqua"/>
                <w:sz w:val="18"/>
              </w:rPr>
              <w:t>ргізушібастал</w:t>
            </w:r>
            <w:r w:rsidRPr="0033741E">
              <w:rPr>
                <w:rFonts w:ascii="Cambria" w:hAnsi="Cambria" w:cs="Cambria"/>
                <w:sz w:val="18"/>
              </w:rPr>
              <w:t>ғ</w:t>
            </w:r>
            <w:r w:rsidRPr="0033741E">
              <w:rPr>
                <w:rFonts w:ascii="Book Antiqua" w:hAnsi="Book Antiqua" w:cs="Book Antiqua"/>
                <w:sz w:val="18"/>
              </w:rPr>
              <w:t>ан</w:t>
            </w:r>
            <w:r w:rsidRPr="0033741E">
              <w:rPr>
                <w:rFonts w:ascii="Cambria" w:hAnsi="Cambria" w:cs="Cambria"/>
                <w:sz w:val="18"/>
              </w:rPr>
              <w:t>ғ</w:t>
            </w:r>
            <w:r w:rsidRPr="0033741E">
              <w:rPr>
                <w:rFonts w:ascii="Book Antiqua" w:hAnsi="Book Antiqua" w:cs="Book Antiqua"/>
                <w:sz w:val="18"/>
              </w:rPr>
              <w:t>а</w:t>
            </w:r>
            <w:r w:rsidRPr="0033741E">
              <w:rPr>
                <w:rFonts w:ascii="Book Antiqua" w:hAnsi="Book Antiqua"/>
                <w:sz w:val="18"/>
              </w:rPr>
              <w:t>дейін кемінде 5 минут б</w:t>
            </w:r>
            <w:r w:rsidRPr="0033741E">
              <w:rPr>
                <w:rFonts w:ascii="Cambria" w:hAnsi="Cambria" w:cs="Cambria"/>
                <w:sz w:val="18"/>
              </w:rPr>
              <w:t>ұ</w:t>
            </w:r>
            <w:r w:rsidRPr="0033741E">
              <w:rPr>
                <w:rFonts w:ascii="Book Antiqua" w:hAnsi="Book Antiqua" w:cs="Book Antiqua"/>
                <w:sz w:val="18"/>
              </w:rPr>
              <w:t>рынкіріп</w:t>
            </w:r>
            <w:r w:rsidRPr="0033741E">
              <w:rPr>
                <w:rFonts w:ascii="Book Antiqua" w:hAnsi="Book Antiqua"/>
                <w:sz w:val="18"/>
              </w:rPr>
              <w:t xml:space="preserve">, </w:t>
            </w:r>
            <w:r w:rsidRPr="0033741E">
              <w:rPr>
                <w:rFonts w:ascii="Book Antiqua" w:hAnsi="Book Antiqua" w:cs="Book Antiqua"/>
                <w:sz w:val="18"/>
              </w:rPr>
              <w:t>дыбысты</w:t>
            </w:r>
            <w:r w:rsidRPr="0033741E">
              <w:rPr>
                <w:rFonts w:ascii="Book Antiqua" w:hAnsi="Book Antiqua"/>
                <w:sz w:val="18"/>
              </w:rPr>
              <w:t xml:space="preserve">, </w:t>
            </w:r>
            <w:r w:rsidRPr="0033741E">
              <w:rPr>
                <w:rFonts w:ascii="Book Antiqua" w:hAnsi="Book Antiqua" w:cs="Book Antiqua"/>
                <w:sz w:val="18"/>
              </w:rPr>
              <w:t>чаттыж</w:t>
            </w:r>
            <w:r w:rsidRPr="0033741E">
              <w:rPr>
                <w:rFonts w:ascii="Cambria" w:hAnsi="Cambria" w:cs="Cambria"/>
                <w:sz w:val="18"/>
              </w:rPr>
              <w:t>ә</w:t>
            </w:r>
            <w:r w:rsidRPr="0033741E">
              <w:rPr>
                <w:rFonts w:ascii="Book Antiqua" w:hAnsi="Book Antiqua" w:cs="Book Antiqua"/>
                <w:sz w:val="18"/>
              </w:rPr>
              <w:t>неэкранк</w:t>
            </w:r>
            <w:r w:rsidRPr="0033741E">
              <w:rPr>
                <w:rFonts w:ascii="Cambria" w:hAnsi="Cambria" w:cs="Cambria"/>
                <w:sz w:val="18"/>
              </w:rPr>
              <w:t>ө</w:t>
            </w:r>
            <w:r w:rsidRPr="0033741E">
              <w:rPr>
                <w:rFonts w:ascii="Book Antiqua" w:hAnsi="Book Antiqua" w:cs="Book Antiqua"/>
                <w:sz w:val="18"/>
              </w:rPr>
              <w:t>рсетілімінтексереді</w:t>
            </w:r>
            <w:r w:rsidRPr="0033741E">
              <w:rPr>
                <w:rFonts w:ascii="Book Antiqua" w:hAnsi="Book Antiqua"/>
                <w:sz w:val="18"/>
              </w:rPr>
              <w:t>.</w:t>
            </w:r>
          </w:p>
        </w:tc>
      </w:tr>
      <w:tr w:rsidR="00163607" w:rsidRPr="0033741E">
        <w:trPr>
          <w:cantSplit/>
          <w:jc w:val="center"/>
        </w:trPr>
        <w:tc>
          <w:tcPr>
            <w:tcW w:w="709" w:type="dxa"/>
            <w:shd w:val="clear" w:color="auto" w:fill="F7F9FB"/>
            <w:tcMar>
              <w:top w:w="85" w:type="dxa"/>
              <w:left w:w="90" w:type="dxa"/>
              <w:bottom w:w="85" w:type="dxa"/>
              <w:right w:w="90" w:type="dxa"/>
            </w:tcMar>
          </w:tcPr>
          <w:p w:rsidR="00163607" w:rsidRPr="0033741E" w:rsidRDefault="00A83174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sz w:val="18"/>
              </w:rPr>
              <w:t>2</w:t>
            </w:r>
          </w:p>
        </w:tc>
        <w:tc>
          <w:tcPr>
            <w:tcW w:w="4025" w:type="dxa"/>
            <w:shd w:val="clear" w:color="auto" w:fill="F7F9FB"/>
            <w:tcMar>
              <w:top w:w="85" w:type="dxa"/>
              <w:left w:w="90" w:type="dxa"/>
              <w:bottom w:w="85" w:type="dxa"/>
              <w:right w:w="90" w:type="dxa"/>
            </w:tcMar>
          </w:tcPr>
          <w:p w:rsidR="00163607" w:rsidRPr="0033741E" w:rsidRDefault="00A83174">
            <w:pPr>
              <w:spacing w:after="0" w:line="240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b/>
                <w:sz w:val="18"/>
              </w:rPr>
              <w:t>Сынып жетекшісіні</w:t>
            </w:r>
            <w:r w:rsidRPr="0033741E">
              <w:rPr>
                <w:rFonts w:ascii="Cambria" w:hAnsi="Cambria" w:cs="Cambria"/>
                <w:b/>
                <w:sz w:val="18"/>
              </w:rPr>
              <w:t>ң</w:t>
            </w:r>
            <w:r w:rsidRPr="0033741E">
              <w:rPr>
                <w:rFonts w:ascii="Book Antiqua" w:hAnsi="Book Antiqua" w:cs="Book Antiqua"/>
                <w:b/>
                <w:sz w:val="18"/>
              </w:rPr>
              <w:t>тестіліккабинеті</w:t>
            </w:r>
          </w:p>
        </w:tc>
        <w:tc>
          <w:tcPr>
            <w:tcW w:w="4904" w:type="dxa"/>
            <w:gridSpan w:val="2"/>
            <w:shd w:val="clear" w:color="auto" w:fill="F7F9FB"/>
            <w:tcMar>
              <w:top w:w="85" w:type="dxa"/>
              <w:left w:w="90" w:type="dxa"/>
              <w:bottom w:w="85" w:type="dxa"/>
              <w:right w:w="90" w:type="dxa"/>
            </w:tcMar>
          </w:tcPr>
          <w:p w:rsidR="00163607" w:rsidRPr="0033741E" w:rsidRDefault="00A83174">
            <w:pPr>
              <w:spacing w:after="0" w:line="240" w:lineRule="auto"/>
              <w:rPr>
                <w:rFonts w:ascii="Book Antiqua" w:hAnsi="Book Antiqua"/>
                <w:lang w:val="ru-RU"/>
              </w:rPr>
            </w:pPr>
            <w:r w:rsidRPr="0033741E">
              <w:rPr>
                <w:rFonts w:ascii="Book Antiqua" w:hAnsi="Book Antiqua"/>
                <w:sz w:val="18"/>
                <w:lang w:val="ru-RU"/>
              </w:rPr>
              <w:t>Алдын ала авторизациядан</w:t>
            </w:r>
            <w:r w:rsidRPr="0033741E">
              <w:rPr>
                <w:rFonts w:ascii="Cambria" w:hAnsi="Cambria" w:cs="Cambria"/>
                <w:sz w:val="18"/>
                <w:lang w:val="ru-RU"/>
              </w:rPr>
              <w:t>ө</w:t>
            </w:r>
            <w:r w:rsidRPr="0033741E">
              <w:rPr>
                <w:rFonts w:ascii="Book Antiqua" w:hAnsi="Book Antiqua" w:cs="Book Antiqua"/>
                <w:sz w:val="18"/>
                <w:lang w:val="ru-RU"/>
              </w:rPr>
              <w:t>ткенболуытиіс</w:t>
            </w:r>
            <w:r w:rsidRPr="0033741E">
              <w:rPr>
                <w:rFonts w:ascii="Book Antiqua" w:hAnsi="Book Antiqua"/>
                <w:sz w:val="18"/>
                <w:lang w:val="ru-RU"/>
              </w:rPr>
              <w:t xml:space="preserve">. </w:t>
            </w:r>
            <w:r w:rsidRPr="0033741E">
              <w:rPr>
                <w:rFonts w:ascii="Book Antiqua" w:hAnsi="Book Antiqua" w:cs="Book Antiqua"/>
                <w:sz w:val="18"/>
                <w:lang w:val="ru-RU"/>
              </w:rPr>
              <w:t>О</w:t>
            </w:r>
            <w:r w:rsidRPr="0033741E">
              <w:rPr>
                <w:rFonts w:ascii="Cambria" w:hAnsi="Cambria" w:cs="Cambria"/>
                <w:sz w:val="18"/>
                <w:lang w:val="ru-RU"/>
              </w:rPr>
              <w:t>қ</w:t>
            </w:r>
            <w:r w:rsidRPr="0033741E">
              <w:rPr>
                <w:rFonts w:ascii="Book Antiqua" w:hAnsi="Book Antiqua" w:cs="Book Antiqua"/>
                <w:sz w:val="18"/>
                <w:lang w:val="ru-RU"/>
              </w:rPr>
              <w:t>ытукезіндекабинеттеншы</w:t>
            </w:r>
            <w:r w:rsidRPr="0033741E">
              <w:rPr>
                <w:rFonts w:ascii="Cambria" w:hAnsi="Cambria" w:cs="Cambria"/>
                <w:sz w:val="18"/>
                <w:lang w:val="ru-RU"/>
              </w:rPr>
              <w:t>қ</w:t>
            </w:r>
            <w:r w:rsidRPr="0033741E">
              <w:rPr>
                <w:rFonts w:ascii="Book Antiqua" w:hAnsi="Book Antiqua" w:cs="Book Antiqua"/>
                <w:sz w:val="18"/>
                <w:lang w:val="ru-RU"/>
              </w:rPr>
              <w:t>пауж</w:t>
            </w:r>
            <w:r w:rsidRPr="0033741E">
              <w:rPr>
                <w:rFonts w:ascii="Cambria" w:hAnsi="Cambria" w:cs="Cambria"/>
                <w:sz w:val="18"/>
                <w:lang w:val="ru-RU"/>
              </w:rPr>
              <w:t>ә</w:t>
            </w:r>
            <w:r w:rsidRPr="0033741E">
              <w:rPr>
                <w:rFonts w:ascii="Book Antiqua" w:hAnsi="Book Antiqua" w:cs="Book Antiqua"/>
                <w:sz w:val="18"/>
                <w:lang w:val="ru-RU"/>
              </w:rPr>
              <w:t>нелогин</w:t>
            </w:r>
            <w:r w:rsidRPr="0033741E">
              <w:rPr>
                <w:rFonts w:ascii="Book Antiqua" w:hAnsi="Book Antiqua"/>
                <w:sz w:val="18"/>
                <w:lang w:val="ru-RU"/>
              </w:rPr>
              <w:t>/</w:t>
            </w:r>
            <w:r w:rsidRPr="0033741E">
              <w:rPr>
                <w:rFonts w:ascii="Cambria" w:hAnsi="Cambria" w:cs="Cambria"/>
                <w:sz w:val="18"/>
                <w:lang w:val="ru-RU"/>
              </w:rPr>
              <w:t>құ</w:t>
            </w:r>
            <w:r w:rsidRPr="0033741E">
              <w:rPr>
                <w:rFonts w:ascii="Book Antiqua" w:hAnsi="Book Antiqua" w:cs="Book Antiqua"/>
                <w:sz w:val="18"/>
                <w:lang w:val="ru-RU"/>
              </w:rPr>
              <w:t>пияс</w:t>
            </w:r>
            <w:r w:rsidRPr="0033741E">
              <w:rPr>
                <w:rFonts w:ascii="Cambria" w:hAnsi="Cambria" w:cs="Cambria"/>
                <w:sz w:val="18"/>
                <w:lang w:val="ru-RU"/>
              </w:rPr>
              <w:t>ө</w:t>
            </w:r>
            <w:r w:rsidRPr="0033741E">
              <w:rPr>
                <w:rFonts w:ascii="Book Antiqua" w:hAnsi="Book Antiqua" w:cs="Book Antiqua"/>
                <w:sz w:val="18"/>
                <w:lang w:val="ru-RU"/>
              </w:rPr>
              <w:t>зенгізбеу</w:t>
            </w:r>
            <w:r w:rsidRPr="0033741E">
              <w:rPr>
                <w:rFonts w:ascii="Book Antiqua" w:hAnsi="Book Antiqua"/>
                <w:sz w:val="18"/>
                <w:lang w:val="ru-RU"/>
              </w:rPr>
              <w:t>.</w:t>
            </w:r>
          </w:p>
        </w:tc>
      </w:tr>
      <w:tr w:rsidR="00163607" w:rsidRPr="0033741E">
        <w:trPr>
          <w:cantSplit/>
          <w:jc w:val="center"/>
        </w:trPr>
        <w:tc>
          <w:tcPr>
            <w:tcW w:w="709" w:type="dxa"/>
            <w:tcMar>
              <w:top w:w="85" w:type="dxa"/>
              <w:left w:w="90" w:type="dxa"/>
              <w:bottom w:w="85" w:type="dxa"/>
              <w:right w:w="90" w:type="dxa"/>
            </w:tcMar>
          </w:tcPr>
          <w:p w:rsidR="00163607" w:rsidRPr="0033741E" w:rsidRDefault="00A83174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sz w:val="18"/>
              </w:rPr>
              <w:t>3</w:t>
            </w:r>
          </w:p>
        </w:tc>
        <w:tc>
          <w:tcPr>
            <w:tcW w:w="4025" w:type="dxa"/>
            <w:tcMar>
              <w:top w:w="85" w:type="dxa"/>
              <w:left w:w="90" w:type="dxa"/>
              <w:bottom w:w="85" w:type="dxa"/>
              <w:right w:w="90" w:type="dxa"/>
            </w:tcMar>
          </w:tcPr>
          <w:p w:rsidR="00163607" w:rsidRPr="0033741E" w:rsidRDefault="00A83174">
            <w:pPr>
              <w:spacing w:after="0" w:line="240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b/>
                <w:sz w:val="18"/>
              </w:rPr>
              <w:t>Тестілік сынып</w:t>
            </w:r>
          </w:p>
        </w:tc>
        <w:tc>
          <w:tcPr>
            <w:tcW w:w="4904" w:type="dxa"/>
            <w:gridSpan w:val="2"/>
            <w:tcMar>
              <w:top w:w="85" w:type="dxa"/>
              <w:left w:w="90" w:type="dxa"/>
              <w:bottom w:w="85" w:type="dxa"/>
              <w:right w:w="90" w:type="dxa"/>
            </w:tcMar>
          </w:tcPr>
          <w:p w:rsidR="00163607" w:rsidRPr="0033741E" w:rsidRDefault="00A83174">
            <w:pPr>
              <w:spacing w:after="0" w:line="240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sz w:val="18"/>
              </w:rPr>
              <w:t>Кабинетте білім алушылар тізімі ж</w:t>
            </w:r>
            <w:r w:rsidRPr="0033741E">
              <w:rPr>
                <w:rFonts w:ascii="Cambria" w:hAnsi="Cambria" w:cs="Cambria"/>
                <w:sz w:val="18"/>
              </w:rPr>
              <w:t>ә</w:t>
            </w:r>
            <w:r w:rsidRPr="0033741E">
              <w:rPr>
                <w:rFonts w:ascii="Book Antiqua" w:hAnsi="Book Antiqua" w:cs="Book Antiqua"/>
                <w:sz w:val="18"/>
              </w:rPr>
              <w:t>некартаменж</w:t>
            </w:r>
            <w:r w:rsidRPr="0033741E">
              <w:rPr>
                <w:rFonts w:ascii="Cambria" w:hAnsi="Cambria" w:cs="Cambria"/>
                <w:sz w:val="18"/>
              </w:rPr>
              <w:t>ұ</w:t>
            </w:r>
            <w:r w:rsidRPr="0033741E">
              <w:rPr>
                <w:rFonts w:ascii="Book Antiqua" w:hAnsi="Book Antiqua" w:cs="Book Antiqua"/>
                <w:sz w:val="18"/>
              </w:rPr>
              <w:t>мыск</w:t>
            </w:r>
            <w:r w:rsidRPr="0033741E">
              <w:rPr>
                <w:rFonts w:ascii="Cambria" w:hAnsi="Cambria" w:cs="Cambria"/>
                <w:sz w:val="18"/>
              </w:rPr>
              <w:t>ө</w:t>
            </w:r>
            <w:r w:rsidRPr="0033741E">
              <w:rPr>
                <w:rFonts w:ascii="Book Antiqua" w:hAnsi="Book Antiqua" w:cs="Book Antiqua"/>
                <w:sz w:val="18"/>
              </w:rPr>
              <w:t>рсетугеарнал</w:t>
            </w:r>
            <w:r w:rsidRPr="0033741E">
              <w:rPr>
                <w:rFonts w:ascii="Cambria" w:hAnsi="Cambria" w:cs="Cambria"/>
                <w:sz w:val="18"/>
              </w:rPr>
              <w:t>ғ</w:t>
            </w:r>
            <w:r w:rsidRPr="0033741E">
              <w:rPr>
                <w:rFonts w:ascii="Book Antiqua" w:hAnsi="Book Antiqua" w:cs="Book Antiqua"/>
                <w:sz w:val="18"/>
              </w:rPr>
              <w:t>анкеміндебірдемонстрациялы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о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ушыболуытиіс</w:t>
            </w:r>
            <w:r w:rsidRPr="0033741E">
              <w:rPr>
                <w:rFonts w:ascii="Book Antiqua" w:hAnsi="Book Antiqua"/>
                <w:sz w:val="18"/>
              </w:rPr>
              <w:t>.</w:t>
            </w:r>
          </w:p>
        </w:tc>
      </w:tr>
      <w:tr w:rsidR="00163607" w:rsidRPr="0033741E">
        <w:trPr>
          <w:cantSplit/>
          <w:jc w:val="center"/>
        </w:trPr>
        <w:tc>
          <w:tcPr>
            <w:tcW w:w="709" w:type="dxa"/>
            <w:shd w:val="clear" w:color="auto" w:fill="F7F9FB"/>
            <w:tcMar>
              <w:top w:w="85" w:type="dxa"/>
              <w:left w:w="90" w:type="dxa"/>
              <w:bottom w:w="85" w:type="dxa"/>
              <w:right w:w="90" w:type="dxa"/>
            </w:tcMar>
          </w:tcPr>
          <w:p w:rsidR="00163607" w:rsidRPr="0033741E" w:rsidRDefault="00A83174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sz w:val="18"/>
              </w:rPr>
              <w:t>4</w:t>
            </w:r>
          </w:p>
        </w:tc>
        <w:tc>
          <w:tcPr>
            <w:tcW w:w="4025" w:type="dxa"/>
            <w:shd w:val="clear" w:color="auto" w:fill="F7F9FB"/>
            <w:tcMar>
              <w:top w:w="85" w:type="dxa"/>
              <w:left w:w="90" w:type="dxa"/>
              <w:bottom w:w="85" w:type="dxa"/>
              <w:right w:w="90" w:type="dxa"/>
            </w:tcMar>
          </w:tcPr>
          <w:p w:rsidR="00163607" w:rsidRPr="0033741E" w:rsidRDefault="00A83174">
            <w:pPr>
              <w:spacing w:after="0" w:line="240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b/>
                <w:sz w:val="18"/>
              </w:rPr>
              <w:t>Демонстрациялы</w:t>
            </w:r>
            <w:r w:rsidRPr="0033741E">
              <w:rPr>
                <w:rFonts w:ascii="Cambria" w:hAnsi="Cambria" w:cs="Cambria"/>
                <w:b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b/>
                <w:sz w:val="18"/>
              </w:rPr>
              <w:t>деректер</w:t>
            </w:r>
          </w:p>
        </w:tc>
        <w:tc>
          <w:tcPr>
            <w:tcW w:w="4904" w:type="dxa"/>
            <w:gridSpan w:val="2"/>
            <w:shd w:val="clear" w:color="auto" w:fill="F7F9FB"/>
            <w:tcMar>
              <w:top w:w="85" w:type="dxa"/>
              <w:left w:w="90" w:type="dxa"/>
              <w:bottom w:w="85" w:type="dxa"/>
              <w:right w:w="90" w:type="dxa"/>
            </w:tcMar>
          </w:tcPr>
          <w:p w:rsidR="00163607" w:rsidRPr="0033741E" w:rsidRDefault="00A83174">
            <w:pPr>
              <w:spacing w:after="0" w:line="240" w:lineRule="auto"/>
              <w:rPr>
                <w:rFonts w:ascii="Book Antiqua" w:hAnsi="Book Antiqua"/>
                <w:lang w:val="ru-RU"/>
              </w:rPr>
            </w:pPr>
            <w:r w:rsidRPr="0033741E">
              <w:rPr>
                <w:rFonts w:ascii="Book Antiqua" w:hAnsi="Book Antiqua"/>
                <w:sz w:val="18"/>
                <w:lang w:val="ru-RU"/>
              </w:rPr>
              <w:t>Тестілікнемесеарнайыдайындал</w:t>
            </w:r>
            <w:r w:rsidRPr="0033741E">
              <w:rPr>
                <w:rFonts w:ascii="Cambria" w:hAnsi="Cambria" w:cs="Cambria"/>
                <w:sz w:val="18"/>
                <w:lang w:val="ru-RU"/>
              </w:rPr>
              <w:t>ғ</w:t>
            </w:r>
            <w:r w:rsidRPr="0033741E">
              <w:rPr>
                <w:rFonts w:ascii="Book Antiqua" w:hAnsi="Book Antiqua" w:cs="Book Antiqua"/>
                <w:sz w:val="18"/>
                <w:lang w:val="ru-RU"/>
              </w:rPr>
              <w:t>андеректердіпайдалану</w:t>
            </w:r>
            <w:r w:rsidRPr="0033741E">
              <w:rPr>
                <w:rFonts w:ascii="Book Antiqua" w:hAnsi="Book Antiqua"/>
                <w:sz w:val="18"/>
                <w:lang w:val="ru-RU"/>
              </w:rPr>
              <w:t xml:space="preserve">. </w:t>
            </w:r>
            <w:r w:rsidRPr="0033741E">
              <w:rPr>
                <w:rFonts w:ascii="Book Antiqua" w:hAnsi="Book Antiqua" w:cs="Book Antiqua"/>
                <w:sz w:val="18"/>
                <w:lang w:val="ru-RU"/>
              </w:rPr>
              <w:t>О</w:t>
            </w:r>
            <w:r w:rsidRPr="0033741E">
              <w:rPr>
                <w:rFonts w:ascii="Cambria" w:hAnsi="Cambria" w:cs="Cambria"/>
                <w:sz w:val="18"/>
                <w:lang w:val="ru-RU"/>
              </w:rPr>
              <w:t>қ</w:t>
            </w:r>
            <w:r w:rsidRPr="0033741E">
              <w:rPr>
                <w:rFonts w:ascii="Book Antiqua" w:hAnsi="Book Antiqua" w:cs="Book Antiqua"/>
                <w:sz w:val="18"/>
                <w:lang w:val="ru-RU"/>
              </w:rPr>
              <w:t>ытурежиміндеарнайык</w:t>
            </w:r>
            <w:r w:rsidRPr="0033741E">
              <w:rPr>
                <w:rFonts w:ascii="Cambria" w:hAnsi="Cambria" w:cs="Cambria"/>
                <w:sz w:val="18"/>
                <w:lang w:val="ru-RU"/>
              </w:rPr>
              <w:t>ө</w:t>
            </w:r>
            <w:r w:rsidRPr="0033741E">
              <w:rPr>
                <w:rFonts w:ascii="Book Antiqua" w:hAnsi="Book Antiqua" w:cs="Book Antiqua"/>
                <w:sz w:val="18"/>
                <w:lang w:val="ru-RU"/>
              </w:rPr>
              <w:t>зделмесе</w:t>
            </w:r>
            <w:r w:rsidRPr="0033741E">
              <w:rPr>
                <w:rFonts w:ascii="Book Antiqua" w:hAnsi="Book Antiqua"/>
                <w:sz w:val="18"/>
                <w:lang w:val="ru-RU"/>
              </w:rPr>
              <w:t xml:space="preserve">, </w:t>
            </w:r>
            <w:r w:rsidRPr="0033741E">
              <w:rPr>
                <w:rFonts w:ascii="Book Antiqua" w:hAnsi="Book Antiqua" w:cs="Book Antiqua"/>
                <w:sz w:val="18"/>
                <w:lang w:val="ru-RU"/>
              </w:rPr>
              <w:t>на</w:t>
            </w:r>
            <w:r w:rsidRPr="0033741E">
              <w:rPr>
                <w:rFonts w:ascii="Cambria" w:hAnsi="Cambria" w:cs="Cambria"/>
                <w:sz w:val="18"/>
                <w:lang w:val="ru-RU"/>
              </w:rPr>
              <w:t>қ</w:t>
            </w:r>
            <w:r w:rsidRPr="0033741E">
              <w:rPr>
                <w:rFonts w:ascii="Book Antiqua" w:hAnsi="Book Antiqua" w:cs="Book Antiqua"/>
                <w:sz w:val="18"/>
                <w:lang w:val="ru-RU"/>
              </w:rPr>
              <w:t>тыдербесм</w:t>
            </w:r>
            <w:r w:rsidRPr="0033741E">
              <w:rPr>
                <w:rFonts w:ascii="Cambria" w:hAnsi="Cambria" w:cs="Cambria"/>
                <w:sz w:val="18"/>
                <w:lang w:val="ru-RU"/>
              </w:rPr>
              <w:t>ә</w:t>
            </w:r>
            <w:r w:rsidRPr="0033741E">
              <w:rPr>
                <w:rFonts w:ascii="Book Antiqua" w:hAnsi="Book Antiqua" w:cs="Book Antiqua"/>
                <w:sz w:val="18"/>
                <w:lang w:val="ru-RU"/>
              </w:rPr>
              <w:t>ліметтерді</w:t>
            </w:r>
            <w:r w:rsidRPr="0033741E">
              <w:rPr>
                <w:rFonts w:ascii="Book Antiqua" w:hAnsi="Book Antiqua"/>
                <w:sz w:val="18"/>
                <w:lang w:val="ru-RU"/>
              </w:rPr>
              <w:t>к</w:t>
            </w:r>
            <w:r w:rsidRPr="0033741E">
              <w:rPr>
                <w:rFonts w:ascii="Cambria" w:hAnsi="Cambria" w:cs="Cambria"/>
                <w:sz w:val="18"/>
                <w:lang w:val="ru-RU"/>
              </w:rPr>
              <w:t>ө</w:t>
            </w:r>
            <w:r w:rsidRPr="0033741E">
              <w:rPr>
                <w:rFonts w:ascii="Book Antiqua" w:hAnsi="Book Antiqua" w:cs="Book Antiqua"/>
                <w:sz w:val="18"/>
                <w:lang w:val="ru-RU"/>
              </w:rPr>
              <w:t>рсетпеу</w:t>
            </w:r>
            <w:r w:rsidRPr="0033741E">
              <w:rPr>
                <w:rFonts w:ascii="Book Antiqua" w:hAnsi="Book Antiqua"/>
                <w:sz w:val="18"/>
                <w:lang w:val="ru-RU"/>
              </w:rPr>
              <w:t>.</w:t>
            </w:r>
          </w:p>
        </w:tc>
      </w:tr>
      <w:tr w:rsidR="00163607" w:rsidRPr="0033741E">
        <w:trPr>
          <w:cantSplit/>
          <w:jc w:val="center"/>
        </w:trPr>
        <w:tc>
          <w:tcPr>
            <w:tcW w:w="709" w:type="dxa"/>
            <w:tcMar>
              <w:top w:w="85" w:type="dxa"/>
              <w:left w:w="90" w:type="dxa"/>
              <w:bottom w:w="85" w:type="dxa"/>
              <w:right w:w="90" w:type="dxa"/>
            </w:tcMar>
          </w:tcPr>
          <w:p w:rsidR="00163607" w:rsidRPr="0033741E" w:rsidRDefault="00A83174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sz w:val="18"/>
              </w:rPr>
              <w:t>5</w:t>
            </w:r>
          </w:p>
        </w:tc>
        <w:tc>
          <w:tcPr>
            <w:tcW w:w="4025" w:type="dxa"/>
            <w:tcMar>
              <w:top w:w="85" w:type="dxa"/>
              <w:left w:w="90" w:type="dxa"/>
              <w:bottom w:w="85" w:type="dxa"/>
              <w:right w:w="90" w:type="dxa"/>
            </w:tcMar>
          </w:tcPr>
          <w:p w:rsidR="00163607" w:rsidRPr="0033741E" w:rsidRDefault="00A83174">
            <w:pPr>
              <w:spacing w:after="0" w:line="240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b/>
                <w:sz w:val="18"/>
              </w:rPr>
              <w:t>Excel ар</w:t>
            </w:r>
            <w:r w:rsidRPr="0033741E">
              <w:rPr>
                <w:rFonts w:ascii="Cambria" w:hAnsi="Cambria" w:cs="Cambria"/>
                <w:b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b/>
                <w:sz w:val="18"/>
              </w:rPr>
              <w:t>ылыимпорттаудык</w:t>
            </w:r>
            <w:r w:rsidRPr="0033741E">
              <w:rPr>
                <w:rFonts w:ascii="Cambria" w:hAnsi="Cambria" w:cs="Cambria"/>
                <w:b/>
                <w:sz w:val="18"/>
              </w:rPr>
              <w:t>ө</w:t>
            </w:r>
            <w:r w:rsidRPr="0033741E">
              <w:rPr>
                <w:rFonts w:ascii="Book Antiqua" w:hAnsi="Book Antiqua" w:cs="Book Antiqua"/>
                <w:b/>
                <w:sz w:val="18"/>
              </w:rPr>
              <w:t>рсетугеарнал</w:t>
            </w:r>
            <w:r w:rsidRPr="0033741E">
              <w:rPr>
                <w:rFonts w:ascii="Cambria" w:hAnsi="Cambria" w:cs="Cambria"/>
                <w:b/>
                <w:sz w:val="18"/>
              </w:rPr>
              <w:t>ғ</w:t>
            </w:r>
            <w:r w:rsidRPr="0033741E">
              <w:rPr>
                <w:rFonts w:ascii="Book Antiqua" w:hAnsi="Book Antiqua" w:cs="Book Antiqua"/>
                <w:b/>
                <w:sz w:val="18"/>
              </w:rPr>
              <w:t>анфайл</w:t>
            </w:r>
          </w:p>
        </w:tc>
        <w:tc>
          <w:tcPr>
            <w:tcW w:w="4904" w:type="dxa"/>
            <w:gridSpan w:val="2"/>
            <w:tcMar>
              <w:top w:w="85" w:type="dxa"/>
              <w:left w:w="90" w:type="dxa"/>
              <w:bottom w:w="85" w:type="dxa"/>
              <w:right w:w="90" w:type="dxa"/>
            </w:tcMar>
          </w:tcPr>
          <w:p w:rsidR="00163607" w:rsidRPr="0033741E" w:rsidRDefault="00A83174">
            <w:pPr>
              <w:spacing w:after="0" w:line="240" w:lineRule="auto"/>
              <w:rPr>
                <w:rFonts w:ascii="Book Antiqua" w:hAnsi="Book Antiqua"/>
              </w:rPr>
            </w:pPr>
            <w:r w:rsidRPr="0033741E">
              <w:rPr>
                <w:rFonts w:ascii="Cambria" w:hAnsi="Cambria" w:cs="Cambria"/>
                <w:sz w:val="18"/>
              </w:rPr>
              <w:t>Ү</w:t>
            </w:r>
            <w:r w:rsidRPr="0033741E">
              <w:rPr>
                <w:rFonts w:ascii="Book Antiqua" w:hAnsi="Book Antiqua" w:cs="Book Antiqua"/>
                <w:sz w:val="18"/>
              </w:rPr>
              <w:t>лгіні</w:t>
            </w:r>
            <w:r w:rsidRPr="0033741E">
              <w:rPr>
                <w:rFonts w:ascii="Book Antiqua" w:hAnsi="Book Antiqua"/>
                <w:sz w:val="18"/>
              </w:rPr>
              <w:t xml:space="preserve"> алдын ала ж</w:t>
            </w:r>
            <w:r w:rsidRPr="0033741E">
              <w:rPr>
                <w:rFonts w:ascii="Cambria" w:hAnsi="Cambria" w:cs="Cambria"/>
                <w:sz w:val="18"/>
              </w:rPr>
              <w:t>ү</w:t>
            </w:r>
            <w:r w:rsidRPr="0033741E">
              <w:rPr>
                <w:rFonts w:ascii="Book Antiqua" w:hAnsi="Book Antiqua" w:cs="Book Antiqua"/>
                <w:sz w:val="18"/>
              </w:rPr>
              <w:t>ктеп</w:t>
            </w:r>
            <w:r w:rsidRPr="0033741E">
              <w:rPr>
                <w:rFonts w:ascii="Book Antiqua" w:hAnsi="Book Antiqua"/>
                <w:sz w:val="18"/>
              </w:rPr>
              <w:t xml:space="preserve">, </w:t>
            </w:r>
            <w:r w:rsidRPr="0033741E">
              <w:rPr>
                <w:rFonts w:ascii="Book Antiqua" w:hAnsi="Book Antiqua" w:cs="Book Antiqua"/>
                <w:sz w:val="18"/>
              </w:rPr>
              <w:t>ша</w:t>
            </w:r>
            <w:r w:rsidRPr="0033741E">
              <w:rPr>
                <w:rFonts w:ascii="Cambria" w:hAnsi="Cambria" w:cs="Cambria"/>
                <w:sz w:val="18"/>
              </w:rPr>
              <w:t>ғ</w:t>
            </w:r>
            <w:r w:rsidRPr="0033741E">
              <w:rPr>
                <w:rFonts w:ascii="Book Antiqua" w:hAnsi="Book Antiqua" w:cs="Book Antiqua"/>
                <w:sz w:val="18"/>
              </w:rPr>
              <w:t>ынмысалдайындау</w:t>
            </w:r>
            <w:r w:rsidRPr="0033741E">
              <w:rPr>
                <w:rFonts w:ascii="Book Antiqua" w:hAnsi="Book Antiqua"/>
                <w:sz w:val="18"/>
              </w:rPr>
              <w:t xml:space="preserve">. </w:t>
            </w:r>
            <w:r w:rsidRPr="0033741E">
              <w:rPr>
                <w:rFonts w:ascii="Book Antiqua" w:hAnsi="Book Antiqua" w:cs="Book Antiqua"/>
                <w:sz w:val="18"/>
              </w:rPr>
              <w:t>О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ытукезінделогиканык</w:t>
            </w:r>
            <w:r w:rsidRPr="0033741E">
              <w:rPr>
                <w:rFonts w:ascii="Cambria" w:hAnsi="Cambria" w:cs="Cambria"/>
                <w:sz w:val="18"/>
              </w:rPr>
              <w:t>ө</w:t>
            </w:r>
            <w:r w:rsidRPr="0033741E">
              <w:rPr>
                <w:rFonts w:ascii="Book Antiqua" w:hAnsi="Book Antiqua" w:cs="Book Antiqua"/>
                <w:sz w:val="18"/>
              </w:rPr>
              <w:t>рсету</w:t>
            </w:r>
            <w:r w:rsidRPr="0033741E">
              <w:rPr>
                <w:rFonts w:ascii="Book Antiqua" w:hAnsi="Book Antiqua"/>
                <w:sz w:val="18"/>
              </w:rPr>
              <w:t xml:space="preserve">: </w:t>
            </w:r>
            <w:r w:rsidRPr="0033741E">
              <w:rPr>
                <w:rFonts w:ascii="Cambria" w:hAnsi="Cambria" w:cs="Cambria"/>
                <w:sz w:val="18"/>
              </w:rPr>
              <w:t>ү</w:t>
            </w:r>
            <w:r w:rsidRPr="0033741E">
              <w:rPr>
                <w:rFonts w:ascii="Book Antiqua" w:hAnsi="Book Antiqua" w:cs="Book Antiqua"/>
                <w:sz w:val="18"/>
              </w:rPr>
              <w:t>лгі→</w:t>
            </w:r>
            <w:r w:rsidRPr="0033741E">
              <w:rPr>
                <w:rFonts w:ascii="Cambria" w:hAnsi="Cambria" w:cs="Cambria"/>
                <w:sz w:val="18"/>
              </w:rPr>
              <w:t>құ</w:t>
            </w:r>
            <w:r w:rsidRPr="0033741E">
              <w:rPr>
                <w:rFonts w:ascii="Book Antiqua" w:hAnsi="Book Antiqua" w:cs="Book Antiqua"/>
                <w:sz w:val="18"/>
              </w:rPr>
              <w:t>рылымын</w:t>
            </w:r>
            <w:r w:rsidRPr="0033741E">
              <w:rPr>
                <w:rFonts w:ascii="Cambria" w:hAnsi="Cambria" w:cs="Cambria"/>
                <w:sz w:val="18"/>
              </w:rPr>
              <w:t>ө</w:t>
            </w:r>
            <w:r w:rsidRPr="0033741E">
              <w:rPr>
                <w:rFonts w:ascii="Book Antiqua" w:hAnsi="Book Antiqua" w:cs="Book Antiqua"/>
                <w:sz w:val="18"/>
              </w:rPr>
              <w:t>згертпейтолтыру→ж</w:t>
            </w:r>
            <w:r w:rsidRPr="0033741E">
              <w:rPr>
                <w:rFonts w:ascii="Cambria" w:hAnsi="Cambria" w:cs="Cambria"/>
                <w:sz w:val="18"/>
              </w:rPr>
              <w:t>ү</w:t>
            </w:r>
            <w:r w:rsidRPr="0033741E">
              <w:rPr>
                <w:rFonts w:ascii="Book Antiqua" w:hAnsi="Book Antiqua" w:cs="Book Antiqua"/>
                <w:sz w:val="18"/>
              </w:rPr>
              <w:t>ктеу→тексеру→са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тау</w:t>
            </w:r>
            <w:r w:rsidRPr="0033741E">
              <w:rPr>
                <w:rFonts w:ascii="Book Antiqua" w:hAnsi="Book Antiqua"/>
                <w:sz w:val="18"/>
              </w:rPr>
              <w:t>.</w:t>
            </w:r>
          </w:p>
        </w:tc>
      </w:tr>
      <w:tr w:rsidR="00163607" w:rsidRPr="0033741E">
        <w:trPr>
          <w:cantSplit/>
          <w:jc w:val="center"/>
        </w:trPr>
        <w:tc>
          <w:tcPr>
            <w:tcW w:w="709" w:type="dxa"/>
            <w:shd w:val="clear" w:color="auto" w:fill="F7F9FB"/>
            <w:tcMar>
              <w:top w:w="85" w:type="dxa"/>
              <w:left w:w="90" w:type="dxa"/>
              <w:bottom w:w="85" w:type="dxa"/>
              <w:right w:w="90" w:type="dxa"/>
            </w:tcMar>
          </w:tcPr>
          <w:p w:rsidR="00163607" w:rsidRPr="0033741E" w:rsidRDefault="00A83174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sz w:val="18"/>
              </w:rPr>
              <w:t>6</w:t>
            </w:r>
          </w:p>
        </w:tc>
        <w:tc>
          <w:tcPr>
            <w:tcW w:w="4025" w:type="dxa"/>
            <w:shd w:val="clear" w:color="auto" w:fill="F7F9FB"/>
            <w:tcMar>
              <w:top w:w="85" w:type="dxa"/>
              <w:left w:w="90" w:type="dxa"/>
              <w:bottom w:w="85" w:type="dxa"/>
              <w:right w:w="90" w:type="dxa"/>
            </w:tcMar>
          </w:tcPr>
          <w:p w:rsidR="00163607" w:rsidRPr="0033741E" w:rsidRDefault="00A83174">
            <w:pPr>
              <w:spacing w:after="0" w:line="240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b/>
                <w:sz w:val="18"/>
              </w:rPr>
              <w:t>Демонстрациялы</w:t>
            </w:r>
            <w:r w:rsidRPr="0033741E">
              <w:rPr>
                <w:rFonts w:ascii="Cambria" w:hAnsi="Cambria" w:cs="Cambria"/>
                <w:b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b/>
                <w:sz w:val="18"/>
              </w:rPr>
              <w:t>кейс</w:t>
            </w:r>
          </w:p>
        </w:tc>
        <w:tc>
          <w:tcPr>
            <w:tcW w:w="4904" w:type="dxa"/>
            <w:gridSpan w:val="2"/>
            <w:shd w:val="clear" w:color="auto" w:fill="F7F9FB"/>
            <w:tcMar>
              <w:top w:w="85" w:type="dxa"/>
              <w:left w:w="90" w:type="dxa"/>
              <w:bottom w:w="85" w:type="dxa"/>
              <w:right w:w="90" w:type="dxa"/>
            </w:tcMar>
          </w:tcPr>
          <w:p w:rsidR="00163607" w:rsidRPr="0033741E" w:rsidRDefault="00A83174">
            <w:pPr>
              <w:spacing w:after="0" w:line="240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sz w:val="18"/>
              </w:rPr>
              <w:t>Бір бейтарап мысалды алдын ала дайындау: баланы</w:t>
            </w:r>
            <w:r w:rsidRPr="0033741E">
              <w:rPr>
                <w:rFonts w:ascii="Cambria" w:hAnsi="Cambria" w:cs="Cambria"/>
                <w:sz w:val="18"/>
              </w:rPr>
              <w:t>ң</w:t>
            </w:r>
            <w:r w:rsidRPr="0033741E">
              <w:rPr>
                <w:rFonts w:ascii="Book Antiqua" w:hAnsi="Book Antiqua" w:cs="Book Antiqua"/>
                <w:sz w:val="18"/>
              </w:rPr>
              <w:t>мінез</w:t>
            </w:r>
            <w:r w:rsidRPr="0033741E">
              <w:rPr>
                <w:rFonts w:ascii="Book Antiqua" w:hAnsi="Book Antiqua"/>
                <w:sz w:val="18"/>
              </w:rPr>
              <w:t>-</w:t>
            </w:r>
            <w:r w:rsidRPr="0033741E">
              <w:rPr>
                <w:rFonts w:ascii="Cambria" w:hAnsi="Cambria" w:cs="Cambria"/>
                <w:sz w:val="18"/>
              </w:rPr>
              <w:t>құ</w:t>
            </w:r>
            <w:r w:rsidRPr="0033741E">
              <w:rPr>
                <w:rFonts w:ascii="Book Antiqua" w:hAnsi="Book Antiqua" w:cs="Book Antiqua"/>
                <w:sz w:val="18"/>
              </w:rPr>
              <w:t>л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ынданемесе</w:t>
            </w:r>
            <w:r w:rsidRPr="0033741E">
              <w:rPr>
                <w:rFonts w:ascii="Cambria" w:hAnsi="Cambria" w:cs="Cambria"/>
                <w:sz w:val="18"/>
              </w:rPr>
              <w:t>құ</w:t>
            </w:r>
            <w:r w:rsidRPr="0033741E">
              <w:rPr>
                <w:rFonts w:ascii="Book Antiqua" w:hAnsi="Book Antiqua" w:cs="Book Antiqua"/>
                <w:sz w:val="18"/>
              </w:rPr>
              <w:t>рдастарымен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арым</w:t>
            </w:r>
            <w:r w:rsidRPr="0033741E">
              <w:rPr>
                <w:rFonts w:ascii="Book Antiqua" w:hAnsi="Book Antiqua"/>
                <w:sz w:val="18"/>
              </w:rPr>
              <w:t>-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атынасындабай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алатын</w:t>
            </w:r>
            <w:r w:rsidRPr="0033741E">
              <w:rPr>
                <w:rFonts w:ascii="Cambria" w:hAnsi="Cambria" w:cs="Cambria"/>
                <w:sz w:val="18"/>
              </w:rPr>
              <w:t>ө</w:t>
            </w:r>
            <w:r w:rsidRPr="0033741E">
              <w:rPr>
                <w:rFonts w:ascii="Book Antiqua" w:hAnsi="Book Antiqua" w:cs="Book Antiqua"/>
                <w:sz w:val="18"/>
              </w:rPr>
              <w:t>згерістерпайдабол</w:t>
            </w:r>
            <w:r w:rsidRPr="0033741E">
              <w:rPr>
                <w:rFonts w:ascii="Cambria" w:hAnsi="Cambria" w:cs="Cambria"/>
                <w:sz w:val="18"/>
              </w:rPr>
              <w:t>ғ</w:t>
            </w:r>
            <w:r w:rsidRPr="0033741E">
              <w:rPr>
                <w:rFonts w:ascii="Book Antiqua" w:hAnsi="Book Antiqua" w:cs="Book Antiqua"/>
                <w:sz w:val="18"/>
              </w:rPr>
              <w:t>ан</w:t>
            </w:r>
            <w:r w:rsidRPr="0033741E">
              <w:rPr>
                <w:rFonts w:ascii="Book Antiqua" w:hAnsi="Book Antiqua"/>
                <w:sz w:val="18"/>
              </w:rPr>
              <w:t xml:space="preserve">. </w:t>
            </w:r>
            <w:r w:rsidRPr="0033741E">
              <w:rPr>
                <w:rFonts w:ascii="Book Antiqua" w:hAnsi="Book Antiqua" w:cs="Book Antiqua"/>
                <w:sz w:val="18"/>
              </w:rPr>
              <w:t>Осыкейсар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ылыба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ылауды</w:t>
            </w:r>
            <w:r w:rsidRPr="0033741E">
              <w:rPr>
                <w:rFonts w:ascii="Book Antiqua" w:hAnsi="Book Antiqua"/>
                <w:sz w:val="18"/>
              </w:rPr>
              <w:t xml:space="preserve">, </w:t>
            </w:r>
            <w:r w:rsidRPr="0033741E">
              <w:rPr>
                <w:rFonts w:ascii="Book Antiqua" w:hAnsi="Book Antiqua" w:cs="Book Antiqua"/>
                <w:sz w:val="18"/>
              </w:rPr>
              <w:t>іс</w:t>
            </w:r>
            <w:r w:rsidRPr="0033741E">
              <w:rPr>
                <w:rFonts w:ascii="Book Antiqua" w:hAnsi="Book Antiqua"/>
                <w:sz w:val="18"/>
              </w:rPr>
              <w:t>-</w:t>
            </w:r>
            <w:r w:rsidRPr="0033741E">
              <w:rPr>
                <w:rFonts w:ascii="Book Antiqua" w:hAnsi="Book Antiqua" w:cs="Book Antiqua"/>
                <w:sz w:val="18"/>
              </w:rPr>
              <w:t>шараныж</w:t>
            </w:r>
            <w:r w:rsidRPr="0033741E">
              <w:rPr>
                <w:rFonts w:ascii="Cambria" w:hAnsi="Cambria" w:cs="Cambria"/>
                <w:sz w:val="18"/>
              </w:rPr>
              <w:t>ә</w:t>
            </w:r>
            <w:r w:rsidRPr="0033741E">
              <w:rPr>
                <w:rFonts w:ascii="Book Antiqua" w:hAnsi="Book Antiqua" w:cs="Book Antiqua"/>
                <w:sz w:val="18"/>
              </w:rPr>
              <w:t>немаман</w:t>
            </w:r>
            <w:r w:rsidRPr="0033741E">
              <w:rPr>
                <w:rFonts w:ascii="Cambria" w:hAnsi="Cambria" w:cs="Cambria"/>
                <w:sz w:val="18"/>
              </w:rPr>
              <w:t>ғ</w:t>
            </w:r>
            <w:r w:rsidRPr="0033741E">
              <w:rPr>
                <w:rFonts w:ascii="Book Antiqua" w:hAnsi="Book Antiqua" w:cs="Book Antiqua"/>
                <w:sz w:val="18"/>
              </w:rPr>
              <w:t>ас</w:t>
            </w:r>
            <w:r w:rsidRPr="0033741E">
              <w:rPr>
                <w:rFonts w:ascii="Cambria" w:hAnsi="Cambria" w:cs="Cambria"/>
                <w:sz w:val="18"/>
              </w:rPr>
              <w:t>ұ</w:t>
            </w:r>
            <w:r w:rsidRPr="0033741E">
              <w:rPr>
                <w:rFonts w:ascii="Book Antiqua" w:hAnsi="Book Antiqua" w:cs="Book Antiqua"/>
                <w:sz w:val="18"/>
              </w:rPr>
              <w:t>раужіберудік</w:t>
            </w:r>
            <w:r w:rsidRPr="0033741E">
              <w:rPr>
                <w:rFonts w:ascii="Cambria" w:hAnsi="Cambria" w:cs="Cambria"/>
                <w:sz w:val="18"/>
              </w:rPr>
              <w:t>ө</w:t>
            </w:r>
            <w:r w:rsidRPr="0033741E">
              <w:rPr>
                <w:rFonts w:ascii="Book Antiqua" w:hAnsi="Book Antiqua" w:cs="Book Antiqua"/>
                <w:sz w:val="18"/>
              </w:rPr>
              <w:t>рсету</w:t>
            </w:r>
            <w:r w:rsidRPr="0033741E">
              <w:rPr>
                <w:rFonts w:ascii="Book Antiqua" w:hAnsi="Book Antiqua"/>
                <w:sz w:val="18"/>
              </w:rPr>
              <w:t>.</w:t>
            </w:r>
          </w:p>
        </w:tc>
      </w:tr>
      <w:tr w:rsidR="00163607" w:rsidRPr="0033741E">
        <w:trPr>
          <w:cantSplit/>
          <w:jc w:val="center"/>
        </w:trPr>
        <w:tc>
          <w:tcPr>
            <w:tcW w:w="709" w:type="dxa"/>
            <w:tcMar>
              <w:top w:w="85" w:type="dxa"/>
              <w:left w:w="90" w:type="dxa"/>
              <w:bottom w:w="85" w:type="dxa"/>
              <w:right w:w="90" w:type="dxa"/>
            </w:tcMar>
          </w:tcPr>
          <w:p w:rsidR="00163607" w:rsidRPr="0033741E" w:rsidRDefault="00A83174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sz w:val="18"/>
              </w:rPr>
              <w:t>7</w:t>
            </w:r>
          </w:p>
        </w:tc>
        <w:tc>
          <w:tcPr>
            <w:tcW w:w="4025" w:type="dxa"/>
            <w:tcMar>
              <w:top w:w="85" w:type="dxa"/>
              <w:left w:w="90" w:type="dxa"/>
              <w:bottom w:w="85" w:type="dxa"/>
              <w:right w:w="90" w:type="dxa"/>
            </w:tcMar>
          </w:tcPr>
          <w:p w:rsidR="00163607" w:rsidRPr="0033741E" w:rsidRDefault="00A83174">
            <w:pPr>
              <w:spacing w:after="0" w:line="240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b/>
                <w:sz w:val="18"/>
              </w:rPr>
              <w:t>С</w:t>
            </w:r>
            <w:r w:rsidRPr="0033741E">
              <w:rPr>
                <w:rFonts w:ascii="Cambria" w:hAnsi="Cambria" w:cs="Cambria"/>
                <w:b/>
                <w:sz w:val="18"/>
              </w:rPr>
              <w:t>ұ</w:t>
            </w:r>
            <w:r w:rsidRPr="0033741E">
              <w:rPr>
                <w:rFonts w:ascii="Book Antiqua" w:hAnsi="Book Antiqua" w:cs="Book Antiqua"/>
                <w:b/>
                <w:sz w:val="18"/>
              </w:rPr>
              <w:t>раудыалушы</w:t>
            </w:r>
          </w:p>
        </w:tc>
        <w:tc>
          <w:tcPr>
            <w:tcW w:w="4904" w:type="dxa"/>
            <w:gridSpan w:val="2"/>
            <w:tcMar>
              <w:top w:w="85" w:type="dxa"/>
              <w:left w:w="90" w:type="dxa"/>
              <w:bottom w:w="85" w:type="dxa"/>
              <w:right w:w="90" w:type="dxa"/>
            </w:tcMar>
          </w:tcPr>
          <w:p w:rsidR="00163607" w:rsidRPr="0033741E" w:rsidRDefault="00A83174">
            <w:pPr>
              <w:spacing w:after="0" w:line="240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sz w:val="18"/>
              </w:rPr>
              <w:t>Егер демонстрациялы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ортадана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тыжіберу</w:t>
            </w:r>
            <w:r w:rsidRPr="0033741E">
              <w:rPr>
                <w:rFonts w:ascii="Book Antiqua" w:hAnsi="Book Antiqua"/>
                <w:sz w:val="18"/>
              </w:rPr>
              <w:t>жоспарланса, тестілік педагог-психологты</w:t>
            </w:r>
            <w:r w:rsidRPr="0033741E">
              <w:rPr>
                <w:rFonts w:ascii="Cambria" w:hAnsi="Cambria" w:cs="Cambria"/>
                <w:sz w:val="18"/>
              </w:rPr>
              <w:t>ң</w:t>
            </w:r>
            <w:r w:rsidRPr="0033741E">
              <w:rPr>
                <w:rFonts w:ascii="Book Antiqua" w:hAnsi="Book Antiqua"/>
                <w:sz w:val="18"/>
              </w:rPr>
              <w:t>/</w:t>
            </w:r>
            <w:r w:rsidRPr="0033741E">
              <w:rPr>
                <w:rFonts w:ascii="Cambria" w:hAnsi="Cambria" w:cs="Cambria"/>
                <w:sz w:val="18"/>
              </w:rPr>
              <w:t>ә</w:t>
            </w:r>
            <w:r w:rsidRPr="0033741E">
              <w:rPr>
                <w:rFonts w:ascii="Book Antiqua" w:hAnsi="Book Antiqua" w:cs="Book Antiqua"/>
                <w:sz w:val="18"/>
              </w:rPr>
              <w:t>леуметтікпедагогты</w:t>
            </w:r>
            <w:r w:rsidRPr="0033741E">
              <w:rPr>
                <w:rFonts w:ascii="Cambria" w:hAnsi="Cambria" w:cs="Cambria"/>
                <w:sz w:val="18"/>
              </w:rPr>
              <w:t>ң</w:t>
            </w:r>
            <w:r w:rsidRPr="0033741E">
              <w:rPr>
                <w:rFonts w:ascii="Book Antiqua" w:hAnsi="Book Antiqua" w:cs="Book Antiqua"/>
                <w:sz w:val="18"/>
              </w:rPr>
              <w:t>бар</w:t>
            </w:r>
            <w:r w:rsidRPr="0033741E">
              <w:rPr>
                <w:rFonts w:ascii="Book Antiqua" w:hAnsi="Book Antiqua"/>
                <w:sz w:val="18"/>
              </w:rPr>
              <w:t>-</w:t>
            </w:r>
            <w:r w:rsidRPr="0033741E">
              <w:rPr>
                <w:rFonts w:ascii="Book Antiqua" w:hAnsi="Book Antiqua" w:cs="Book Antiqua"/>
                <w:sz w:val="18"/>
              </w:rPr>
              <w:t>жо</w:t>
            </w:r>
            <w:r w:rsidRPr="0033741E">
              <w:rPr>
                <w:rFonts w:ascii="Cambria" w:hAnsi="Cambria" w:cs="Cambria"/>
                <w:sz w:val="18"/>
              </w:rPr>
              <w:t>ғ</w:t>
            </w:r>
            <w:r w:rsidRPr="0033741E">
              <w:rPr>
                <w:rFonts w:ascii="Book Antiqua" w:hAnsi="Book Antiqua" w:cs="Book Antiqua"/>
                <w:sz w:val="18"/>
              </w:rPr>
              <w:t>ыналдыналатексеру</w:t>
            </w:r>
            <w:r w:rsidRPr="0033741E">
              <w:rPr>
                <w:rFonts w:ascii="Book Antiqua" w:hAnsi="Book Antiqua"/>
                <w:sz w:val="18"/>
              </w:rPr>
              <w:t xml:space="preserve">. </w:t>
            </w:r>
            <w:r w:rsidRPr="0033741E">
              <w:rPr>
                <w:rFonts w:ascii="Book Antiqua" w:hAnsi="Book Antiqua" w:cs="Book Antiqua"/>
                <w:sz w:val="18"/>
              </w:rPr>
              <w:t>Болмаса</w:t>
            </w:r>
            <w:r w:rsidRPr="0033741E">
              <w:rPr>
                <w:rFonts w:ascii="Book Antiqua" w:hAnsi="Book Antiqua"/>
                <w:sz w:val="18"/>
              </w:rPr>
              <w:t xml:space="preserve">, </w:t>
            </w:r>
            <w:r w:rsidRPr="0033741E">
              <w:rPr>
                <w:rFonts w:ascii="Book Antiqua" w:hAnsi="Book Antiqua" w:cs="Book Antiqua"/>
                <w:sz w:val="18"/>
              </w:rPr>
              <w:t>«Жіберу»батырмасынадейінтолтыруды</w:t>
            </w:r>
            <w:r w:rsidRPr="0033741E">
              <w:rPr>
                <w:rFonts w:ascii="Cambria" w:hAnsi="Cambria" w:cs="Cambria"/>
                <w:sz w:val="18"/>
              </w:rPr>
              <w:t>ғ</w:t>
            </w:r>
            <w:r w:rsidRPr="0033741E">
              <w:rPr>
                <w:rFonts w:ascii="Book Antiqua" w:hAnsi="Book Antiqua" w:cs="Book Antiqua"/>
                <w:sz w:val="18"/>
              </w:rPr>
              <w:t>анак</w:t>
            </w:r>
            <w:r w:rsidRPr="0033741E">
              <w:rPr>
                <w:rFonts w:ascii="Cambria" w:hAnsi="Cambria" w:cs="Cambria"/>
                <w:sz w:val="18"/>
              </w:rPr>
              <w:t>ө</w:t>
            </w:r>
            <w:r w:rsidRPr="0033741E">
              <w:rPr>
                <w:rFonts w:ascii="Book Antiqua" w:hAnsi="Book Antiqua" w:cs="Book Antiqua"/>
                <w:sz w:val="18"/>
              </w:rPr>
              <w:t>рсету</w:t>
            </w:r>
            <w:r w:rsidRPr="0033741E">
              <w:rPr>
                <w:rFonts w:ascii="Book Antiqua" w:hAnsi="Book Antiqua"/>
                <w:sz w:val="18"/>
              </w:rPr>
              <w:t>.</w:t>
            </w:r>
          </w:p>
        </w:tc>
      </w:tr>
      <w:tr w:rsidR="00163607" w:rsidRPr="0033741E">
        <w:trPr>
          <w:cantSplit/>
          <w:jc w:val="center"/>
        </w:trPr>
        <w:tc>
          <w:tcPr>
            <w:tcW w:w="709" w:type="dxa"/>
            <w:shd w:val="clear" w:color="auto" w:fill="F7F9FB"/>
            <w:tcMar>
              <w:top w:w="85" w:type="dxa"/>
              <w:left w:w="90" w:type="dxa"/>
              <w:bottom w:w="85" w:type="dxa"/>
              <w:right w:w="90" w:type="dxa"/>
            </w:tcMar>
          </w:tcPr>
          <w:p w:rsidR="00163607" w:rsidRPr="0033741E" w:rsidRDefault="00A83174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sz w:val="18"/>
              </w:rPr>
              <w:t>8</w:t>
            </w:r>
          </w:p>
        </w:tc>
        <w:tc>
          <w:tcPr>
            <w:tcW w:w="4025" w:type="dxa"/>
            <w:shd w:val="clear" w:color="auto" w:fill="F7F9FB"/>
            <w:tcMar>
              <w:top w:w="85" w:type="dxa"/>
              <w:left w:w="90" w:type="dxa"/>
              <w:bottom w:w="85" w:type="dxa"/>
              <w:right w:w="90" w:type="dxa"/>
            </w:tcMar>
          </w:tcPr>
          <w:p w:rsidR="00163607" w:rsidRPr="0033741E" w:rsidRDefault="00A83174">
            <w:pPr>
              <w:spacing w:after="0" w:line="240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b/>
                <w:sz w:val="18"/>
              </w:rPr>
              <w:t>Материалдар</w:t>
            </w:r>
          </w:p>
        </w:tc>
        <w:tc>
          <w:tcPr>
            <w:tcW w:w="4904" w:type="dxa"/>
            <w:gridSpan w:val="2"/>
            <w:shd w:val="clear" w:color="auto" w:fill="F7F9FB"/>
            <w:tcMar>
              <w:top w:w="85" w:type="dxa"/>
              <w:left w:w="90" w:type="dxa"/>
              <w:bottom w:w="85" w:type="dxa"/>
              <w:right w:w="90" w:type="dxa"/>
            </w:tcMar>
          </w:tcPr>
          <w:p w:rsidR="00163607" w:rsidRPr="0033741E" w:rsidRDefault="00A83174">
            <w:pPr>
              <w:spacing w:after="0" w:line="240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sz w:val="18"/>
              </w:rPr>
              <w:t>Бастал</w:t>
            </w:r>
            <w:r w:rsidRPr="0033741E">
              <w:rPr>
                <w:rFonts w:ascii="Cambria" w:hAnsi="Cambria" w:cs="Cambria"/>
                <w:sz w:val="18"/>
              </w:rPr>
              <w:t>ғ</w:t>
            </w:r>
            <w:r w:rsidRPr="0033741E">
              <w:rPr>
                <w:rFonts w:ascii="Book Antiqua" w:hAnsi="Book Antiqua" w:cs="Book Antiqua"/>
                <w:sz w:val="18"/>
              </w:rPr>
              <w:t>ан</w:t>
            </w:r>
            <w:r w:rsidRPr="0033741E">
              <w:rPr>
                <w:rFonts w:ascii="Cambria" w:hAnsi="Cambria" w:cs="Cambria"/>
                <w:sz w:val="18"/>
              </w:rPr>
              <w:t>ғ</w:t>
            </w:r>
            <w:r w:rsidRPr="0033741E">
              <w:rPr>
                <w:rFonts w:ascii="Book Antiqua" w:hAnsi="Book Antiqua" w:cs="Book Antiqua"/>
                <w:sz w:val="18"/>
              </w:rPr>
              <w:t>адейін</w:t>
            </w:r>
            <w:r w:rsidRPr="0033741E">
              <w:rPr>
                <w:rFonts w:ascii="Cambria" w:hAnsi="Cambria" w:cs="Cambria"/>
                <w:sz w:val="18"/>
              </w:rPr>
              <w:t>ә</w:t>
            </w:r>
            <w:r w:rsidRPr="0033741E">
              <w:rPr>
                <w:rFonts w:ascii="Book Antiqua" w:hAnsi="Book Antiqua" w:cs="Book Antiqua"/>
                <w:sz w:val="18"/>
              </w:rPr>
              <w:t>дістемелікматериалдарменбейнен</w:t>
            </w:r>
            <w:r w:rsidRPr="0033741E">
              <w:rPr>
                <w:rFonts w:ascii="Cambria" w:hAnsi="Cambria" w:cs="Cambria"/>
                <w:sz w:val="18"/>
              </w:rPr>
              <w:t>ұ</w:t>
            </w:r>
            <w:r w:rsidRPr="0033741E">
              <w:rPr>
                <w:rFonts w:ascii="Book Antiqua" w:hAnsi="Book Antiqua" w:cs="Book Antiqua"/>
                <w:sz w:val="18"/>
              </w:rPr>
              <w:t>с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аулы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тар</w:t>
            </w:r>
            <w:r w:rsidRPr="0033741E">
              <w:rPr>
                <w:rFonts w:ascii="Cambria" w:hAnsi="Cambria" w:cs="Cambria"/>
                <w:sz w:val="18"/>
              </w:rPr>
              <w:t>ғ</w:t>
            </w:r>
            <w:r w:rsidRPr="0033741E">
              <w:rPr>
                <w:rFonts w:ascii="Book Antiqua" w:hAnsi="Book Antiqua" w:cs="Book Antiqua"/>
                <w:sz w:val="18"/>
              </w:rPr>
              <w:t>аапаратын</w:t>
            </w:r>
            <w:r w:rsidRPr="0033741E">
              <w:rPr>
                <w:rFonts w:ascii="Book Antiqua" w:hAnsi="Book Antiqua"/>
                <w:sz w:val="18"/>
              </w:rPr>
              <w:t xml:space="preserve">QR-коды/сілтемесі бар 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орытындыслайдтынемесеорта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папканыашып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ою</w:t>
            </w:r>
            <w:r w:rsidRPr="0033741E">
              <w:rPr>
                <w:rFonts w:ascii="Book Antiqua" w:hAnsi="Book Antiqua"/>
                <w:sz w:val="18"/>
              </w:rPr>
              <w:t>.</w:t>
            </w:r>
          </w:p>
        </w:tc>
      </w:tr>
      <w:tr w:rsidR="00163607" w:rsidRPr="0033741E">
        <w:trPr>
          <w:cantSplit/>
          <w:jc w:val="center"/>
        </w:trPr>
        <w:tc>
          <w:tcPr>
            <w:tcW w:w="709" w:type="dxa"/>
            <w:tcMar>
              <w:top w:w="85" w:type="dxa"/>
              <w:left w:w="90" w:type="dxa"/>
              <w:bottom w:w="85" w:type="dxa"/>
              <w:right w:w="90" w:type="dxa"/>
            </w:tcMar>
          </w:tcPr>
          <w:p w:rsidR="00163607" w:rsidRPr="0033741E" w:rsidRDefault="00A83174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sz w:val="18"/>
              </w:rPr>
              <w:t>9</w:t>
            </w:r>
          </w:p>
        </w:tc>
        <w:tc>
          <w:tcPr>
            <w:tcW w:w="4025" w:type="dxa"/>
            <w:tcMar>
              <w:top w:w="85" w:type="dxa"/>
              <w:left w:w="90" w:type="dxa"/>
              <w:bottom w:w="85" w:type="dxa"/>
              <w:right w:w="90" w:type="dxa"/>
            </w:tcMar>
          </w:tcPr>
          <w:p w:rsidR="00163607" w:rsidRPr="0033741E" w:rsidRDefault="00A83174">
            <w:pPr>
              <w:spacing w:after="0" w:line="240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b/>
                <w:sz w:val="18"/>
              </w:rPr>
              <w:t>Экран</w:t>
            </w:r>
          </w:p>
        </w:tc>
        <w:tc>
          <w:tcPr>
            <w:tcW w:w="4904" w:type="dxa"/>
            <w:gridSpan w:val="2"/>
            <w:tcMar>
              <w:top w:w="85" w:type="dxa"/>
              <w:left w:w="90" w:type="dxa"/>
              <w:bottom w:w="85" w:type="dxa"/>
              <w:right w:w="90" w:type="dxa"/>
            </w:tcMar>
          </w:tcPr>
          <w:p w:rsidR="00163607" w:rsidRPr="0033741E" w:rsidRDefault="00A83174">
            <w:pPr>
              <w:spacing w:after="0" w:line="240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sz w:val="18"/>
              </w:rPr>
              <w:t xml:space="preserve">Поштаны, мессенджерлерді, жеке 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ойындылардыж</w:t>
            </w:r>
            <w:r w:rsidRPr="0033741E">
              <w:rPr>
                <w:rFonts w:ascii="Cambria" w:hAnsi="Cambria" w:cs="Cambria"/>
                <w:sz w:val="18"/>
              </w:rPr>
              <w:t>ә</w:t>
            </w:r>
            <w:r w:rsidRPr="0033741E">
              <w:rPr>
                <w:rFonts w:ascii="Book Antiqua" w:hAnsi="Book Antiqua" w:cs="Book Antiqua"/>
                <w:sz w:val="18"/>
              </w:rPr>
              <w:t>нехабарламалардыжабу</w:t>
            </w:r>
            <w:r w:rsidRPr="0033741E">
              <w:rPr>
                <w:rFonts w:ascii="Book Antiqua" w:hAnsi="Book Antiqua"/>
                <w:sz w:val="18"/>
              </w:rPr>
              <w:t xml:space="preserve">. </w:t>
            </w:r>
            <w:r w:rsidRPr="0033741E">
              <w:rPr>
                <w:rFonts w:ascii="Book Antiqua" w:hAnsi="Book Antiqua" w:cs="Book Antiqua"/>
                <w:sz w:val="18"/>
              </w:rPr>
              <w:t>Браузермасштабынк</w:t>
            </w:r>
            <w:r w:rsidRPr="0033741E">
              <w:rPr>
                <w:rFonts w:ascii="Cambria" w:hAnsi="Cambria" w:cs="Cambria"/>
                <w:sz w:val="18"/>
              </w:rPr>
              <w:t>ө</w:t>
            </w:r>
            <w:r w:rsidRPr="0033741E">
              <w:rPr>
                <w:rFonts w:ascii="Book Antiqua" w:hAnsi="Book Antiqua" w:cs="Book Antiqua"/>
                <w:sz w:val="18"/>
              </w:rPr>
              <w:t>рсетугеы</w:t>
            </w:r>
            <w:r w:rsidRPr="0033741E">
              <w:rPr>
                <w:rFonts w:ascii="Cambria" w:hAnsi="Cambria" w:cs="Cambria"/>
                <w:sz w:val="18"/>
              </w:rPr>
              <w:t>ңғ</w:t>
            </w:r>
            <w:r w:rsidRPr="0033741E">
              <w:rPr>
                <w:rFonts w:ascii="Book Antiqua" w:hAnsi="Book Antiqua" w:cs="Book Antiqua"/>
                <w:sz w:val="18"/>
              </w:rPr>
              <w:t>айлыетіпорнату</w:t>
            </w:r>
            <w:r w:rsidRPr="0033741E">
              <w:rPr>
                <w:rFonts w:ascii="Book Antiqua" w:hAnsi="Book Antiqua"/>
                <w:sz w:val="18"/>
              </w:rPr>
              <w:t>.</w:t>
            </w:r>
          </w:p>
        </w:tc>
      </w:tr>
      <w:tr w:rsidR="00163607" w:rsidRPr="0033741E">
        <w:trPr>
          <w:cantSplit/>
          <w:jc w:val="center"/>
        </w:trPr>
        <w:tc>
          <w:tcPr>
            <w:tcW w:w="709" w:type="dxa"/>
            <w:shd w:val="clear" w:color="auto" w:fill="F7F9FB"/>
            <w:tcMar>
              <w:top w:w="85" w:type="dxa"/>
              <w:left w:w="90" w:type="dxa"/>
              <w:bottom w:w="85" w:type="dxa"/>
              <w:right w:w="90" w:type="dxa"/>
            </w:tcMar>
          </w:tcPr>
          <w:p w:rsidR="00163607" w:rsidRPr="0033741E" w:rsidRDefault="00A83174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sz w:val="18"/>
              </w:rPr>
              <w:t>10</w:t>
            </w:r>
          </w:p>
        </w:tc>
        <w:tc>
          <w:tcPr>
            <w:tcW w:w="4025" w:type="dxa"/>
            <w:shd w:val="clear" w:color="auto" w:fill="F7F9FB"/>
            <w:tcMar>
              <w:top w:w="85" w:type="dxa"/>
              <w:left w:w="90" w:type="dxa"/>
              <w:bottom w:w="85" w:type="dxa"/>
              <w:right w:w="90" w:type="dxa"/>
            </w:tcMar>
          </w:tcPr>
          <w:p w:rsidR="00163607" w:rsidRPr="0033741E" w:rsidRDefault="00A83174">
            <w:pPr>
              <w:spacing w:after="0" w:line="240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b/>
                <w:sz w:val="18"/>
              </w:rPr>
              <w:t>С</w:t>
            </w:r>
            <w:r w:rsidRPr="0033741E">
              <w:rPr>
                <w:rFonts w:ascii="Cambria" w:hAnsi="Cambria" w:cs="Cambria"/>
                <w:b/>
                <w:sz w:val="18"/>
              </w:rPr>
              <w:t>ұ</w:t>
            </w:r>
            <w:r w:rsidRPr="0033741E">
              <w:rPr>
                <w:rFonts w:ascii="Book Antiqua" w:hAnsi="Book Antiqua" w:cs="Book Antiqua"/>
                <w:b/>
                <w:sz w:val="18"/>
              </w:rPr>
              <w:t>ра</w:t>
            </w:r>
            <w:r w:rsidRPr="0033741E">
              <w:rPr>
                <w:rFonts w:ascii="Cambria" w:hAnsi="Cambria" w:cs="Cambria"/>
                <w:b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b/>
                <w:sz w:val="18"/>
              </w:rPr>
              <w:t>тар</w:t>
            </w:r>
          </w:p>
        </w:tc>
        <w:tc>
          <w:tcPr>
            <w:tcW w:w="4904" w:type="dxa"/>
            <w:gridSpan w:val="2"/>
            <w:shd w:val="clear" w:color="auto" w:fill="F7F9FB"/>
            <w:tcMar>
              <w:top w:w="85" w:type="dxa"/>
              <w:left w:w="90" w:type="dxa"/>
              <w:bottom w:w="85" w:type="dxa"/>
              <w:right w:w="90" w:type="dxa"/>
            </w:tcMar>
          </w:tcPr>
          <w:p w:rsidR="00163607" w:rsidRPr="0033741E" w:rsidRDefault="00A83174">
            <w:pPr>
              <w:spacing w:after="0" w:line="240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sz w:val="18"/>
              </w:rPr>
              <w:t>Жеке т</w:t>
            </w:r>
            <w:r w:rsidRPr="0033741E">
              <w:rPr>
                <w:rFonts w:ascii="Cambria" w:hAnsi="Cambria" w:cs="Cambria"/>
                <w:sz w:val="18"/>
              </w:rPr>
              <w:t>ү</w:t>
            </w:r>
            <w:r w:rsidRPr="0033741E">
              <w:rPr>
                <w:rFonts w:ascii="Book Antiqua" w:hAnsi="Book Antiqua" w:cs="Book Antiqua"/>
                <w:sz w:val="18"/>
              </w:rPr>
              <w:t>сіндіруді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ажетететінс</w:t>
            </w:r>
            <w:r w:rsidRPr="0033741E">
              <w:rPr>
                <w:rFonts w:ascii="Cambria" w:hAnsi="Cambria" w:cs="Cambria"/>
                <w:sz w:val="18"/>
              </w:rPr>
              <w:t>ұ</w:t>
            </w:r>
            <w:r w:rsidRPr="0033741E">
              <w:rPr>
                <w:rFonts w:ascii="Book Antiqua" w:hAnsi="Book Antiqua" w:cs="Book Antiqua"/>
                <w:sz w:val="18"/>
              </w:rPr>
              <w:t>ра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тарды</w:t>
            </w:r>
            <w:r w:rsidRPr="0033741E">
              <w:rPr>
                <w:rFonts w:ascii="Book Antiqua" w:hAnsi="Book Antiqua"/>
                <w:sz w:val="18"/>
              </w:rPr>
              <w:t>чатта тіркеп, негізгі 40 минутты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б</w:t>
            </w:r>
            <w:r w:rsidRPr="0033741E">
              <w:rPr>
                <w:rFonts w:ascii="Cambria" w:hAnsi="Cambria" w:cs="Cambria"/>
                <w:sz w:val="18"/>
              </w:rPr>
              <w:t>ө</w:t>
            </w:r>
            <w:r w:rsidRPr="0033741E">
              <w:rPr>
                <w:rFonts w:ascii="Book Antiqua" w:hAnsi="Book Antiqua" w:cs="Book Antiqua"/>
                <w:sz w:val="18"/>
              </w:rPr>
              <w:t>лімая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тал</w:t>
            </w:r>
            <w:r w:rsidRPr="0033741E">
              <w:rPr>
                <w:rFonts w:ascii="Cambria" w:hAnsi="Cambria" w:cs="Cambria"/>
                <w:sz w:val="18"/>
              </w:rPr>
              <w:t>ғ</w:t>
            </w:r>
            <w:r w:rsidRPr="0033741E">
              <w:rPr>
                <w:rFonts w:ascii="Book Antiqua" w:hAnsi="Book Antiqua" w:cs="Book Antiqua"/>
                <w:sz w:val="18"/>
              </w:rPr>
              <w:t>аннанкейінтал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ылау</w:t>
            </w:r>
            <w:r w:rsidRPr="0033741E">
              <w:rPr>
                <w:rFonts w:ascii="Book Antiqua" w:hAnsi="Book Antiqua"/>
                <w:sz w:val="18"/>
              </w:rPr>
              <w:t>.</w:t>
            </w:r>
          </w:p>
        </w:tc>
      </w:tr>
      <w:tr w:rsidR="00163607" w:rsidRPr="0033741E">
        <w:tblPrEx>
          <w:jc w:val="left"/>
        </w:tblPrEx>
        <w:trPr>
          <w:gridAfter w:val="1"/>
          <w:wAfter w:w="23" w:type="dxa"/>
        </w:trPr>
        <w:tc>
          <w:tcPr>
            <w:tcW w:w="10370" w:type="dxa"/>
            <w:gridSpan w:val="3"/>
            <w:shd w:val="clear" w:color="auto" w:fill="FFF2CC"/>
            <w:tcMar>
              <w:top w:w="110" w:type="dxa"/>
              <w:left w:w="130" w:type="dxa"/>
              <w:bottom w:w="110" w:type="dxa"/>
              <w:right w:w="130" w:type="dxa"/>
            </w:tcMar>
          </w:tcPr>
          <w:p w:rsidR="00163607" w:rsidRPr="0033741E" w:rsidRDefault="00A83174">
            <w:pPr>
              <w:spacing w:after="0" w:line="240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b/>
                <w:color w:val="1F4E78"/>
              </w:rPr>
              <w:lastRenderedPageBreak/>
              <w:t>О</w:t>
            </w:r>
            <w:r w:rsidRPr="0033741E">
              <w:rPr>
                <w:rFonts w:ascii="Cambria" w:hAnsi="Cambria" w:cs="Cambria"/>
                <w:b/>
                <w:color w:val="1F4E78"/>
              </w:rPr>
              <w:t>қ</w:t>
            </w:r>
            <w:r w:rsidRPr="0033741E">
              <w:rPr>
                <w:rFonts w:ascii="Book Antiqua" w:hAnsi="Book Antiqua" w:cs="Book Antiqua"/>
                <w:b/>
                <w:color w:val="1F4E78"/>
              </w:rPr>
              <w:t>ытуды</w:t>
            </w:r>
            <w:r w:rsidRPr="0033741E">
              <w:rPr>
                <w:rFonts w:ascii="Cambria" w:hAnsi="Cambria" w:cs="Cambria"/>
                <w:b/>
                <w:color w:val="1F4E78"/>
              </w:rPr>
              <w:t>ң</w:t>
            </w:r>
            <w:r w:rsidRPr="0033741E">
              <w:rPr>
                <w:rFonts w:ascii="Book Antiqua" w:hAnsi="Book Antiqua" w:cs="Book Antiqua"/>
                <w:b/>
                <w:color w:val="1F4E78"/>
              </w:rPr>
              <w:t>негізгі</w:t>
            </w:r>
            <w:r w:rsidRPr="0033741E">
              <w:rPr>
                <w:rFonts w:ascii="Cambria" w:hAnsi="Cambria" w:cs="Cambria"/>
                <w:b/>
                <w:color w:val="1F4E78"/>
              </w:rPr>
              <w:t>қ</w:t>
            </w:r>
            <w:r w:rsidRPr="0033741E">
              <w:rPr>
                <w:rFonts w:ascii="Book Antiqua" w:hAnsi="Book Antiqua" w:cs="Book Antiqua"/>
                <w:b/>
                <w:color w:val="1F4E78"/>
              </w:rPr>
              <w:t>а</w:t>
            </w:r>
            <w:r w:rsidRPr="0033741E">
              <w:rPr>
                <w:rFonts w:ascii="Cambria" w:hAnsi="Cambria" w:cs="Cambria"/>
                <w:b/>
                <w:color w:val="1F4E78"/>
              </w:rPr>
              <w:t>ғ</w:t>
            </w:r>
            <w:r w:rsidRPr="0033741E">
              <w:rPr>
                <w:rFonts w:ascii="Book Antiqua" w:hAnsi="Book Antiqua" w:cs="Book Antiqua"/>
                <w:b/>
                <w:color w:val="1F4E78"/>
              </w:rPr>
              <w:t>идаты</w:t>
            </w:r>
            <w:r w:rsidRPr="0033741E">
              <w:rPr>
                <w:rFonts w:ascii="Book Antiqua" w:hAnsi="Book Antiqua"/>
                <w:b/>
                <w:color w:val="1F4E78"/>
              </w:rPr>
              <w:br/>
            </w:r>
            <w:r w:rsidRPr="0033741E">
              <w:rPr>
                <w:rFonts w:ascii="Book Antiqua" w:hAnsi="Book Antiqua" w:cs="Book Antiqua"/>
                <w:b/>
                <w:color w:val="1F4E78"/>
              </w:rPr>
              <w:t>Сыныпжетекшісі</w:t>
            </w:r>
            <w:r w:rsidR="0033741E" w:rsidRPr="0033741E">
              <w:rPr>
                <w:rFonts w:ascii="Book Antiqua" w:hAnsi="Book Antiqua"/>
                <w:b/>
                <w:color w:val="1F4E78"/>
              </w:rPr>
              <w:t>–</w:t>
            </w:r>
            <w:r w:rsidRPr="0033741E">
              <w:rPr>
                <w:rFonts w:ascii="Book Antiqua" w:hAnsi="Book Antiqua"/>
                <w:b/>
                <w:color w:val="1F4E78"/>
              </w:rPr>
              <w:t>ж</w:t>
            </w:r>
            <w:r w:rsidRPr="0033741E">
              <w:rPr>
                <w:rFonts w:ascii="Cambria" w:hAnsi="Cambria" w:cs="Cambria"/>
                <w:b/>
                <w:color w:val="1F4E78"/>
              </w:rPr>
              <w:t>ү</w:t>
            </w:r>
            <w:r w:rsidRPr="0033741E">
              <w:rPr>
                <w:rFonts w:ascii="Book Antiqua" w:hAnsi="Book Antiqua" w:cs="Book Antiqua"/>
                <w:b/>
                <w:color w:val="1F4E78"/>
              </w:rPr>
              <w:t>йегебастап</w:t>
            </w:r>
            <w:r w:rsidRPr="0033741E">
              <w:rPr>
                <w:rFonts w:ascii="Cambria" w:hAnsi="Cambria" w:cs="Cambria"/>
                <w:b/>
                <w:color w:val="1F4E78"/>
              </w:rPr>
              <w:t>қ</w:t>
            </w:r>
            <w:r w:rsidRPr="0033741E">
              <w:rPr>
                <w:rFonts w:ascii="Book Antiqua" w:hAnsi="Book Antiqua" w:cs="Book Antiqua"/>
                <w:b/>
                <w:color w:val="1F4E78"/>
              </w:rPr>
              <w:t>ыа</w:t>
            </w:r>
            <w:r w:rsidRPr="0033741E">
              <w:rPr>
                <w:rFonts w:ascii="Cambria" w:hAnsi="Cambria" w:cs="Cambria"/>
                <w:b/>
                <w:color w:val="1F4E78"/>
              </w:rPr>
              <w:t>қ</w:t>
            </w:r>
            <w:r w:rsidRPr="0033741E">
              <w:rPr>
                <w:rFonts w:ascii="Book Antiqua" w:hAnsi="Book Antiqua" w:cs="Book Antiqua"/>
                <w:b/>
                <w:color w:val="1F4E78"/>
              </w:rPr>
              <w:t>паратенгізетіннегізгіпайдаланушыларды</w:t>
            </w:r>
            <w:r w:rsidRPr="0033741E">
              <w:rPr>
                <w:rFonts w:ascii="Cambria" w:hAnsi="Cambria" w:cs="Cambria"/>
                <w:b/>
                <w:color w:val="1F4E78"/>
              </w:rPr>
              <w:t>ң</w:t>
            </w:r>
            <w:r w:rsidRPr="0033741E">
              <w:rPr>
                <w:rFonts w:ascii="Book Antiqua" w:hAnsi="Book Antiqua" w:cs="Book Antiqua"/>
                <w:b/>
                <w:color w:val="1F4E78"/>
              </w:rPr>
              <w:t>бірі</w:t>
            </w:r>
            <w:r w:rsidRPr="0033741E">
              <w:rPr>
                <w:rFonts w:ascii="Book Antiqua" w:hAnsi="Book Antiqua"/>
                <w:b/>
                <w:color w:val="1F4E78"/>
              </w:rPr>
              <w:t xml:space="preserve">. </w:t>
            </w:r>
            <w:r w:rsidRPr="0033741E">
              <w:rPr>
                <w:rFonts w:ascii="Book Antiqua" w:hAnsi="Book Antiqua" w:cs="Book Antiqua"/>
                <w:b/>
                <w:color w:val="1F4E78"/>
              </w:rPr>
              <w:t>Сонды</w:t>
            </w:r>
            <w:r w:rsidRPr="0033741E">
              <w:rPr>
                <w:rFonts w:ascii="Cambria" w:hAnsi="Cambria" w:cs="Cambria"/>
                <w:b/>
                <w:color w:val="1F4E78"/>
              </w:rPr>
              <w:t>қ</w:t>
            </w:r>
            <w:r w:rsidRPr="0033741E">
              <w:rPr>
                <w:rFonts w:ascii="Book Antiqua" w:hAnsi="Book Antiqua" w:cs="Book Antiqua"/>
                <w:b/>
                <w:color w:val="1F4E78"/>
              </w:rPr>
              <w:t>тано</w:t>
            </w:r>
            <w:r w:rsidRPr="0033741E">
              <w:rPr>
                <w:rFonts w:ascii="Cambria" w:hAnsi="Cambria" w:cs="Cambria"/>
                <w:b/>
                <w:color w:val="1F4E78"/>
              </w:rPr>
              <w:t>қ</w:t>
            </w:r>
            <w:r w:rsidRPr="0033741E">
              <w:rPr>
                <w:rFonts w:ascii="Book Antiqua" w:hAnsi="Book Antiqua" w:cs="Book Antiqua"/>
                <w:b/>
                <w:color w:val="1F4E78"/>
              </w:rPr>
              <w:t>ытубатырмалардытізбектеугеемес</w:t>
            </w:r>
            <w:r w:rsidRPr="0033741E">
              <w:rPr>
                <w:rFonts w:ascii="Book Antiqua" w:hAnsi="Book Antiqua"/>
                <w:b/>
                <w:color w:val="1F4E78"/>
              </w:rPr>
              <w:t xml:space="preserve">, </w:t>
            </w:r>
            <w:r w:rsidRPr="0033741E">
              <w:rPr>
                <w:rFonts w:ascii="Book Antiqua" w:hAnsi="Book Antiqua" w:cs="Book Antiqua"/>
                <w:b/>
                <w:color w:val="1F4E78"/>
              </w:rPr>
              <w:t>д</w:t>
            </w:r>
            <w:r w:rsidRPr="0033741E">
              <w:rPr>
                <w:rFonts w:ascii="Cambria" w:hAnsi="Cambria" w:cs="Cambria"/>
                <w:b/>
                <w:color w:val="1F4E78"/>
              </w:rPr>
              <w:t>ұ</w:t>
            </w:r>
            <w:r w:rsidRPr="0033741E">
              <w:rPr>
                <w:rFonts w:ascii="Book Antiqua" w:hAnsi="Book Antiqua" w:cs="Book Antiqua"/>
                <w:b/>
                <w:color w:val="1F4E78"/>
              </w:rPr>
              <w:t>рыс</w:t>
            </w:r>
            <w:r w:rsidRPr="0033741E">
              <w:rPr>
                <w:rFonts w:ascii="Cambria" w:hAnsi="Cambria" w:cs="Cambria"/>
                <w:b/>
                <w:color w:val="1F4E78"/>
              </w:rPr>
              <w:t>ә</w:t>
            </w:r>
            <w:r w:rsidRPr="0033741E">
              <w:rPr>
                <w:rFonts w:ascii="Book Antiqua" w:hAnsi="Book Antiqua" w:cs="Book Antiqua"/>
                <w:b/>
                <w:color w:val="1F4E78"/>
              </w:rPr>
              <w:t>рекетреттілігіне</w:t>
            </w:r>
            <w:r w:rsidRPr="0033741E">
              <w:rPr>
                <w:rFonts w:ascii="Cambria" w:hAnsi="Cambria" w:cs="Cambria"/>
                <w:b/>
                <w:color w:val="1F4E78"/>
              </w:rPr>
              <w:t>құ</w:t>
            </w:r>
            <w:r w:rsidRPr="0033741E">
              <w:rPr>
                <w:rFonts w:ascii="Book Antiqua" w:hAnsi="Book Antiqua" w:cs="Book Antiqua"/>
                <w:b/>
                <w:color w:val="1F4E78"/>
              </w:rPr>
              <w:t>ры</w:t>
            </w:r>
            <w:r w:rsidRPr="0033741E">
              <w:rPr>
                <w:rFonts w:ascii="Book Antiqua" w:hAnsi="Book Antiqua"/>
                <w:b/>
                <w:color w:val="1F4E78"/>
              </w:rPr>
              <w:t>лады: бай</w:t>
            </w:r>
            <w:r w:rsidRPr="0033741E">
              <w:rPr>
                <w:rFonts w:ascii="Cambria" w:hAnsi="Cambria" w:cs="Cambria"/>
                <w:b/>
                <w:color w:val="1F4E78"/>
              </w:rPr>
              <w:t>қ</w:t>
            </w:r>
            <w:r w:rsidRPr="0033741E">
              <w:rPr>
                <w:rFonts w:ascii="Book Antiqua" w:hAnsi="Book Antiqua" w:cs="Book Antiqua"/>
                <w:b/>
                <w:color w:val="1F4E78"/>
              </w:rPr>
              <w:t>ау</w:t>
            </w:r>
            <w:r w:rsidRPr="0033741E">
              <w:rPr>
                <w:rFonts w:ascii="Book Antiqua" w:hAnsi="Book Antiqua"/>
                <w:b/>
                <w:color w:val="1F4E78"/>
              </w:rPr>
              <w:t xml:space="preserve"> / </w:t>
            </w:r>
            <w:r w:rsidRPr="0033741E">
              <w:rPr>
                <w:rFonts w:ascii="Book Antiqua" w:hAnsi="Book Antiqua" w:cs="Book Antiqua"/>
                <w:b/>
                <w:color w:val="1F4E78"/>
              </w:rPr>
              <w:t>тіркеу→</w:t>
            </w:r>
            <w:r w:rsidRPr="0033741E">
              <w:rPr>
                <w:rFonts w:ascii="Cambria" w:hAnsi="Cambria" w:cs="Cambria"/>
                <w:b/>
                <w:color w:val="1F4E78"/>
              </w:rPr>
              <w:t>ә</w:t>
            </w:r>
            <w:r w:rsidRPr="0033741E">
              <w:rPr>
                <w:rFonts w:ascii="Book Antiqua" w:hAnsi="Book Antiqua" w:cs="Book Antiqua"/>
                <w:b/>
                <w:color w:val="1F4E78"/>
              </w:rPr>
              <w:t>рекетжасау→</w:t>
            </w:r>
            <w:r w:rsidRPr="0033741E">
              <w:rPr>
                <w:rFonts w:ascii="Cambria" w:hAnsi="Cambria" w:cs="Cambria"/>
                <w:b/>
                <w:color w:val="1F4E78"/>
              </w:rPr>
              <w:t>қ</w:t>
            </w:r>
            <w:r w:rsidRPr="0033741E">
              <w:rPr>
                <w:rFonts w:ascii="Book Antiqua" w:hAnsi="Book Antiqua" w:cs="Book Antiqua"/>
                <w:b/>
                <w:color w:val="1F4E78"/>
              </w:rPr>
              <w:t>ажетбол</w:t>
            </w:r>
            <w:r w:rsidRPr="0033741E">
              <w:rPr>
                <w:rFonts w:ascii="Cambria" w:hAnsi="Cambria" w:cs="Cambria"/>
                <w:b/>
                <w:color w:val="1F4E78"/>
              </w:rPr>
              <w:t>ғ</w:t>
            </w:r>
            <w:r w:rsidRPr="0033741E">
              <w:rPr>
                <w:rFonts w:ascii="Book Antiqua" w:hAnsi="Book Antiqua" w:cs="Book Antiqua"/>
                <w:b/>
                <w:color w:val="1F4E78"/>
              </w:rPr>
              <w:t>анжа</w:t>
            </w:r>
            <w:r w:rsidRPr="0033741E">
              <w:rPr>
                <w:rFonts w:ascii="Cambria" w:hAnsi="Cambria" w:cs="Cambria"/>
                <w:b/>
                <w:color w:val="1F4E78"/>
              </w:rPr>
              <w:t>ғ</w:t>
            </w:r>
            <w:r w:rsidRPr="0033741E">
              <w:rPr>
                <w:rFonts w:ascii="Book Antiqua" w:hAnsi="Book Antiqua" w:cs="Book Antiqua"/>
                <w:b/>
                <w:color w:val="1F4E78"/>
              </w:rPr>
              <w:t>дайдаа</w:t>
            </w:r>
            <w:r w:rsidRPr="0033741E">
              <w:rPr>
                <w:rFonts w:ascii="Cambria" w:hAnsi="Cambria" w:cs="Cambria"/>
                <w:b/>
                <w:color w:val="1F4E78"/>
              </w:rPr>
              <w:t>қ</w:t>
            </w:r>
            <w:r w:rsidRPr="0033741E">
              <w:rPr>
                <w:rFonts w:ascii="Book Antiqua" w:hAnsi="Book Antiqua" w:cs="Book Antiqua"/>
                <w:b/>
                <w:color w:val="1F4E78"/>
              </w:rPr>
              <w:t>параттымаман</w:t>
            </w:r>
            <w:r w:rsidRPr="0033741E">
              <w:rPr>
                <w:rFonts w:ascii="Cambria" w:hAnsi="Cambria" w:cs="Cambria"/>
                <w:b/>
                <w:color w:val="1F4E78"/>
              </w:rPr>
              <w:t>ғ</w:t>
            </w:r>
            <w:r w:rsidRPr="0033741E">
              <w:rPr>
                <w:rFonts w:ascii="Book Antiqua" w:hAnsi="Book Antiqua" w:cs="Book Antiqua"/>
                <w:b/>
                <w:color w:val="1F4E78"/>
              </w:rPr>
              <w:t>ажолдау→ж</w:t>
            </w:r>
            <w:r w:rsidRPr="0033741E">
              <w:rPr>
                <w:rFonts w:ascii="Cambria" w:hAnsi="Cambria" w:cs="Cambria"/>
                <w:b/>
                <w:color w:val="1F4E78"/>
              </w:rPr>
              <w:t>ү</w:t>
            </w:r>
            <w:r w:rsidRPr="0033741E">
              <w:rPr>
                <w:rFonts w:ascii="Book Antiqua" w:hAnsi="Book Antiqua" w:cs="Book Antiqua"/>
                <w:b/>
                <w:color w:val="1F4E78"/>
              </w:rPr>
              <w:t>ргізілгенж</w:t>
            </w:r>
            <w:r w:rsidRPr="0033741E">
              <w:rPr>
                <w:rFonts w:ascii="Cambria" w:hAnsi="Cambria" w:cs="Cambria"/>
                <w:b/>
                <w:color w:val="1F4E78"/>
              </w:rPr>
              <w:t>ұ</w:t>
            </w:r>
            <w:r w:rsidRPr="0033741E">
              <w:rPr>
                <w:rFonts w:ascii="Book Antiqua" w:hAnsi="Book Antiqua" w:cs="Book Antiqua"/>
                <w:b/>
                <w:color w:val="1F4E78"/>
              </w:rPr>
              <w:t>мысты</w:t>
            </w:r>
            <w:r w:rsidRPr="0033741E">
              <w:rPr>
                <w:rFonts w:ascii="Cambria" w:hAnsi="Cambria" w:cs="Cambria"/>
                <w:b/>
                <w:color w:val="1F4E78"/>
              </w:rPr>
              <w:t>ң</w:t>
            </w:r>
            <w:r w:rsidRPr="0033741E">
              <w:rPr>
                <w:rFonts w:ascii="Book Antiqua" w:hAnsi="Book Antiqua" w:cs="Book Antiqua"/>
                <w:b/>
                <w:color w:val="1F4E78"/>
              </w:rPr>
              <w:t>тарихынса</w:t>
            </w:r>
            <w:r w:rsidRPr="0033741E">
              <w:rPr>
                <w:rFonts w:ascii="Cambria" w:hAnsi="Cambria" w:cs="Cambria"/>
                <w:b/>
                <w:color w:val="1F4E78"/>
              </w:rPr>
              <w:t>қ</w:t>
            </w:r>
            <w:r w:rsidRPr="0033741E">
              <w:rPr>
                <w:rFonts w:ascii="Book Antiqua" w:hAnsi="Book Antiqua" w:cs="Book Antiqua"/>
                <w:b/>
                <w:color w:val="1F4E78"/>
              </w:rPr>
              <w:t>тау</w:t>
            </w:r>
            <w:r w:rsidRPr="0033741E">
              <w:rPr>
                <w:rFonts w:ascii="Book Antiqua" w:hAnsi="Book Antiqua"/>
                <w:b/>
                <w:color w:val="1F4E78"/>
              </w:rPr>
              <w:t>.</w:t>
            </w:r>
          </w:p>
        </w:tc>
      </w:tr>
    </w:tbl>
    <w:p w:rsidR="00163607" w:rsidRPr="0033741E" w:rsidRDefault="00A83174">
      <w:pPr>
        <w:pStyle w:val="1"/>
        <w:rPr>
          <w:rFonts w:ascii="Book Antiqua" w:hAnsi="Book Antiqua"/>
        </w:rPr>
      </w:pPr>
      <w:bookmarkStart w:id="0" w:name="_GoBack"/>
      <w:bookmarkEnd w:id="0"/>
      <w:r w:rsidRPr="0033741E">
        <w:rPr>
          <w:rFonts w:ascii="Book Antiqua" w:hAnsi="Book Antiqua"/>
        </w:rPr>
        <w:t>2-б</w:t>
      </w:r>
      <w:r w:rsidRPr="0033741E">
        <w:rPr>
          <w:rFonts w:ascii="Cambria" w:hAnsi="Cambria" w:cs="Cambria"/>
        </w:rPr>
        <w:t>ө</w:t>
      </w:r>
      <w:r w:rsidRPr="0033741E">
        <w:rPr>
          <w:rFonts w:ascii="Book Antiqua" w:hAnsi="Book Antiqua" w:cs="Book Antiqua"/>
        </w:rPr>
        <w:t>лім</w:t>
      </w:r>
      <w:r w:rsidRPr="0033741E">
        <w:rPr>
          <w:rFonts w:ascii="Book Antiqua" w:hAnsi="Book Antiqua"/>
        </w:rPr>
        <w:t xml:space="preserve">. 40 </w:t>
      </w:r>
      <w:r w:rsidRPr="0033741E">
        <w:rPr>
          <w:rFonts w:ascii="Book Antiqua" w:hAnsi="Book Antiqua" w:cs="Book Antiqua"/>
        </w:rPr>
        <w:t>минутты</w:t>
      </w:r>
      <w:r w:rsidRPr="0033741E">
        <w:rPr>
          <w:rFonts w:ascii="Cambria" w:hAnsi="Cambria" w:cs="Cambria"/>
        </w:rPr>
        <w:t>қ</w:t>
      </w:r>
      <w:r w:rsidRPr="0033741E">
        <w:rPr>
          <w:rFonts w:ascii="Book Antiqua" w:hAnsi="Book Antiqua" w:cs="Book Antiqua"/>
        </w:rPr>
        <w:t>сессияны</w:t>
      </w:r>
      <w:r w:rsidRPr="0033741E">
        <w:rPr>
          <w:rFonts w:ascii="Cambria" w:hAnsi="Cambria" w:cs="Cambria"/>
        </w:rPr>
        <w:t>ң</w:t>
      </w:r>
      <w:r w:rsidRPr="0033741E">
        <w:rPr>
          <w:rFonts w:ascii="Book Antiqua" w:hAnsi="Book Antiqua" w:cs="Book Antiqua"/>
        </w:rPr>
        <w:t>минутты</w:t>
      </w:r>
      <w:r w:rsidRPr="0033741E">
        <w:rPr>
          <w:rFonts w:ascii="Cambria" w:hAnsi="Cambria" w:cs="Cambria"/>
        </w:rPr>
        <w:t>қ</w:t>
      </w:r>
      <w:r w:rsidRPr="0033741E">
        <w:rPr>
          <w:rFonts w:ascii="Book Antiqua" w:hAnsi="Book Antiqua" w:cs="Book Antiqua"/>
        </w:rPr>
        <w:t>жоспары</w:t>
      </w:r>
    </w:p>
    <w:tbl>
      <w:tblPr>
        <w:tblW w:w="0" w:type="auto"/>
        <w:jc w:val="center"/>
        <w:tblLayout w:type="fixed"/>
        <w:tblLook w:val="04A0"/>
      </w:tblPr>
      <w:tblGrid>
        <w:gridCol w:w="964"/>
        <w:gridCol w:w="2438"/>
        <w:gridCol w:w="2891"/>
        <w:gridCol w:w="2948"/>
        <w:gridCol w:w="737"/>
      </w:tblGrid>
      <w:tr w:rsidR="00163607" w:rsidRPr="0033741E">
        <w:trPr>
          <w:tblHeader/>
          <w:jc w:val="center"/>
        </w:trPr>
        <w:tc>
          <w:tcPr>
            <w:tcW w:w="964" w:type="dxa"/>
            <w:shd w:val="clear" w:color="auto" w:fill="1F4E78"/>
          </w:tcPr>
          <w:p w:rsidR="00163607" w:rsidRPr="0033741E" w:rsidRDefault="00A83174">
            <w:pPr>
              <w:spacing w:after="0" w:line="221" w:lineRule="auto"/>
              <w:jc w:val="center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b/>
                <w:color w:val="FFFFFF"/>
                <w:sz w:val="16"/>
              </w:rPr>
              <w:t>Уа</w:t>
            </w:r>
            <w:r w:rsidRPr="0033741E">
              <w:rPr>
                <w:rFonts w:ascii="Cambria" w:hAnsi="Cambria" w:cs="Cambria"/>
                <w:b/>
                <w:color w:val="FFFFFF"/>
                <w:sz w:val="16"/>
              </w:rPr>
              <w:t>қ</w:t>
            </w:r>
            <w:r w:rsidRPr="0033741E">
              <w:rPr>
                <w:rFonts w:ascii="Book Antiqua" w:hAnsi="Book Antiqua" w:cs="Book Antiqua"/>
                <w:b/>
                <w:color w:val="FFFFFF"/>
                <w:sz w:val="16"/>
              </w:rPr>
              <w:t>ыт</w:t>
            </w:r>
          </w:p>
        </w:tc>
        <w:tc>
          <w:tcPr>
            <w:tcW w:w="2438" w:type="dxa"/>
            <w:shd w:val="clear" w:color="auto" w:fill="1F4E78"/>
          </w:tcPr>
          <w:p w:rsidR="00163607" w:rsidRPr="0033741E" w:rsidRDefault="00A83174">
            <w:pPr>
              <w:spacing w:after="0" w:line="221" w:lineRule="auto"/>
              <w:jc w:val="center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b/>
                <w:color w:val="FFFFFF"/>
                <w:sz w:val="16"/>
              </w:rPr>
              <w:t>Блок</w:t>
            </w:r>
          </w:p>
        </w:tc>
        <w:tc>
          <w:tcPr>
            <w:tcW w:w="2891" w:type="dxa"/>
            <w:shd w:val="clear" w:color="auto" w:fill="1F4E78"/>
          </w:tcPr>
          <w:p w:rsidR="00163607" w:rsidRPr="0033741E" w:rsidRDefault="00A83174">
            <w:pPr>
              <w:spacing w:after="0" w:line="221" w:lineRule="auto"/>
              <w:jc w:val="center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b/>
                <w:color w:val="FFFFFF"/>
                <w:sz w:val="16"/>
              </w:rPr>
              <w:t>Не к</w:t>
            </w:r>
            <w:r w:rsidRPr="0033741E">
              <w:rPr>
                <w:rFonts w:ascii="Cambria" w:hAnsi="Cambria" w:cs="Cambria"/>
                <w:b/>
                <w:color w:val="FFFFFF"/>
                <w:sz w:val="16"/>
              </w:rPr>
              <w:t>ө</w:t>
            </w:r>
            <w:r w:rsidRPr="0033741E">
              <w:rPr>
                <w:rFonts w:ascii="Book Antiqua" w:hAnsi="Book Antiqua" w:cs="Book Antiqua"/>
                <w:b/>
                <w:color w:val="FFFFFF"/>
                <w:sz w:val="16"/>
              </w:rPr>
              <w:t>рсетеміз</w:t>
            </w:r>
          </w:p>
        </w:tc>
        <w:tc>
          <w:tcPr>
            <w:tcW w:w="2948" w:type="dxa"/>
            <w:shd w:val="clear" w:color="auto" w:fill="1F4E78"/>
          </w:tcPr>
          <w:p w:rsidR="00163607" w:rsidRPr="0033741E" w:rsidRDefault="00A83174">
            <w:pPr>
              <w:spacing w:after="0" w:line="221" w:lineRule="auto"/>
              <w:jc w:val="center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b/>
                <w:color w:val="FFFFFF"/>
                <w:sz w:val="16"/>
              </w:rPr>
              <w:t>Негізгі екпін</w:t>
            </w:r>
          </w:p>
        </w:tc>
        <w:tc>
          <w:tcPr>
            <w:tcW w:w="737" w:type="dxa"/>
            <w:shd w:val="clear" w:color="auto" w:fill="1F4E78"/>
          </w:tcPr>
          <w:p w:rsidR="00163607" w:rsidRPr="0033741E" w:rsidRDefault="00A83174">
            <w:pPr>
              <w:spacing w:after="0" w:line="221" w:lineRule="auto"/>
              <w:jc w:val="center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b/>
                <w:color w:val="FFFFFF"/>
                <w:sz w:val="16"/>
              </w:rPr>
              <w:t>Мин.</w:t>
            </w:r>
          </w:p>
        </w:tc>
      </w:tr>
      <w:tr w:rsidR="00163607" w:rsidRPr="0033741E">
        <w:trPr>
          <w:cantSplit/>
          <w:jc w:val="center"/>
        </w:trPr>
        <w:tc>
          <w:tcPr>
            <w:tcW w:w="964" w:type="dxa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163607" w:rsidRPr="0033741E" w:rsidRDefault="00A83174">
            <w:pPr>
              <w:spacing w:after="0" w:line="221" w:lineRule="auto"/>
              <w:jc w:val="center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b/>
                <w:sz w:val="16"/>
              </w:rPr>
              <w:t>0–2</w:t>
            </w:r>
          </w:p>
        </w:tc>
        <w:tc>
          <w:tcPr>
            <w:tcW w:w="2438" w:type="dxa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163607" w:rsidRPr="0033741E" w:rsidRDefault="00A83174">
            <w:pPr>
              <w:spacing w:after="0" w:line="221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b/>
                <w:sz w:val="16"/>
              </w:rPr>
              <w:t>Кіріспе</w:t>
            </w:r>
          </w:p>
        </w:tc>
        <w:tc>
          <w:tcPr>
            <w:tcW w:w="2891" w:type="dxa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163607" w:rsidRPr="0033741E" w:rsidRDefault="00A83174">
            <w:pPr>
              <w:spacing w:after="0" w:line="221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sz w:val="16"/>
              </w:rPr>
              <w:t>Ма</w:t>
            </w:r>
            <w:r w:rsidRPr="0033741E">
              <w:rPr>
                <w:rFonts w:ascii="Cambria" w:hAnsi="Cambria" w:cs="Cambria"/>
                <w:sz w:val="16"/>
              </w:rPr>
              <w:t>қ</w:t>
            </w:r>
            <w:r w:rsidRPr="0033741E">
              <w:rPr>
                <w:rFonts w:ascii="Book Antiqua" w:hAnsi="Book Antiqua" w:cs="Book Antiqua"/>
                <w:sz w:val="16"/>
              </w:rPr>
              <w:t>сат</w:t>
            </w:r>
            <w:r w:rsidRPr="0033741E">
              <w:rPr>
                <w:rFonts w:ascii="Book Antiqua" w:hAnsi="Book Antiqua"/>
                <w:sz w:val="16"/>
              </w:rPr>
              <w:t xml:space="preserve">, </w:t>
            </w:r>
            <w:r w:rsidRPr="0033741E">
              <w:rPr>
                <w:rFonts w:ascii="Book Antiqua" w:hAnsi="Book Antiqua" w:cs="Book Antiqua"/>
                <w:sz w:val="16"/>
              </w:rPr>
              <w:t>сынып</w:t>
            </w:r>
            <w:r w:rsidRPr="0033741E">
              <w:rPr>
                <w:rFonts w:ascii="Book Antiqua" w:hAnsi="Book Antiqua"/>
                <w:sz w:val="16"/>
              </w:rPr>
              <w:t>жетекшісіні</w:t>
            </w:r>
            <w:r w:rsidRPr="0033741E">
              <w:rPr>
                <w:rFonts w:ascii="Cambria" w:hAnsi="Cambria" w:cs="Cambria"/>
                <w:sz w:val="16"/>
              </w:rPr>
              <w:t>ң</w:t>
            </w:r>
            <w:r w:rsidRPr="0033741E">
              <w:rPr>
                <w:rFonts w:ascii="Book Antiqua" w:hAnsi="Book Antiqua" w:cs="Book Antiqua"/>
                <w:sz w:val="16"/>
              </w:rPr>
              <w:t>р</w:t>
            </w:r>
            <w:r w:rsidRPr="0033741E">
              <w:rPr>
                <w:rFonts w:ascii="Cambria" w:hAnsi="Cambria" w:cs="Cambria"/>
                <w:sz w:val="16"/>
              </w:rPr>
              <w:t>ө</w:t>
            </w:r>
            <w:r w:rsidRPr="0033741E">
              <w:rPr>
                <w:rFonts w:ascii="Book Antiqua" w:hAnsi="Book Antiqua" w:cs="Book Antiqua"/>
                <w:sz w:val="16"/>
              </w:rPr>
              <w:t>лі</w:t>
            </w:r>
          </w:p>
        </w:tc>
        <w:tc>
          <w:tcPr>
            <w:tcW w:w="2948" w:type="dxa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163607" w:rsidRPr="0033741E" w:rsidRDefault="00A83174">
            <w:pPr>
              <w:spacing w:after="0" w:line="221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sz w:val="16"/>
              </w:rPr>
              <w:t>Барлы</w:t>
            </w:r>
            <w:r w:rsidRPr="0033741E">
              <w:rPr>
                <w:rFonts w:ascii="Cambria" w:hAnsi="Cambria" w:cs="Cambria"/>
                <w:sz w:val="16"/>
              </w:rPr>
              <w:t>қ</w:t>
            </w:r>
            <w:r w:rsidRPr="0033741E">
              <w:rPr>
                <w:rFonts w:ascii="Book Antiqua" w:hAnsi="Book Antiqua" w:cs="Book Antiqua"/>
                <w:sz w:val="16"/>
              </w:rPr>
              <w:t>батырманыемес</w:t>
            </w:r>
            <w:r w:rsidRPr="0033741E">
              <w:rPr>
                <w:rFonts w:ascii="Book Antiqua" w:hAnsi="Book Antiqua"/>
                <w:sz w:val="16"/>
              </w:rPr>
              <w:t xml:space="preserve">, </w:t>
            </w:r>
            <w:r w:rsidRPr="0033741E">
              <w:rPr>
                <w:rFonts w:ascii="Book Antiqua" w:hAnsi="Book Antiqua" w:cs="Book Antiqua"/>
                <w:sz w:val="16"/>
              </w:rPr>
              <w:t>д</w:t>
            </w:r>
            <w:r w:rsidRPr="0033741E">
              <w:rPr>
                <w:rFonts w:ascii="Cambria" w:hAnsi="Cambria" w:cs="Cambria"/>
                <w:sz w:val="16"/>
              </w:rPr>
              <w:t>ұ</w:t>
            </w:r>
            <w:r w:rsidRPr="0033741E">
              <w:rPr>
                <w:rFonts w:ascii="Book Antiqua" w:hAnsi="Book Antiqua" w:cs="Book Antiqua"/>
                <w:sz w:val="16"/>
              </w:rPr>
              <w:t>рысж</w:t>
            </w:r>
            <w:r w:rsidRPr="0033741E">
              <w:rPr>
                <w:rFonts w:ascii="Cambria" w:hAnsi="Cambria" w:cs="Cambria"/>
                <w:sz w:val="16"/>
              </w:rPr>
              <w:t>ұ</w:t>
            </w:r>
            <w:r w:rsidRPr="0033741E">
              <w:rPr>
                <w:rFonts w:ascii="Book Antiqua" w:hAnsi="Book Antiqua" w:cs="Book Antiqua"/>
                <w:sz w:val="16"/>
              </w:rPr>
              <w:t>мысмаршрутынж</w:t>
            </w:r>
            <w:r w:rsidRPr="0033741E">
              <w:rPr>
                <w:rFonts w:ascii="Cambria" w:hAnsi="Cambria" w:cs="Cambria"/>
                <w:sz w:val="16"/>
              </w:rPr>
              <w:t>ә</w:t>
            </w:r>
            <w:r w:rsidRPr="0033741E">
              <w:rPr>
                <w:rFonts w:ascii="Book Antiqua" w:hAnsi="Book Antiqua" w:cs="Book Antiqua"/>
                <w:sz w:val="16"/>
              </w:rPr>
              <w:t>небастап</w:t>
            </w:r>
            <w:r w:rsidRPr="0033741E">
              <w:rPr>
                <w:rFonts w:ascii="Cambria" w:hAnsi="Cambria" w:cs="Cambria"/>
                <w:sz w:val="16"/>
              </w:rPr>
              <w:t>қ</w:t>
            </w:r>
            <w:r w:rsidRPr="0033741E">
              <w:rPr>
                <w:rFonts w:ascii="Book Antiqua" w:hAnsi="Book Antiqua" w:cs="Book Antiqua"/>
                <w:sz w:val="16"/>
              </w:rPr>
              <w:t>ыжазбаны</w:t>
            </w:r>
            <w:r w:rsidRPr="0033741E">
              <w:rPr>
                <w:rFonts w:ascii="Cambria" w:hAnsi="Cambria" w:cs="Cambria"/>
                <w:sz w:val="16"/>
              </w:rPr>
              <w:t>ң</w:t>
            </w:r>
            <w:r w:rsidRPr="0033741E">
              <w:rPr>
                <w:rFonts w:ascii="Book Antiqua" w:hAnsi="Book Antiqua" w:cs="Book Antiqua"/>
                <w:sz w:val="16"/>
              </w:rPr>
              <w:t>сапасынк</w:t>
            </w:r>
            <w:r w:rsidRPr="0033741E">
              <w:rPr>
                <w:rFonts w:ascii="Cambria" w:hAnsi="Cambria" w:cs="Cambria"/>
                <w:sz w:val="16"/>
              </w:rPr>
              <w:t>ө</w:t>
            </w:r>
            <w:r w:rsidRPr="0033741E">
              <w:rPr>
                <w:rFonts w:ascii="Book Antiqua" w:hAnsi="Book Antiqua" w:cs="Book Antiqua"/>
                <w:sz w:val="16"/>
              </w:rPr>
              <w:t>рсету</w:t>
            </w:r>
            <w:r w:rsidRPr="0033741E">
              <w:rPr>
                <w:rFonts w:ascii="Book Antiqua" w:hAnsi="Book Antiqua"/>
                <w:sz w:val="16"/>
              </w:rPr>
              <w:t>.</w:t>
            </w:r>
          </w:p>
        </w:tc>
        <w:tc>
          <w:tcPr>
            <w:tcW w:w="737" w:type="dxa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163607" w:rsidRPr="0033741E" w:rsidRDefault="00A83174">
            <w:pPr>
              <w:spacing w:after="0" w:line="221" w:lineRule="auto"/>
              <w:jc w:val="center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b/>
                <w:sz w:val="16"/>
              </w:rPr>
              <w:t>2</w:t>
            </w:r>
          </w:p>
        </w:tc>
      </w:tr>
      <w:tr w:rsidR="00163607" w:rsidRPr="0033741E">
        <w:trPr>
          <w:cantSplit/>
          <w:jc w:val="center"/>
        </w:trPr>
        <w:tc>
          <w:tcPr>
            <w:tcW w:w="964" w:type="dxa"/>
            <w:shd w:val="clear" w:color="auto" w:fill="F7F9FB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163607" w:rsidRPr="0033741E" w:rsidRDefault="00A83174">
            <w:pPr>
              <w:spacing w:after="0" w:line="221" w:lineRule="auto"/>
              <w:jc w:val="center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b/>
                <w:sz w:val="16"/>
              </w:rPr>
              <w:t>2–5</w:t>
            </w:r>
          </w:p>
        </w:tc>
        <w:tc>
          <w:tcPr>
            <w:tcW w:w="2438" w:type="dxa"/>
            <w:shd w:val="clear" w:color="auto" w:fill="F7F9FB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163607" w:rsidRPr="0033741E" w:rsidRDefault="00A83174">
            <w:pPr>
              <w:spacing w:after="0" w:line="221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b/>
                <w:sz w:val="16"/>
              </w:rPr>
              <w:t>Басты бет</w:t>
            </w:r>
          </w:p>
        </w:tc>
        <w:tc>
          <w:tcPr>
            <w:tcW w:w="2891" w:type="dxa"/>
            <w:shd w:val="clear" w:color="auto" w:fill="F7F9FB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163607" w:rsidRPr="0033741E" w:rsidRDefault="00A83174">
            <w:pPr>
              <w:spacing w:after="0" w:line="221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sz w:val="16"/>
              </w:rPr>
              <w:t xml:space="preserve">Білім беру </w:t>
            </w:r>
            <w:r w:rsidRPr="0033741E">
              <w:rPr>
                <w:rFonts w:ascii="Cambria" w:hAnsi="Cambria" w:cs="Cambria"/>
                <w:sz w:val="16"/>
              </w:rPr>
              <w:t>ұ</w:t>
            </w:r>
            <w:r w:rsidRPr="0033741E">
              <w:rPr>
                <w:rFonts w:ascii="Book Antiqua" w:hAnsi="Book Antiqua" w:cs="Book Antiqua"/>
                <w:sz w:val="16"/>
              </w:rPr>
              <w:t>йымы</w:t>
            </w:r>
            <w:r w:rsidRPr="0033741E">
              <w:rPr>
                <w:rFonts w:ascii="Book Antiqua" w:hAnsi="Book Antiqua"/>
                <w:sz w:val="16"/>
              </w:rPr>
              <w:t xml:space="preserve">, </w:t>
            </w:r>
            <w:r w:rsidRPr="0033741E">
              <w:rPr>
                <w:rFonts w:ascii="Book Antiqua" w:hAnsi="Book Antiqua" w:cs="Book Antiqua"/>
                <w:sz w:val="16"/>
              </w:rPr>
              <w:t>сыныптізімі</w:t>
            </w:r>
            <w:r w:rsidRPr="0033741E">
              <w:rPr>
                <w:rFonts w:ascii="Book Antiqua" w:hAnsi="Book Antiqua"/>
                <w:sz w:val="16"/>
              </w:rPr>
              <w:t xml:space="preserve">, </w:t>
            </w:r>
            <w:r w:rsidRPr="0033741E">
              <w:rPr>
                <w:rFonts w:ascii="Book Antiqua" w:hAnsi="Book Antiqua" w:cs="Book Antiqua"/>
                <w:sz w:val="16"/>
              </w:rPr>
              <w:t>о</w:t>
            </w:r>
            <w:r w:rsidRPr="0033741E">
              <w:rPr>
                <w:rFonts w:ascii="Cambria" w:hAnsi="Cambria" w:cs="Cambria"/>
                <w:sz w:val="16"/>
              </w:rPr>
              <w:t>қ</w:t>
            </w:r>
            <w:r w:rsidRPr="0033741E">
              <w:rPr>
                <w:rFonts w:ascii="Book Antiqua" w:hAnsi="Book Antiqua" w:cs="Book Antiqua"/>
                <w:sz w:val="16"/>
              </w:rPr>
              <w:t>ужылы</w:t>
            </w:r>
            <w:r w:rsidRPr="0033741E">
              <w:rPr>
                <w:rFonts w:ascii="Book Antiqua" w:hAnsi="Book Antiqua"/>
                <w:sz w:val="16"/>
              </w:rPr>
              <w:t xml:space="preserve">, </w:t>
            </w:r>
            <w:r w:rsidRPr="0033741E">
              <w:rPr>
                <w:rFonts w:ascii="Book Antiqua" w:hAnsi="Book Antiqua" w:cs="Book Antiqua"/>
                <w:sz w:val="16"/>
              </w:rPr>
              <w:t>бейнен</w:t>
            </w:r>
            <w:r w:rsidRPr="0033741E">
              <w:rPr>
                <w:rFonts w:ascii="Cambria" w:hAnsi="Cambria" w:cs="Cambria"/>
                <w:sz w:val="16"/>
              </w:rPr>
              <w:t>ұ</w:t>
            </w:r>
            <w:r w:rsidRPr="0033741E">
              <w:rPr>
                <w:rFonts w:ascii="Book Antiqua" w:hAnsi="Book Antiqua" w:cs="Book Antiqua"/>
                <w:sz w:val="16"/>
              </w:rPr>
              <w:t>с</w:t>
            </w:r>
            <w:r w:rsidRPr="0033741E">
              <w:rPr>
                <w:rFonts w:ascii="Cambria" w:hAnsi="Cambria" w:cs="Cambria"/>
                <w:sz w:val="16"/>
              </w:rPr>
              <w:t>қ</w:t>
            </w:r>
            <w:r w:rsidRPr="0033741E">
              <w:rPr>
                <w:rFonts w:ascii="Book Antiqua" w:hAnsi="Book Antiqua" w:cs="Book Antiqua"/>
                <w:sz w:val="16"/>
              </w:rPr>
              <w:t>аулы</w:t>
            </w:r>
            <w:r w:rsidRPr="0033741E">
              <w:rPr>
                <w:rFonts w:ascii="Cambria" w:hAnsi="Cambria" w:cs="Cambria"/>
                <w:sz w:val="16"/>
              </w:rPr>
              <w:t>қ</w:t>
            </w:r>
            <w:r w:rsidRPr="0033741E">
              <w:rPr>
                <w:rFonts w:ascii="Book Antiqua" w:hAnsi="Book Antiqua" w:cs="Book Antiqua"/>
                <w:sz w:val="16"/>
              </w:rPr>
              <w:t>тар</w:t>
            </w:r>
          </w:p>
        </w:tc>
        <w:tc>
          <w:tcPr>
            <w:tcW w:w="2948" w:type="dxa"/>
            <w:shd w:val="clear" w:color="auto" w:fill="F7F9FB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163607" w:rsidRPr="0033741E" w:rsidRDefault="00A83174">
            <w:pPr>
              <w:spacing w:after="0" w:line="221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sz w:val="16"/>
              </w:rPr>
              <w:t>К</w:t>
            </w:r>
            <w:r w:rsidRPr="0033741E">
              <w:rPr>
                <w:rFonts w:ascii="Cambria" w:hAnsi="Cambria" w:cs="Cambria"/>
                <w:sz w:val="16"/>
              </w:rPr>
              <w:t>ү</w:t>
            </w:r>
            <w:r w:rsidRPr="0033741E">
              <w:rPr>
                <w:rFonts w:ascii="Book Antiqua" w:hAnsi="Book Antiqua" w:cs="Book Antiqua"/>
                <w:sz w:val="16"/>
              </w:rPr>
              <w:t>нделіктіж</w:t>
            </w:r>
            <w:r w:rsidRPr="0033741E">
              <w:rPr>
                <w:rFonts w:ascii="Cambria" w:hAnsi="Cambria" w:cs="Cambria"/>
                <w:sz w:val="16"/>
              </w:rPr>
              <w:t>ұ</w:t>
            </w:r>
            <w:r w:rsidRPr="0033741E">
              <w:rPr>
                <w:rFonts w:ascii="Book Antiqua" w:hAnsi="Book Antiqua" w:cs="Book Antiqua"/>
                <w:sz w:val="16"/>
              </w:rPr>
              <w:t>мысты</w:t>
            </w:r>
            <w:r w:rsidRPr="0033741E">
              <w:rPr>
                <w:rFonts w:ascii="Cambria" w:hAnsi="Cambria" w:cs="Cambria"/>
                <w:sz w:val="16"/>
              </w:rPr>
              <w:t>ң</w:t>
            </w:r>
            <w:r w:rsidRPr="0033741E">
              <w:rPr>
                <w:rFonts w:ascii="Book Antiqua" w:hAnsi="Book Antiqua" w:cs="Book Antiqua"/>
                <w:sz w:val="16"/>
              </w:rPr>
              <w:t>неденбасталатынынк</w:t>
            </w:r>
            <w:r w:rsidRPr="0033741E">
              <w:rPr>
                <w:rFonts w:ascii="Cambria" w:hAnsi="Cambria" w:cs="Cambria"/>
                <w:sz w:val="16"/>
              </w:rPr>
              <w:t>ө</w:t>
            </w:r>
            <w:r w:rsidRPr="0033741E">
              <w:rPr>
                <w:rFonts w:ascii="Book Antiqua" w:hAnsi="Book Antiqua" w:cs="Book Antiqua"/>
                <w:sz w:val="16"/>
              </w:rPr>
              <w:t>рсету</w:t>
            </w:r>
            <w:r w:rsidRPr="0033741E">
              <w:rPr>
                <w:rFonts w:ascii="Book Antiqua" w:hAnsi="Book Antiqua"/>
                <w:sz w:val="16"/>
              </w:rPr>
              <w:t>.</w:t>
            </w:r>
          </w:p>
        </w:tc>
        <w:tc>
          <w:tcPr>
            <w:tcW w:w="737" w:type="dxa"/>
            <w:shd w:val="clear" w:color="auto" w:fill="F7F9FB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163607" w:rsidRPr="0033741E" w:rsidRDefault="00A83174">
            <w:pPr>
              <w:spacing w:after="0" w:line="221" w:lineRule="auto"/>
              <w:jc w:val="center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b/>
                <w:sz w:val="16"/>
              </w:rPr>
              <w:t>3</w:t>
            </w:r>
          </w:p>
        </w:tc>
      </w:tr>
      <w:tr w:rsidR="00163607" w:rsidRPr="0033741E">
        <w:trPr>
          <w:cantSplit/>
          <w:jc w:val="center"/>
        </w:trPr>
        <w:tc>
          <w:tcPr>
            <w:tcW w:w="964" w:type="dxa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163607" w:rsidRPr="0033741E" w:rsidRDefault="00A83174">
            <w:pPr>
              <w:spacing w:after="0" w:line="221" w:lineRule="auto"/>
              <w:jc w:val="center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b/>
                <w:sz w:val="16"/>
              </w:rPr>
              <w:t>5–11</w:t>
            </w:r>
          </w:p>
        </w:tc>
        <w:tc>
          <w:tcPr>
            <w:tcW w:w="2438" w:type="dxa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163607" w:rsidRPr="0033741E" w:rsidRDefault="00A83174">
            <w:pPr>
              <w:spacing w:after="0" w:line="221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b/>
                <w:sz w:val="16"/>
              </w:rPr>
              <w:t>О</w:t>
            </w:r>
            <w:r w:rsidRPr="0033741E">
              <w:rPr>
                <w:rFonts w:ascii="Cambria" w:hAnsi="Cambria" w:cs="Cambria"/>
                <w:b/>
                <w:sz w:val="16"/>
              </w:rPr>
              <w:t>қ</w:t>
            </w:r>
            <w:r w:rsidRPr="0033741E">
              <w:rPr>
                <w:rFonts w:ascii="Book Antiqua" w:hAnsi="Book Antiqua" w:cs="Book Antiqua"/>
                <w:b/>
                <w:sz w:val="16"/>
              </w:rPr>
              <w:t>ушыны</w:t>
            </w:r>
            <w:r w:rsidRPr="0033741E">
              <w:rPr>
                <w:rFonts w:ascii="Cambria" w:hAnsi="Cambria" w:cs="Cambria"/>
                <w:b/>
                <w:sz w:val="16"/>
              </w:rPr>
              <w:t>қ</w:t>
            </w:r>
            <w:r w:rsidRPr="0033741E">
              <w:rPr>
                <w:rFonts w:ascii="Book Antiqua" w:hAnsi="Book Antiqua" w:cs="Book Antiqua"/>
                <w:b/>
                <w:sz w:val="16"/>
              </w:rPr>
              <w:t>осуж</w:t>
            </w:r>
            <w:r w:rsidRPr="0033741E">
              <w:rPr>
                <w:rFonts w:ascii="Cambria" w:hAnsi="Cambria" w:cs="Cambria"/>
                <w:b/>
                <w:sz w:val="16"/>
              </w:rPr>
              <w:t>ә</w:t>
            </w:r>
            <w:r w:rsidRPr="0033741E">
              <w:rPr>
                <w:rFonts w:ascii="Book Antiqua" w:hAnsi="Book Antiqua" w:cs="Book Antiqua"/>
                <w:b/>
                <w:sz w:val="16"/>
              </w:rPr>
              <w:t>не</w:t>
            </w:r>
            <w:r w:rsidRPr="0033741E">
              <w:rPr>
                <w:rFonts w:ascii="Book Antiqua" w:hAnsi="Book Antiqua"/>
                <w:b/>
                <w:sz w:val="16"/>
              </w:rPr>
              <w:t>ауыстыру</w:t>
            </w:r>
          </w:p>
        </w:tc>
        <w:tc>
          <w:tcPr>
            <w:tcW w:w="2891" w:type="dxa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163607" w:rsidRPr="0033741E" w:rsidRDefault="00A83174">
            <w:pPr>
              <w:spacing w:after="0" w:line="221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sz w:val="16"/>
              </w:rPr>
              <w:t>Бір о</w:t>
            </w:r>
            <w:r w:rsidRPr="0033741E">
              <w:rPr>
                <w:rFonts w:ascii="Cambria" w:hAnsi="Cambria" w:cs="Cambria"/>
                <w:sz w:val="16"/>
              </w:rPr>
              <w:t>қ</w:t>
            </w:r>
            <w:r w:rsidRPr="0033741E">
              <w:rPr>
                <w:rFonts w:ascii="Book Antiqua" w:hAnsi="Book Antiqua" w:cs="Book Antiqua"/>
                <w:sz w:val="16"/>
              </w:rPr>
              <w:t>ушы</w:t>
            </w:r>
            <w:r w:rsidRPr="0033741E">
              <w:rPr>
                <w:rFonts w:ascii="Book Antiqua" w:hAnsi="Book Antiqua"/>
                <w:sz w:val="16"/>
              </w:rPr>
              <w:t xml:space="preserve">, Excel, </w:t>
            </w:r>
            <w:r w:rsidRPr="0033741E">
              <w:rPr>
                <w:rFonts w:ascii="Book Antiqua" w:hAnsi="Book Antiqua" w:cs="Book Antiqua"/>
                <w:sz w:val="16"/>
              </w:rPr>
              <w:t>бас</w:t>
            </w:r>
            <w:r w:rsidRPr="0033741E">
              <w:rPr>
                <w:rFonts w:ascii="Cambria" w:hAnsi="Cambria" w:cs="Cambria"/>
                <w:sz w:val="16"/>
              </w:rPr>
              <w:t>қ</w:t>
            </w:r>
            <w:r w:rsidRPr="0033741E">
              <w:rPr>
                <w:rFonts w:ascii="Book Antiqua" w:hAnsi="Book Antiqua" w:cs="Book Antiqua"/>
                <w:sz w:val="16"/>
              </w:rPr>
              <w:t>амектептенауыстыру</w:t>
            </w:r>
          </w:p>
        </w:tc>
        <w:tc>
          <w:tcPr>
            <w:tcW w:w="2948" w:type="dxa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163607" w:rsidRPr="0033741E" w:rsidRDefault="00A83174">
            <w:pPr>
              <w:spacing w:after="0" w:line="221" w:lineRule="auto"/>
              <w:rPr>
                <w:rFonts w:ascii="Book Antiqua" w:hAnsi="Book Antiqua"/>
              </w:rPr>
            </w:pPr>
            <w:r w:rsidRPr="0033741E">
              <w:rPr>
                <w:rFonts w:ascii="Cambria" w:hAnsi="Cambria" w:cs="Cambria"/>
                <w:sz w:val="16"/>
              </w:rPr>
              <w:t>Ү</w:t>
            </w:r>
            <w:r w:rsidRPr="0033741E">
              <w:rPr>
                <w:rFonts w:ascii="Book Antiqua" w:hAnsi="Book Antiqua" w:cs="Book Antiqua"/>
                <w:sz w:val="16"/>
              </w:rPr>
              <w:t>ш</w:t>
            </w:r>
            <w:r w:rsidRPr="0033741E">
              <w:rPr>
                <w:rFonts w:ascii="Book Antiqua" w:hAnsi="Book Antiqua"/>
                <w:sz w:val="16"/>
              </w:rPr>
              <w:t xml:space="preserve"> т</w:t>
            </w:r>
            <w:r w:rsidRPr="0033741E">
              <w:rPr>
                <w:rFonts w:ascii="Cambria" w:hAnsi="Cambria" w:cs="Cambria"/>
                <w:sz w:val="16"/>
              </w:rPr>
              <w:t>ә</w:t>
            </w:r>
            <w:r w:rsidRPr="0033741E">
              <w:rPr>
                <w:rFonts w:ascii="Book Antiqua" w:hAnsi="Book Antiqua" w:cs="Book Antiqua"/>
                <w:sz w:val="16"/>
              </w:rPr>
              <w:t>сілдік</w:t>
            </w:r>
            <w:r w:rsidRPr="0033741E">
              <w:rPr>
                <w:rFonts w:ascii="Cambria" w:hAnsi="Cambria" w:cs="Cambria"/>
                <w:sz w:val="16"/>
              </w:rPr>
              <w:t>ө</w:t>
            </w:r>
            <w:r w:rsidRPr="0033741E">
              <w:rPr>
                <w:rFonts w:ascii="Book Antiqua" w:hAnsi="Book Antiqua" w:cs="Book Antiqua"/>
                <w:sz w:val="16"/>
              </w:rPr>
              <w:t>рсету</w:t>
            </w:r>
            <w:r w:rsidRPr="0033741E">
              <w:rPr>
                <w:rFonts w:ascii="Book Antiqua" w:hAnsi="Book Antiqua"/>
                <w:sz w:val="16"/>
              </w:rPr>
              <w:t xml:space="preserve">. </w:t>
            </w:r>
            <w:r w:rsidRPr="0033741E">
              <w:rPr>
                <w:rFonts w:ascii="Book Antiqua" w:hAnsi="Book Antiqua" w:cs="Book Antiqua"/>
                <w:sz w:val="16"/>
              </w:rPr>
              <w:t>К</w:t>
            </w:r>
            <w:r w:rsidRPr="0033741E">
              <w:rPr>
                <w:rFonts w:ascii="Cambria" w:hAnsi="Cambria" w:cs="Cambria"/>
                <w:sz w:val="16"/>
              </w:rPr>
              <w:t>ө</w:t>
            </w:r>
            <w:r w:rsidRPr="0033741E">
              <w:rPr>
                <w:rFonts w:ascii="Book Antiqua" w:hAnsi="Book Antiqua" w:cs="Book Antiqua"/>
                <w:sz w:val="16"/>
              </w:rPr>
              <w:t>пк</w:t>
            </w:r>
            <w:r w:rsidRPr="0033741E">
              <w:rPr>
                <w:rFonts w:ascii="Cambria" w:hAnsi="Cambria" w:cs="Cambria"/>
                <w:sz w:val="16"/>
              </w:rPr>
              <w:t>ө</w:t>
            </w:r>
            <w:r w:rsidRPr="0033741E">
              <w:rPr>
                <w:rFonts w:ascii="Book Antiqua" w:hAnsi="Book Antiqua" w:cs="Book Antiqua"/>
                <w:sz w:val="16"/>
              </w:rPr>
              <w:t>лемдегідеректерді</w:t>
            </w:r>
            <w:r w:rsidRPr="0033741E">
              <w:rPr>
                <w:rFonts w:ascii="Cambria" w:hAnsi="Cambria" w:cs="Cambria"/>
                <w:sz w:val="16"/>
              </w:rPr>
              <w:t>қ</w:t>
            </w:r>
            <w:r w:rsidRPr="0033741E">
              <w:rPr>
                <w:rFonts w:ascii="Book Antiqua" w:hAnsi="Book Antiqua" w:cs="Book Antiqua"/>
                <w:sz w:val="16"/>
              </w:rPr>
              <w:t>олментолтырмау</w:t>
            </w:r>
            <w:r w:rsidRPr="0033741E">
              <w:rPr>
                <w:rFonts w:ascii="Book Antiqua" w:hAnsi="Book Antiqua"/>
                <w:sz w:val="16"/>
              </w:rPr>
              <w:t>.</w:t>
            </w:r>
          </w:p>
        </w:tc>
        <w:tc>
          <w:tcPr>
            <w:tcW w:w="737" w:type="dxa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163607" w:rsidRPr="0033741E" w:rsidRDefault="00A83174">
            <w:pPr>
              <w:spacing w:after="0" w:line="221" w:lineRule="auto"/>
              <w:jc w:val="center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b/>
                <w:sz w:val="16"/>
              </w:rPr>
              <w:t>6</w:t>
            </w:r>
          </w:p>
        </w:tc>
      </w:tr>
      <w:tr w:rsidR="00163607" w:rsidRPr="0033741E">
        <w:trPr>
          <w:cantSplit/>
          <w:jc w:val="center"/>
        </w:trPr>
        <w:tc>
          <w:tcPr>
            <w:tcW w:w="964" w:type="dxa"/>
            <w:shd w:val="clear" w:color="auto" w:fill="F7F9FB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163607" w:rsidRPr="0033741E" w:rsidRDefault="00A83174">
            <w:pPr>
              <w:spacing w:after="0" w:line="221" w:lineRule="auto"/>
              <w:jc w:val="center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b/>
                <w:sz w:val="16"/>
              </w:rPr>
              <w:t>11–18</w:t>
            </w:r>
          </w:p>
        </w:tc>
        <w:tc>
          <w:tcPr>
            <w:tcW w:w="2438" w:type="dxa"/>
            <w:shd w:val="clear" w:color="auto" w:fill="F7F9FB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163607" w:rsidRPr="0033741E" w:rsidRDefault="00A83174">
            <w:pPr>
              <w:spacing w:after="0" w:line="221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b/>
                <w:sz w:val="16"/>
              </w:rPr>
              <w:t>О</w:t>
            </w:r>
            <w:r w:rsidRPr="0033741E">
              <w:rPr>
                <w:rFonts w:ascii="Cambria" w:hAnsi="Cambria" w:cs="Cambria"/>
                <w:b/>
                <w:sz w:val="16"/>
              </w:rPr>
              <w:t>қ</w:t>
            </w:r>
            <w:r w:rsidRPr="0033741E">
              <w:rPr>
                <w:rFonts w:ascii="Book Antiqua" w:hAnsi="Book Antiqua" w:cs="Book Antiqua"/>
                <w:b/>
                <w:sz w:val="16"/>
              </w:rPr>
              <w:t>ушыкартасыж</w:t>
            </w:r>
            <w:r w:rsidRPr="0033741E">
              <w:rPr>
                <w:rFonts w:ascii="Cambria" w:hAnsi="Cambria" w:cs="Cambria"/>
                <w:b/>
                <w:sz w:val="16"/>
              </w:rPr>
              <w:t>ә</w:t>
            </w:r>
            <w:r w:rsidRPr="0033741E">
              <w:rPr>
                <w:rFonts w:ascii="Book Antiqua" w:hAnsi="Book Antiqua" w:cs="Book Antiqua"/>
                <w:b/>
                <w:sz w:val="16"/>
              </w:rPr>
              <w:t>неба</w:t>
            </w:r>
            <w:r w:rsidRPr="0033741E">
              <w:rPr>
                <w:rFonts w:ascii="Cambria" w:hAnsi="Cambria" w:cs="Cambria"/>
                <w:b/>
                <w:sz w:val="16"/>
              </w:rPr>
              <w:t>қ</w:t>
            </w:r>
            <w:r w:rsidRPr="0033741E">
              <w:rPr>
                <w:rFonts w:ascii="Book Antiqua" w:hAnsi="Book Antiqua" w:cs="Book Antiqua"/>
                <w:b/>
                <w:sz w:val="16"/>
              </w:rPr>
              <w:t>ылау</w:t>
            </w:r>
          </w:p>
        </w:tc>
        <w:tc>
          <w:tcPr>
            <w:tcW w:w="2891" w:type="dxa"/>
            <w:shd w:val="clear" w:color="auto" w:fill="F7F9FB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163607" w:rsidRPr="0033741E" w:rsidRDefault="00A83174">
            <w:pPr>
              <w:spacing w:after="0" w:line="221" w:lineRule="auto"/>
              <w:rPr>
                <w:rFonts w:ascii="Book Antiqua" w:hAnsi="Book Antiqua"/>
                <w:lang w:val="ru-RU"/>
              </w:rPr>
            </w:pPr>
            <w:r w:rsidRPr="0033741E">
              <w:rPr>
                <w:rFonts w:ascii="Book Antiqua" w:hAnsi="Book Antiqua"/>
                <w:sz w:val="16"/>
                <w:lang w:val="ru-RU"/>
              </w:rPr>
              <w:t>О</w:t>
            </w:r>
            <w:r w:rsidRPr="0033741E">
              <w:rPr>
                <w:rFonts w:ascii="Cambria" w:hAnsi="Cambria" w:cs="Cambria"/>
                <w:sz w:val="16"/>
                <w:lang w:val="ru-RU"/>
              </w:rPr>
              <w:t>қ</w:t>
            </w:r>
            <w:r w:rsidRPr="0033741E">
              <w:rPr>
                <w:rFonts w:ascii="Book Antiqua" w:hAnsi="Book Antiqua" w:cs="Book Antiqua"/>
                <w:sz w:val="16"/>
                <w:lang w:val="ru-RU"/>
              </w:rPr>
              <w:t>ушыкартасы</w:t>
            </w:r>
            <w:r w:rsidRPr="0033741E">
              <w:rPr>
                <w:rFonts w:ascii="Book Antiqua" w:hAnsi="Book Antiqua"/>
                <w:sz w:val="16"/>
                <w:lang w:val="ru-RU"/>
              </w:rPr>
              <w:t xml:space="preserve">, </w:t>
            </w:r>
            <w:r w:rsidRPr="0033741E">
              <w:rPr>
                <w:rFonts w:ascii="Book Antiqua" w:hAnsi="Book Antiqua"/>
                <w:sz w:val="16"/>
              </w:rPr>
              <w:t>Q</w:t>
            </w:r>
            <w:r w:rsidRPr="0033741E">
              <w:rPr>
                <w:rFonts w:ascii="Book Antiqua" w:hAnsi="Book Antiqua"/>
                <w:sz w:val="16"/>
                <w:lang w:val="ru-RU"/>
              </w:rPr>
              <w:t>1–</w:t>
            </w:r>
            <w:r w:rsidRPr="0033741E">
              <w:rPr>
                <w:rFonts w:ascii="Book Antiqua" w:hAnsi="Book Antiqua"/>
                <w:sz w:val="16"/>
              </w:rPr>
              <w:t>Q</w:t>
            </w:r>
            <w:r w:rsidRPr="0033741E">
              <w:rPr>
                <w:rFonts w:ascii="Book Antiqua" w:hAnsi="Book Antiqua"/>
                <w:sz w:val="16"/>
                <w:lang w:val="ru-RU"/>
              </w:rPr>
              <w:t>4, «Карточка жасау»</w:t>
            </w:r>
          </w:p>
        </w:tc>
        <w:tc>
          <w:tcPr>
            <w:tcW w:w="2948" w:type="dxa"/>
            <w:shd w:val="clear" w:color="auto" w:fill="F7F9FB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163607" w:rsidRPr="0033741E" w:rsidRDefault="00A83174">
            <w:pPr>
              <w:spacing w:after="0" w:line="221" w:lineRule="auto"/>
              <w:rPr>
                <w:rFonts w:ascii="Book Antiqua" w:hAnsi="Book Antiqua"/>
                <w:lang w:val="ru-RU"/>
              </w:rPr>
            </w:pPr>
            <w:r w:rsidRPr="0033741E">
              <w:rPr>
                <w:rFonts w:ascii="Book Antiqua" w:hAnsi="Book Antiqua"/>
                <w:sz w:val="16"/>
                <w:lang w:val="ru-RU"/>
              </w:rPr>
              <w:t>Ба</w:t>
            </w:r>
            <w:r w:rsidRPr="0033741E">
              <w:rPr>
                <w:rFonts w:ascii="Cambria" w:hAnsi="Cambria" w:cs="Cambria"/>
                <w:sz w:val="16"/>
                <w:lang w:val="ru-RU"/>
              </w:rPr>
              <w:t>қ</w:t>
            </w:r>
            <w:r w:rsidRPr="0033741E">
              <w:rPr>
                <w:rFonts w:ascii="Book Antiqua" w:hAnsi="Book Antiqua" w:cs="Book Antiqua"/>
                <w:sz w:val="16"/>
                <w:lang w:val="ru-RU"/>
              </w:rPr>
              <w:t>ылауформалдытолтырудыемес</w:t>
            </w:r>
            <w:r w:rsidRPr="0033741E">
              <w:rPr>
                <w:rFonts w:ascii="Book Antiqua" w:hAnsi="Book Antiqua"/>
                <w:sz w:val="16"/>
                <w:lang w:val="ru-RU"/>
              </w:rPr>
              <w:t xml:space="preserve">, </w:t>
            </w:r>
            <w:r w:rsidRPr="0033741E">
              <w:rPr>
                <w:rFonts w:ascii="Book Antiqua" w:hAnsi="Book Antiqua" w:cs="Book Antiqua"/>
                <w:sz w:val="16"/>
                <w:lang w:val="ru-RU"/>
              </w:rPr>
              <w:t>на</w:t>
            </w:r>
            <w:r w:rsidRPr="0033741E">
              <w:rPr>
                <w:rFonts w:ascii="Cambria" w:hAnsi="Cambria" w:cs="Cambria"/>
                <w:sz w:val="16"/>
                <w:lang w:val="ru-RU"/>
              </w:rPr>
              <w:t>қ</w:t>
            </w:r>
            <w:r w:rsidRPr="0033741E">
              <w:rPr>
                <w:rFonts w:ascii="Book Antiqua" w:hAnsi="Book Antiqua" w:cs="Book Antiqua"/>
                <w:sz w:val="16"/>
                <w:lang w:val="ru-RU"/>
              </w:rPr>
              <w:t>ты</w:t>
            </w:r>
            <w:r w:rsidRPr="0033741E">
              <w:rPr>
                <w:rFonts w:ascii="Cambria" w:hAnsi="Cambria" w:cs="Cambria"/>
                <w:sz w:val="16"/>
                <w:lang w:val="ru-RU"/>
              </w:rPr>
              <w:t>ө</w:t>
            </w:r>
            <w:r w:rsidRPr="0033741E">
              <w:rPr>
                <w:rFonts w:ascii="Book Antiqua" w:hAnsi="Book Antiqua" w:cs="Book Antiqua"/>
                <w:sz w:val="16"/>
                <w:lang w:val="ru-RU"/>
              </w:rPr>
              <w:t>згерістердік</w:t>
            </w:r>
            <w:r w:rsidRPr="0033741E">
              <w:rPr>
                <w:rFonts w:ascii="Cambria" w:hAnsi="Cambria" w:cs="Cambria"/>
                <w:sz w:val="16"/>
                <w:lang w:val="ru-RU"/>
              </w:rPr>
              <w:t>ө</w:t>
            </w:r>
            <w:r w:rsidRPr="0033741E">
              <w:rPr>
                <w:rFonts w:ascii="Book Antiqua" w:hAnsi="Book Antiqua" w:cs="Book Antiqua"/>
                <w:sz w:val="16"/>
                <w:lang w:val="ru-RU"/>
              </w:rPr>
              <w:t>рсетуітиіс</w:t>
            </w:r>
            <w:r w:rsidRPr="0033741E">
              <w:rPr>
                <w:rFonts w:ascii="Book Antiqua" w:hAnsi="Book Antiqua"/>
                <w:sz w:val="16"/>
                <w:lang w:val="ru-RU"/>
              </w:rPr>
              <w:t>.</w:t>
            </w:r>
          </w:p>
        </w:tc>
        <w:tc>
          <w:tcPr>
            <w:tcW w:w="737" w:type="dxa"/>
            <w:shd w:val="clear" w:color="auto" w:fill="F7F9FB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163607" w:rsidRPr="0033741E" w:rsidRDefault="00A83174">
            <w:pPr>
              <w:spacing w:after="0" w:line="221" w:lineRule="auto"/>
              <w:jc w:val="center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b/>
                <w:sz w:val="16"/>
              </w:rPr>
              <w:t>7</w:t>
            </w:r>
          </w:p>
        </w:tc>
      </w:tr>
      <w:tr w:rsidR="00163607" w:rsidRPr="0033741E">
        <w:trPr>
          <w:cantSplit/>
          <w:jc w:val="center"/>
        </w:trPr>
        <w:tc>
          <w:tcPr>
            <w:tcW w:w="964" w:type="dxa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163607" w:rsidRPr="0033741E" w:rsidRDefault="00A83174">
            <w:pPr>
              <w:spacing w:after="0" w:line="221" w:lineRule="auto"/>
              <w:jc w:val="center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b/>
                <w:sz w:val="16"/>
              </w:rPr>
              <w:t>18–23</w:t>
            </w:r>
          </w:p>
        </w:tc>
        <w:tc>
          <w:tcPr>
            <w:tcW w:w="2438" w:type="dxa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163607" w:rsidRPr="0033741E" w:rsidRDefault="00A83174">
            <w:pPr>
              <w:spacing w:after="0" w:line="221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b/>
                <w:sz w:val="16"/>
              </w:rPr>
              <w:t>Іс-шаралар, с</w:t>
            </w:r>
            <w:r w:rsidRPr="0033741E">
              <w:rPr>
                <w:rFonts w:ascii="Cambria" w:hAnsi="Cambria" w:cs="Cambria"/>
                <w:b/>
                <w:sz w:val="16"/>
              </w:rPr>
              <w:t>ұ</w:t>
            </w:r>
            <w:r w:rsidRPr="0033741E">
              <w:rPr>
                <w:rFonts w:ascii="Book Antiqua" w:hAnsi="Book Antiqua" w:cs="Book Antiqua"/>
                <w:b/>
                <w:sz w:val="16"/>
              </w:rPr>
              <w:t>раулар</w:t>
            </w:r>
            <w:r w:rsidRPr="0033741E">
              <w:rPr>
                <w:rFonts w:ascii="Book Antiqua" w:hAnsi="Book Antiqua"/>
                <w:b/>
                <w:sz w:val="16"/>
              </w:rPr>
              <w:t xml:space="preserve">, </w:t>
            </w:r>
            <w:r w:rsidRPr="0033741E">
              <w:rPr>
                <w:rFonts w:ascii="Book Antiqua" w:hAnsi="Book Antiqua" w:cs="Book Antiqua"/>
                <w:b/>
                <w:sz w:val="16"/>
              </w:rPr>
              <w:t>тарих</w:t>
            </w:r>
          </w:p>
        </w:tc>
        <w:tc>
          <w:tcPr>
            <w:tcW w:w="2891" w:type="dxa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163607" w:rsidRPr="0033741E" w:rsidRDefault="00A83174">
            <w:pPr>
              <w:spacing w:after="0" w:line="221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sz w:val="16"/>
              </w:rPr>
              <w:t>Іс-шаралар, келіп т</w:t>
            </w:r>
            <w:r w:rsidRPr="0033741E">
              <w:rPr>
                <w:rFonts w:ascii="Cambria" w:hAnsi="Cambria" w:cs="Cambria"/>
                <w:sz w:val="16"/>
              </w:rPr>
              <w:t>ү</w:t>
            </w:r>
            <w:r w:rsidRPr="0033741E">
              <w:rPr>
                <w:rFonts w:ascii="Book Antiqua" w:hAnsi="Book Antiqua" w:cs="Book Antiqua"/>
                <w:sz w:val="16"/>
              </w:rPr>
              <w:t>скенс</w:t>
            </w:r>
            <w:r w:rsidRPr="0033741E">
              <w:rPr>
                <w:rFonts w:ascii="Cambria" w:hAnsi="Cambria" w:cs="Cambria"/>
                <w:sz w:val="16"/>
              </w:rPr>
              <w:t>ұ</w:t>
            </w:r>
            <w:r w:rsidRPr="0033741E">
              <w:rPr>
                <w:rFonts w:ascii="Book Antiqua" w:hAnsi="Book Antiqua" w:cs="Book Antiqua"/>
                <w:sz w:val="16"/>
              </w:rPr>
              <w:t>раулар</w:t>
            </w:r>
            <w:r w:rsidRPr="0033741E">
              <w:rPr>
                <w:rFonts w:ascii="Book Antiqua" w:hAnsi="Book Antiqua"/>
                <w:sz w:val="16"/>
              </w:rPr>
              <w:t xml:space="preserve">, </w:t>
            </w:r>
            <w:r w:rsidRPr="0033741E">
              <w:rPr>
                <w:rFonts w:ascii="Cambria" w:hAnsi="Cambria" w:cs="Cambria"/>
                <w:sz w:val="16"/>
              </w:rPr>
              <w:t>ә</w:t>
            </w:r>
            <w:r w:rsidRPr="0033741E">
              <w:rPr>
                <w:rFonts w:ascii="Book Antiqua" w:hAnsi="Book Antiqua" w:cs="Book Antiqua"/>
                <w:sz w:val="16"/>
              </w:rPr>
              <w:t>рекеттер</w:t>
            </w:r>
            <w:r w:rsidRPr="0033741E">
              <w:rPr>
                <w:rFonts w:ascii="Book Antiqua" w:hAnsi="Book Antiqua"/>
                <w:sz w:val="16"/>
              </w:rPr>
              <w:t xml:space="preserve"> / </w:t>
            </w:r>
            <w:r w:rsidRPr="0033741E">
              <w:rPr>
                <w:rFonts w:ascii="Cambria" w:hAnsi="Cambria" w:cs="Cambria"/>
                <w:sz w:val="16"/>
              </w:rPr>
              <w:t>қ</w:t>
            </w:r>
            <w:r w:rsidRPr="0033741E">
              <w:rPr>
                <w:rFonts w:ascii="Book Antiqua" w:hAnsi="Book Antiqua" w:cs="Book Antiqua"/>
                <w:sz w:val="16"/>
              </w:rPr>
              <w:t>оз</w:t>
            </w:r>
            <w:r w:rsidRPr="0033741E">
              <w:rPr>
                <w:rFonts w:ascii="Cambria" w:hAnsi="Cambria" w:cs="Cambria"/>
                <w:sz w:val="16"/>
              </w:rPr>
              <w:t>ғ</w:t>
            </w:r>
            <w:r w:rsidRPr="0033741E">
              <w:rPr>
                <w:rFonts w:ascii="Book Antiqua" w:hAnsi="Book Antiqua" w:cs="Book Antiqua"/>
                <w:sz w:val="16"/>
              </w:rPr>
              <w:t>алыстарихы</w:t>
            </w:r>
          </w:p>
        </w:tc>
        <w:tc>
          <w:tcPr>
            <w:tcW w:w="2948" w:type="dxa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163607" w:rsidRPr="0033741E" w:rsidRDefault="00A83174">
            <w:pPr>
              <w:spacing w:after="0" w:line="221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sz w:val="16"/>
              </w:rPr>
              <w:t>Ж</w:t>
            </w:r>
            <w:r w:rsidRPr="0033741E">
              <w:rPr>
                <w:rFonts w:ascii="Cambria" w:hAnsi="Cambria" w:cs="Cambria"/>
                <w:sz w:val="16"/>
              </w:rPr>
              <w:t>ү</w:t>
            </w:r>
            <w:r w:rsidRPr="0033741E">
              <w:rPr>
                <w:rFonts w:ascii="Book Antiqua" w:hAnsi="Book Antiqua" w:cs="Book Antiqua"/>
                <w:sz w:val="16"/>
              </w:rPr>
              <w:t>йедеат</w:t>
            </w:r>
            <w:r w:rsidRPr="0033741E">
              <w:rPr>
                <w:rFonts w:ascii="Cambria" w:hAnsi="Cambria" w:cs="Cambria"/>
                <w:sz w:val="16"/>
              </w:rPr>
              <w:t>қ</w:t>
            </w:r>
            <w:r w:rsidRPr="0033741E">
              <w:rPr>
                <w:rFonts w:ascii="Book Antiqua" w:hAnsi="Book Antiqua" w:cs="Book Antiqua"/>
                <w:sz w:val="16"/>
              </w:rPr>
              <w:t>арыл</w:t>
            </w:r>
            <w:r w:rsidRPr="0033741E">
              <w:rPr>
                <w:rFonts w:ascii="Cambria" w:hAnsi="Cambria" w:cs="Cambria"/>
                <w:sz w:val="16"/>
              </w:rPr>
              <w:t>ғ</w:t>
            </w:r>
            <w:r w:rsidRPr="0033741E">
              <w:rPr>
                <w:rFonts w:ascii="Book Antiqua" w:hAnsi="Book Antiqua" w:cs="Book Antiqua"/>
                <w:sz w:val="16"/>
              </w:rPr>
              <w:t>анж</w:t>
            </w:r>
            <w:r w:rsidRPr="0033741E">
              <w:rPr>
                <w:rFonts w:ascii="Cambria" w:hAnsi="Cambria" w:cs="Cambria"/>
                <w:sz w:val="16"/>
              </w:rPr>
              <w:t>ұ</w:t>
            </w:r>
            <w:r w:rsidRPr="0033741E">
              <w:rPr>
                <w:rFonts w:ascii="Book Antiqua" w:hAnsi="Book Antiqua" w:cs="Book Antiqua"/>
                <w:sz w:val="16"/>
              </w:rPr>
              <w:t>мысты</w:t>
            </w:r>
            <w:r w:rsidRPr="0033741E">
              <w:rPr>
                <w:rFonts w:ascii="Cambria" w:hAnsi="Cambria" w:cs="Cambria"/>
                <w:sz w:val="16"/>
              </w:rPr>
              <w:t>ң</w:t>
            </w:r>
            <w:r w:rsidRPr="0033741E">
              <w:rPr>
                <w:rFonts w:ascii="Book Antiqua" w:hAnsi="Book Antiqua" w:cs="Book Antiqua"/>
                <w:sz w:val="16"/>
              </w:rPr>
              <w:t>бірізділігіса</w:t>
            </w:r>
            <w:r w:rsidRPr="0033741E">
              <w:rPr>
                <w:rFonts w:ascii="Cambria" w:hAnsi="Cambria" w:cs="Cambria"/>
                <w:sz w:val="16"/>
              </w:rPr>
              <w:t>қ</w:t>
            </w:r>
            <w:r w:rsidRPr="0033741E">
              <w:rPr>
                <w:rFonts w:ascii="Book Antiqua" w:hAnsi="Book Antiqua" w:cs="Book Antiqua"/>
                <w:sz w:val="16"/>
              </w:rPr>
              <w:t>талуытиіс</w:t>
            </w:r>
            <w:r w:rsidRPr="0033741E">
              <w:rPr>
                <w:rFonts w:ascii="Book Antiqua" w:hAnsi="Book Antiqua"/>
                <w:sz w:val="16"/>
              </w:rPr>
              <w:t>.</w:t>
            </w:r>
          </w:p>
        </w:tc>
        <w:tc>
          <w:tcPr>
            <w:tcW w:w="737" w:type="dxa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163607" w:rsidRPr="0033741E" w:rsidRDefault="00A83174">
            <w:pPr>
              <w:spacing w:after="0" w:line="221" w:lineRule="auto"/>
              <w:jc w:val="center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b/>
                <w:sz w:val="16"/>
              </w:rPr>
              <w:t>5</w:t>
            </w:r>
          </w:p>
        </w:tc>
      </w:tr>
      <w:tr w:rsidR="00163607" w:rsidRPr="0033741E">
        <w:trPr>
          <w:cantSplit/>
          <w:jc w:val="center"/>
        </w:trPr>
        <w:tc>
          <w:tcPr>
            <w:tcW w:w="964" w:type="dxa"/>
            <w:shd w:val="clear" w:color="auto" w:fill="F7F9FB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163607" w:rsidRPr="0033741E" w:rsidRDefault="00A83174">
            <w:pPr>
              <w:spacing w:after="0" w:line="221" w:lineRule="auto"/>
              <w:jc w:val="center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b/>
                <w:sz w:val="16"/>
              </w:rPr>
              <w:t>23–36</w:t>
            </w:r>
          </w:p>
        </w:tc>
        <w:tc>
          <w:tcPr>
            <w:tcW w:w="2438" w:type="dxa"/>
            <w:shd w:val="clear" w:color="auto" w:fill="F7F9FB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163607" w:rsidRPr="0033741E" w:rsidRDefault="00A83174">
            <w:pPr>
              <w:spacing w:after="0" w:line="221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b/>
                <w:sz w:val="16"/>
              </w:rPr>
              <w:t>Практикалы</w:t>
            </w:r>
            <w:r w:rsidRPr="0033741E">
              <w:rPr>
                <w:rFonts w:ascii="Cambria" w:hAnsi="Cambria" w:cs="Cambria"/>
                <w:b/>
                <w:sz w:val="16"/>
              </w:rPr>
              <w:t>қ</w:t>
            </w:r>
            <w:r w:rsidRPr="0033741E">
              <w:rPr>
                <w:rFonts w:ascii="Book Antiqua" w:hAnsi="Book Antiqua" w:cs="Book Antiqua"/>
                <w:b/>
                <w:sz w:val="16"/>
              </w:rPr>
              <w:t>кейс</w:t>
            </w:r>
          </w:p>
        </w:tc>
        <w:tc>
          <w:tcPr>
            <w:tcW w:w="2891" w:type="dxa"/>
            <w:shd w:val="clear" w:color="auto" w:fill="F7F9FB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163607" w:rsidRPr="0033741E" w:rsidRDefault="00A83174">
            <w:pPr>
              <w:spacing w:after="0" w:line="221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sz w:val="16"/>
              </w:rPr>
              <w:t>Ба</w:t>
            </w:r>
            <w:r w:rsidRPr="0033741E">
              <w:rPr>
                <w:rFonts w:ascii="Cambria" w:hAnsi="Cambria" w:cs="Cambria"/>
                <w:sz w:val="16"/>
              </w:rPr>
              <w:t>қ</w:t>
            </w:r>
            <w:r w:rsidRPr="0033741E">
              <w:rPr>
                <w:rFonts w:ascii="Book Antiqua" w:hAnsi="Book Antiqua" w:cs="Book Antiqua"/>
                <w:sz w:val="16"/>
              </w:rPr>
              <w:t>ылау→іс</w:t>
            </w:r>
            <w:r w:rsidRPr="0033741E">
              <w:rPr>
                <w:rFonts w:ascii="Book Antiqua" w:hAnsi="Book Antiqua"/>
                <w:sz w:val="16"/>
              </w:rPr>
              <w:t>-</w:t>
            </w:r>
            <w:r w:rsidRPr="0033741E">
              <w:rPr>
                <w:rFonts w:ascii="Book Antiqua" w:hAnsi="Book Antiqua" w:cs="Book Antiqua"/>
                <w:sz w:val="16"/>
              </w:rPr>
              <w:t>шара→маман</w:t>
            </w:r>
            <w:r w:rsidRPr="0033741E">
              <w:rPr>
                <w:rFonts w:ascii="Cambria" w:hAnsi="Cambria" w:cs="Cambria"/>
                <w:sz w:val="16"/>
              </w:rPr>
              <w:t>ғ</w:t>
            </w:r>
            <w:r w:rsidRPr="0033741E">
              <w:rPr>
                <w:rFonts w:ascii="Book Antiqua" w:hAnsi="Book Antiqua" w:cs="Book Antiqua"/>
                <w:sz w:val="16"/>
              </w:rPr>
              <w:t>ас</w:t>
            </w:r>
            <w:r w:rsidRPr="0033741E">
              <w:rPr>
                <w:rFonts w:ascii="Cambria" w:hAnsi="Cambria" w:cs="Cambria"/>
                <w:sz w:val="16"/>
              </w:rPr>
              <w:t>ұ</w:t>
            </w:r>
            <w:r w:rsidRPr="0033741E">
              <w:rPr>
                <w:rFonts w:ascii="Book Antiqua" w:hAnsi="Book Antiqua" w:cs="Book Antiqua"/>
                <w:sz w:val="16"/>
              </w:rPr>
              <w:t>рау→тарих</w:t>
            </w:r>
          </w:p>
        </w:tc>
        <w:tc>
          <w:tcPr>
            <w:tcW w:w="2948" w:type="dxa"/>
            <w:shd w:val="clear" w:color="auto" w:fill="F7F9FB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163607" w:rsidRPr="0033741E" w:rsidRDefault="00A83174">
            <w:pPr>
              <w:spacing w:after="0" w:line="221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sz w:val="16"/>
              </w:rPr>
              <w:t>Бір бала мысалында жазбаны</w:t>
            </w:r>
            <w:r w:rsidRPr="0033741E">
              <w:rPr>
                <w:rFonts w:ascii="Cambria" w:hAnsi="Cambria" w:cs="Cambria"/>
                <w:sz w:val="16"/>
              </w:rPr>
              <w:t>ң</w:t>
            </w:r>
            <w:r w:rsidRPr="0033741E">
              <w:rPr>
                <w:rFonts w:ascii="Book Antiqua" w:hAnsi="Book Antiqua"/>
                <w:sz w:val="16"/>
              </w:rPr>
              <w:t>сапасын ж</w:t>
            </w:r>
            <w:r w:rsidRPr="0033741E">
              <w:rPr>
                <w:rFonts w:ascii="Cambria" w:hAnsi="Cambria" w:cs="Cambria"/>
                <w:sz w:val="16"/>
              </w:rPr>
              <w:t>ә</w:t>
            </w:r>
            <w:r w:rsidRPr="0033741E">
              <w:rPr>
                <w:rFonts w:ascii="Book Antiqua" w:hAnsi="Book Antiqua" w:cs="Book Antiqua"/>
                <w:sz w:val="16"/>
              </w:rPr>
              <w:t>неа</w:t>
            </w:r>
            <w:r w:rsidRPr="0033741E">
              <w:rPr>
                <w:rFonts w:ascii="Cambria" w:hAnsi="Cambria" w:cs="Cambria"/>
                <w:sz w:val="16"/>
              </w:rPr>
              <w:t>қ</w:t>
            </w:r>
            <w:r w:rsidRPr="0033741E">
              <w:rPr>
                <w:rFonts w:ascii="Book Antiqua" w:hAnsi="Book Antiqua" w:cs="Book Antiqua"/>
                <w:sz w:val="16"/>
              </w:rPr>
              <w:t>параттымаман</w:t>
            </w:r>
            <w:r w:rsidRPr="0033741E">
              <w:rPr>
                <w:rFonts w:ascii="Cambria" w:hAnsi="Cambria" w:cs="Cambria"/>
                <w:sz w:val="16"/>
              </w:rPr>
              <w:t>ғ</w:t>
            </w:r>
            <w:r w:rsidRPr="0033741E">
              <w:rPr>
                <w:rFonts w:ascii="Book Antiqua" w:hAnsi="Book Antiqua" w:cs="Book Antiqua"/>
                <w:sz w:val="16"/>
              </w:rPr>
              <w:t>ад</w:t>
            </w:r>
            <w:r w:rsidRPr="0033741E">
              <w:rPr>
                <w:rFonts w:ascii="Cambria" w:hAnsi="Cambria" w:cs="Cambria"/>
                <w:sz w:val="16"/>
              </w:rPr>
              <w:t>ұ</w:t>
            </w:r>
            <w:r w:rsidRPr="0033741E">
              <w:rPr>
                <w:rFonts w:ascii="Book Antiqua" w:hAnsi="Book Antiqua" w:cs="Book Antiqua"/>
                <w:sz w:val="16"/>
              </w:rPr>
              <w:t>рысберудік</w:t>
            </w:r>
            <w:r w:rsidRPr="0033741E">
              <w:rPr>
                <w:rFonts w:ascii="Cambria" w:hAnsi="Cambria" w:cs="Cambria"/>
                <w:sz w:val="16"/>
              </w:rPr>
              <w:t>ө</w:t>
            </w:r>
            <w:r w:rsidRPr="0033741E">
              <w:rPr>
                <w:rFonts w:ascii="Book Antiqua" w:hAnsi="Book Antiqua" w:cs="Book Antiqua"/>
                <w:sz w:val="16"/>
              </w:rPr>
              <w:t>рсету</w:t>
            </w:r>
            <w:r w:rsidRPr="0033741E">
              <w:rPr>
                <w:rFonts w:ascii="Book Antiqua" w:hAnsi="Book Antiqua"/>
                <w:sz w:val="16"/>
              </w:rPr>
              <w:t>.</w:t>
            </w:r>
          </w:p>
        </w:tc>
        <w:tc>
          <w:tcPr>
            <w:tcW w:w="737" w:type="dxa"/>
            <w:shd w:val="clear" w:color="auto" w:fill="F7F9FB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163607" w:rsidRPr="0033741E" w:rsidRDefault="00A83174">
            <w:pPr>
              <w:spacing w:after="0" w:line="221" w:lineRule="auto"/>
              <w:jc w:val="center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b/>
                <w:sz w:val="16"/>
              </w:rPr>
              <w:t>13</w:t>
            </w:r>
          </w:p>
        </w:tc>
      </w:tr>
      <w:tr w:rsidR="00163607" w:rsidRPr="0033741E">
        <w:trPr>
          <w:cantSplit/>
          <w:jc w:val="center"/>
        </w:trPr>
        <w:tc>
          <w:tcPr>
            <w:tcW w:w="964" w:type="dxa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163607" w:rsidRPr="0033741E" w:rsidRDefault="00A83174">
            <w:pPr>
              <w:spacing w:after="0" w:line="221" w:lineRule="auto"/>
              <w:jc w:val="center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b/>
                <w:sz w:val="16"/>
              </w:rPr>
              <w:t>36–38</w:t>
            </w:r>
          </w:p>
        </w:tc>
        <w:tc>
          <w:tcPr>
            <w:tcW w:w="2438" w:type="dxa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163607" w:rsidRPr="0033741E" w:rsidRDefault="00A83174">
            <w:pPr>
              <w:spacing w:after="0" w:line="221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b/>
                <w:sz w:val="16"/>
              </w:rPr>
              <w:t>Сапаны</w:t>
            </w:r>
            <w:r w:rsidRPr="0033741E">
              <w:rPr>
                <w:rFonts w:ascii="Cambria" w:hAnsi="Cambria" w:cs="Cambria"/>
                <w:b/>
                <w:sz w:val="16"/>
              </w:rPr>
              <w:t>ң</w:t>
            </w:r>
            <w:r w:rsidRPr="0033741E">
              <w:rPr>
                <w:rFonts w:ascii="Book Antiqua" w:hAnsi="Book Antiqua" w:cs="Book Antiqua"/>
                <w:b/>
                <w:sz w:val="16"/>
              </w:rPr>
              <w:t>негізгі</w:t>
            </w:r>
            <w:r w:rsidRPr="0033741E">
              <w:rPr>
                <w:rFonts w:ascii="Cambria" w:hAnsi="Cambria" w:cs="Cambria"/>
                <w:b/>
                <w:sz w:val="16"/>
              </w:rPr>
              <w:t>қ</w:t>
            </w:r>
            <w:r w:rsidRPr="0033741E">
              <w:rPr>
                <w:rFonts w:ascii="Book Antiqua" w:hAnsi="Book Antiqua" w:cs="Book Antiqua"/>
                <w:b/>
                <w:sz w:val="16"/>
              </w:rPr>
              <w:t>а</w:t>
            </w:r>
            <w:r w:rsidRPr="0033741E">
              <w:rPr>
                <w:rFonts w:ascii="Cambria" w:hAnsi="Cambria" w:cs="Cambria"/>
                <w:b/>
                <w:sz w:val="16"/>
              </w:rPr>
              <w:t>ғ</w:t>
            </w:r>
            <w:r w:rsidRPr="0033741E">
              <w:rPr>
                <w:rFonts w:ascii="Book Antiqua" w:hAnsi="Book Antiqua" w:cs="Book Antiqua"/>
                <w:b/>
                <w:sz w:val="16"/>
              </w:rPr>
              <w:t>идалары</w:t>
            </w:r>
          </w:p>
        </w:tc>
        <w:tc>
          <w:tcPr>
            <w:tcW w:w="2891" w:type="dxa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163607" w:rsidRPr="0033741E" w:rsidRDefault="00A83174">
            <w:pPr>
              <w:spacing w:after="0" w:line="221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sz w:val="16"/>
              </w:rPr>
              <w:t xml:space="preserve">Экранда/слайдта </w:t>
            </w:r>
            <w:r w:rsidRPr="0033741E">
              <w:rPr>
                <w:rFonts w:ascii="Cambria" w:hAnsi="Cambria" w:cs="Cambria"/>
                <w:sz w:val="16"/>
              </w:rPr>
              <w:t>қ</w:t>
            </w:r>
            <w:r w:rsidRPr="0033741E">
              <w:rPr>
                <w:rFonts w:ascii="Book Antiqua" w:hAnsi="Book Antiqua" w:cs="Book Antiqua"/>
                <w:sz w:val="16"/>
              </w:rPr>
              <w:t>ыс</w:t>
            </w:r>
            <w:r w:rsidRPr="0033741E">
              <w:rPr>
                <w:rFonts w:ascii="Cambria" w:hAnsi="Cambria" w:cs="Cambria"/>
                <w:sz w:val="16"/>
              </w:rPr>
              <w:t>қ</w:t>
            </w:r>
            <w:r w:rsidRPr="0033741E">
              <w:rPr>
                <w:rFonts w:ascii="Book Antiqua" w:hAnsi="Book Antiqua" w:cs="Book Antiqua"/>
                <w:sz w:val="16"/>
              </w:rPr>
              <w:t>аша</w:t>
            </w:r>
            <w:r w:rsidRPr="0033741E">
              <w:rPr>
                <w:rFonts w:ascii="Cambria" w:hAnsi="Cambria" w:cs="Cambria"/>
                <w:sz w:val="16"/>
              </w:rPr>
              <w:t>қ</w:t>
            </w:r>
            <w:r w:rsidRPr="0033741E">
              <w:rPr>
                <w:rFonts w:ascii="Book Antiqua" w:hAnsi="Book Antiqua" w:cs="Book Antiqua"/>
                <w:sz w:val="16"/>
              </w:rPr>
              <w:t>орытынды</w:t>
            </w:r>
          </w:p>
        </w:tc>
        <w:tc>
          <w:tcPr>
            <w:tcW w:w="2948" w:type="dxa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163607" w:rsidRPr="0033741E" w:rsidRDefault="00A83174">
            <w:pPr>
              <w:spacing w:after="0" w:line="221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sz w:val="16"/>
              </w:rPr>
              <w:t>Фактілер мен ба</w:t>
            </w:r>
            <w:r w:rsidRPr="0033741E">
              <w:rPr>
                <w:rFonts w:ascii="Cambria" w:hAnsi="Cambria" w:cs="Cambria"/>
                <w:sz w:val="16"/>
              </w:rPr>
              <w:t>қ</w:t>
            </w:r>
            <w:r w:rsidRPr="0033741E">
              <w:rPr>
                <w:rFonts w:ascii="Book Antiqua" w:hAnsi="Book Antiqua" w:cs="Book Antiqua"/>
                <w:sz w:val="16"/>
              </w:rPr>
              <w:t>ылауна</w:t>
            </w:r>
            <w:r w:rsidRPr="0033741E">
              <w:rPr>
                <w:rFonts w:ascii="Cambria" w:hAnsi="Cambria" w:cs="Cambria"/>
                <w:sz w:val="16"/>
              </w:rPr>
              <w:t>қ</w:t>
            </w:r>
            <w:r w:rsidRPr="0033741E">
              <w:rPr>
                <w:rFonts w:ascii="Book Antiqua" w:hAnsi="Book Antiqua" w:cs="Book Antiqua"/>
                <w:sz w:val="16"/>
              </w:rPr>
              <w:t>тыболуытиіс</w:t>
            </w:r>
            <w:r w:rsidRPr="0033741E">
              <w:rPr>
                <w:rFonts w:ascii="Book Antiqua" w:hAnsi="Book Antiqua"/>
                <w:sz w:val="16"/>
              </w:rPr>
              <w:t xml:space="preserve">; </w:t>
            </w:r>
            <w:r w:rsidRPr="0033741E">
              <w:rPr>
                <w:rFonts w:ascii="Book Antiqua" w:hAnsi="Book Antiqua" w:cs="Book Antiqua"/>
                <w:sz w:val="16"/>
              </w:rPr>
              <w:t>а</w:t>
            </w:r>
            <w:r w:rsidRPr="0033741E">
              <w:rPr>
                <w:rFonts w:ascii="Cambria" w:hAnsi="Cambria" w:cs="Cambria"/>
                <w:sz w:val="16"/>
              </w:rPr>
              <w:t>қ</w:t>
            </w:r>
            <w:r w:rsidRPr="0033741E">
              <w:rPr>
                <w:rFonts w:ascii="Book Antiqua" w:hAnsi="Book Antiqua" w:cs="Book Antiqua"/>
                <w:sz w:val="16"/>
              </w:rPr>
              <w:t>паратты</w:t>
            </w:r>
            <w:r w:rsidRPr="0033741E">
              <w:rPr>
                <w:rFonts w:ascii="Cambria" w:hAnsi="Cambria" w:cs="Cambria"/>
                <w:sz w:val="16"/>
              </w:rPr>
              <w:t>қ</w:t>
            </w:r>
            <w:r w:rsidRPr="0033741E">
              <w:rPr>
                <w:rFonts w:ascii="Book Antiqua" w:hAnsi="Book Antiqua" w:cs="Book Antiqua"/>
                <w:sz w:val="16"/>
              </w:rPr>
              <w:t>айталамауж</w:t>
            </w:r>
            <w:r w:rsidRPr="0033741E">
              <w:rPr>
                <w:rFonts w:ascii="Cambria" w:hAnsi="Cambria" w:cs="Cambria"/>
                <w:sz w:val="16"/>
              </w:rPr>
              <w:t>ә</w:t>
            </w:r>
            <w:r w:rsidRPr="0033741E">
              <w:rPr>
                <w:rFonts w:ascii="Book Antiqua" w:hAnsi="Book Antiqua" w:cs="Book Antiqua"/>
                <w:sz w:val="16"/>
              </w:rPr>
              <w:t>неформалдыжазбау</w:t>
            </w:r>
            <w:r w:rsidRPr="0033741E">
              <w:rPr>
                <w:rFonts w:ascii="Book Antiqua" w:hAnsi="Book Antiqua"/>
                <w:sz w:val="16"/>
              </w:rPr>
              <w:t>.</w:t>
            </w:r>
          </w:p>
        </w:tc>
        <w:tc>
          <w:tcPr>
            <w:tcW w:w="737" w:type="dxa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163607" w:rsidRPr="0033741E" w:rsidRDefault="00A83174">
            <w:pPr>
              <w:spacing w:after="0" w:line="221" w:lineRule="auto"/>
              <w:jc w:val="center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b/>
                <w:sz w:val="16"/>
              </w:rPr>
              <w:t>2</w:t>
            </w:r>
          </w:p>
        </w:tc>
      </w:tr>
      <w:tr w:rsidR="00163607" w:rsidRPr="0033741E">
        <w:trPr>
          <w:cantSplit/>
          <w:jc w:val="center"/>
        </w:trPr>
        <w:tc>
          <w:tcPr>
            <w:tcW w:w="964" w:type="dxa"/>
            <w:shd w:val="clear" w:color="auto" w:fill="F7F9FB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163607" w:rsidRPr="0033741E" w:rsidRDefault="00A83174">
            <w:pPr>
              <w:spacing w:after="0" w:line="221" w:lineRule="auto"/>
              <w:jc w:val="center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b/>
                <w:sz w:val="16"/>
              </w:rPr>
              <w:t>38–40</w:t>
            </w:r>
          </w:p>
        </w:tc>
        <w:tc>
          <w:tcPr>
            <w:tcW w:w="2438" w:type="dxa"/>
            <w:shd w:val="clear" w:color="auto" w:fill="F7F9FB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163607" w:rsidRPr="0033741E" w:rsidRDefault="00A83174">
            <w:pPr>
              <w:spacing w:after="0" w:line="221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b/>
                <w:sz w:val="16"/>
              </w:rPr>
              <w:t>Материалдар ж</w:t>
            </w:r>
            <w:r w:rsidRPr="0033741E">
              <w:rPr>
                <w:rFonts w:ascii="Cambria" w:hAnsi="Cambria" w:cs="Cambria"/>
                <w:b/>
                <w:sz w:val="16"/>
              </w:rPr>
              <w:t>ә</w:t>
            </w:r>
            <w:r w:rsidRPr="0033741E">
              <w:rPr>
                <w:rFonts w:ascii="Book Antiqua" w:hAnsi="Book Antiqua" w:cs="Book Antiqua"/>
                <w:b/>
                <w:sz w:val="16"/>
              </w:rPr>
              <w:t>неая</w:t>
            </w:r>
            <w:r w:rsidRPr="0033741E">
              <w:rPr>
                <w:rFonts w:ascii="Cambria" w:hAnsi="Cambria" w:cs="Cambria"/>
                <w:b/>
                <w:sz w:val="16"/>
              </w:rPr>
              <w:t>қ</w:t>
            </w:r>
            <w:r w:rsidRPr="0033741E">
              <w:rPr>
                <w:rFonts w:ascii="Book Antiqua" w:hAnsi="Book Antiqua" w:cs="Book Antiqua"/>
                <w:b/>
                <w:sz w:val="16"/>
              </w:rPr>
              <w:t>тау</w:t>
            </w:r>
          </w:p>
        </w:tc>
        <w:tc>
          <w:tcPr>
            <w:tcW w:w="2891" w:type="dxa"/>
            <w:shd w:val="clear" w:color="auto" w:fill="F7F9FB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163607" w:rsidRPr="0033741E" w:rsidRDefault="00A83174">
            <w:pPr>
              <w:spacing w:after="0" w:line="221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sz w:val="16"/>
              </w:rPr>
              <w:t>QR / сілтеме / бейнен</w:t>
            </w:r>
            <w:r w:rsidRPr="0033741E">
              <w:rPr>
                <w:rFonts w:ascii="Cambria" w:hAnsi="Cambria" w:cs="Cambria"/>
                <w:sz w:val="16"/>
              </w:rPr>
              <w:t>ұ</w:t>
            </w:r>
            <w:r w:rsidRPr="0033741E">
              <w:rPr>
                <w:rFonts w:ascii="Book Antiqua" w:hAnsi="Book Antiqua" w:cs="Book Antiqua"/>
                <w:sz w:val="16"/>
              </w:rPr>
              <w:t>с</w:t>
            </w:r>
            <w:r w:rsidRPr="0033741E">
              <w:rPr>
                <w:rFonts w:ascii="Cambria" w:hAnsi="Cambria" w:cs="Cambria"/>
                <w:sz w:val="16"/>
              </w:rPr>
              <w:t>қ</w:t>
            </w:r>
            <w:r w:rsidRPr="0033741E">
              <w:rPr>
                <w:rFonts w:ascii="Book Antiqua" w:hAnsi="Book Antiqua" w:cs="Book Antiqua"/>
                <w:sz w:val="16"/>
              </w:rPr>
              <w:t>аулы</w:t>
            </w:r>
            <w:r w:rsidRPr="0033741E">
              <w:rPr>
                <w:rFonts w:ascii="Cambria" w:hAnsi="Cambria" w:cs="Cambria"/>
                <w:sz w:val="16"/>
              </w:rPr>
              <w:t>қ</w:t>
            </w:r>
            <w:r w:rsidRPr="0033741E">
              <w:rPr>
                <w:rFonts w:ascii="Book Antiqua" w:hAnsi="Book Antiqua" w:cs="Book Antiqua"/>
                <w:sz w:val="16"/>
              </w:rPr>
              <w:t>тар</w:t>
            </w:r>
          </w:p>
        </w:tc>
        <w:tc>
          <w:tcPr>
            <w:tcW w:w="2948" w:type="dxa"/>
            <w:shd w:val="clear" w:color="auto" w:fill="F7F9FB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163607" w:rsidRPr="0033741E" w:rsidRDefault="00A83174">
            <w:pPr>
              <w:spacing w:after="0" w:line="221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sz w:val="16"/>
              </w:rPr>
              <w:t>О</w:t>
            </w:r>
            <w:r w:rsidRPr="0033741E">
              <w:rPr>
                <w:rFonts w:ascii="Cambria" w:hAnsi="Cambria" w:cs="Cambria"/>
                <w:sz w:val="16"/>
              </w:rPr>
              <w:t>қ</w:t>
            </w:r>
            <w:r w:rsidRPr="0033741E">
              <w:rPr>
                <w:rFonts w:ascii="Book Antiqua" w:hAnsi="Book Antiqua" w:cs="Book Antiqua"/>
                <w:sz w:val="16"/>
              </w:rPr>
              <w:t>ытуданкейін</w:t>
            </w:r>
            <w:r w:rsidRPr="0033741E">
              <w:rPr>
                <w:rFonts w:ascii="Cambria" w:hAnsi="Cambria" w:cs="Cambria"/>
                <w:sz w:val="16"/>
              </w:rPr>
              <w:t>қ</w:t>
            </w:r>
            <w:r w:rsidRPr="0033741E">
              <w:rPr>
                <w:rFonts w:ascii="Book Antiqua" w:hAnsi="Book Antiqua" w:cs="Book Antiqua"/>
                <w:sz w:val="16"/>
              </w:rPr>
              <w:t>атысушыматериалдарды</w:t>
            </w:r>
            <w:r w:rsidRPr="0033741E">
              <w:rPr>
                <w:rFonts w:ascii="Cambria" w:hAnsi="Cambria" w:cs="Cambria"/>
                <w:sz w:val="16"/>
              </w:rPr>
              <w:t>қ</w:t>
            </w:r>
            <w:r w:rsidRPr="0033741E">
              <w:rPr>
                <w:rFonts w:ascii="Book Antiqua" w:hAnsi="Book Antiqua" w:cs="Book Antiqua"/>
                <w:sz w:val="16"/>
              </w:rPr>
              <w:t>айдан</w:t>
            </w:r>
            <w:r w:rsidRPr="0033741E">
              <w:rPr>
                <w:rFonts w:ascii="Cambria" w:hAnsi="Cambria" w:cs="Cambria"/>
                <w:sz w:val="16"/>
              </w:rPr>
              <w:t>қ</w:t>
            </w:r>
            <w:r w:rsidRPr="0033741E">
              <w:rPr>
                <w:rFonts w:ascii="Book Antiqua" w:hAnsi="Book Antiqua" w:cs="Book Antiqua"/>
                <w:sz w:val="16"/>
              </w:rPr>
              <w:t>арайтынынк</w:t>
            </w:r>
            <w:r w:rsidRPr="0033741E">
              <w:rPr>
                <w:rFonts w:ascii="Cambria" w:hAnsi="Cambria" w:cs="Cambria"/>
                <w:sz w:val="16"/>
              </w:rPr>
              <w:t>ө</w:t>
            </w:r>
            <w:r w:rsidRPr="0033741E">
              <w:rPr>
                <w:rFonts w:ascii="Book Antiqua" w:hAnsi="Book Antiqua" w:cs="Book Antiqua"/>
                <w:sz w:val="16"/>
              </w:rPr>
              <w:t>рсету</w:t>
            </w:r>
            <w:r w:rsidRPr="0033741E">
              <w:rPr>
                <w:rFonts w:ascii="Book Antiqua" w:hAnsi="Book Antiqua"/>
                <w:sz w:val="16"/>
              </w:rPr>
              <w:t>.</w:t>
            </w:r>
          </w:p>
        </w:tc>
        <w:tc>
          <w:tcPr>
            <w:tcW w:w="737" w:type="dxa"/>
            <w:shd w:val="clear" w:color="auto" w:fill="F7F9FB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163607" w:rsidRPr="0033741E" w:rsidRDefault="00A83174">
            <w:pPr>
              <w:spacing w:after="0" w:line="221" w:lineRule="auto"/>
              <w:jc w:val="center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b/>
                <w:sz w:val="16"/>
              </w:rPr>
              <w:t>2</w:t>
            </w:r>
          </w:p>
        </w:tc>
      </w:tr>
    </w:tbl>
    <w:p w:rsidR="00163607" w:rsidRPr="0033741E" w:rsidRDefault="00163607">
      <w:pPr>
        <w:rPr>
          <w:rFonts w:ascii="Book Antiqua" w:hAnsi="Book Antiqua"/>
        </w:rPr>
        <w:sectPr w:rsidR="00163607" w:rsidRPr="0033741E">
          <w:footerReference w:type="default" r:id="rId8"/>
          <w:pgSz w:w="12240" w:h="15840"/>
          <w:pgMar w:top="822" w:right="935" w:bottom="822" w:left="935" w:header="720" w:footer="720" w:gutter="0"/>
          <w:cols w:space="720"/>
          <w:docGrid w:linePitch="360"/>
        </w:sectPr>
      </w:pPr>
    </w:p>
    <w:p w:rsidR="00163607" w:rsidRPr="0033741E" w:rsidRDefault="00A83174">
      <w:pPr>
        <w:pStyle w:val="1"/>
        <w:rPr>
          <w:rFonts w:ascii="Book Antiqua" w:hAnsi="Book Antiqua"/>
        </w:rPr>
      </w:pPr>
      <w:r w:rsidRPr="0033741E">
        <w:rPr>
          <w:rFonts w:ascii="Book Antiqua" w:hAnsi="Book Antiqua"/>
        </w:rPr>
        <w:lastRenderedPageBreak/>
        <w:t>3-б</w:t>
      </w:r>
      <w:r w:rsidRPr="0033741E">
        <w:rPr>
          <w:rFonts w:ascii="Cambria" w:hAnsi="Cambria" w:cs="Cambria"/>
        </w:rPr>
        <w:t>ө</w:t>
      </w:r>
      <w:r w:rsidRPr="0033741E">
        <w:rPr>
          <w:rFonts w:ascii="Book Antiqua" w:hAnsi="Book Antiqua" w:cs="Book Antiqua"/>
        </w:rPr>
        <w:t>лім</w:t>
      </w:r>
      <w:r w:rsidRPr="0033741E">
        <w:rPr>
          <w:rFonts w:ascii="Book Antiqua" w:hAnsi="Book Antiqua"/>
        </w:rPr>
        <w:t xml:space="preserve">. </w:t>
      </w:r>
      <w:r w:rsidRPr="0033741E">
        <w:rPr>
          <w:rFonts w:ascii="Book Antiqua" w:hAnsi="Book Antiqua" w:cs="Book Antiqua"/>
        </w:rPr>
        <w:t>Ж</w:t>
      </w:r>
      <w:r w:rsidRPr="0033741E">
        <w:rPr>
          <w:rFonts w:ascii="Cambria" w:hAnsi="Cambria" w:cs="Cambria"/>
        </w:rPr>
        <w:t>ү</w:t>
      </w:r>
      <w:r w:rsidRPr="0033741E">
        <w:rPr>
          <w:rFonts w:ascii="Book Antiqua" w:hAnsi="Book Antiqua" w:cs="Book Antiqua"/>
        </w:rPr>
        <w:t>ргізушіні</w:t>
      </w:r>
      <w:r w:rsidRPr="0033741E">
        <w:rPr>
          <w:rFonts w:ascii="Cambria" w:hAnsi="Cambria" w:cs="Cambria"/>
        </w:rPr>
        <w:t>ң</w:t>
      </w:r>
      <w:r w:rsidRPr="0033741E">
        <w:rPr>
          <w:rFonts w:ascii="Book Antiqua" w:hAnsi="Book Antiqua" w:cs="Book Antiqua"/>
        </w:rPr>
        <w:t>сценарийі</w:t>
      </w:r>
    </w:p>
    <w:p w:rsidR="00163607" w:rsidRPr="0033741E" w:rsidRDefault="00A83174">
      <w:pPr>
        <w:pStyle w:val="Note"/>
        <w:rPr>
          <w:rFonts w:ascii="Book Antiqua" w:hAnsi="Book Antiqua"/>
        </w:rPr>
      </w:pPr>
      <w:r w:rsidRPr="0033741E">
        <w:rPr>
          <w:rFonts w:ascii="Book Antiqua" w:hAnsi="Book Antiqua"/>
        </w:rPr>
        <w:t>«Ж</w:t>
      </w:r>
      <w:r w:rsidRPr="0033741E">
        <w:rPr>
          <w:rFonts w:ascii="Cambria" w:hAnsi="Cambria" w:cs="Cambria"/>
        </w:rPr>
        <w:t>ү</w:t>
      </w:r>
      <w:r w:rsidRPr="0033741E">
        <w:rPr>
          <w:rFonts w:ascii="Book Antiqua" w:hAnsi="Book Antiqua" w:cs="Book Antiqua"/>
        </w:rPr>
        <w:t>ргізушінеайтады»ба</w:t>
      </w:r>
      <w:r w:rsidRPr="0033741E">
        <w:rPr>
          <w:rFonts w:ascii="Cambria" w:hAnsi="Cambria" w:cs="Cambria"/>
        </w:rPr>
        <w:t>ғ</w:t>
      </w:r>
      <w:r w:rsidRPr="0033741E">
        <w:rPr>
          <w:rFonts w:ascii="Book Antiqua" w:hAnsi="Book Antiqua" w:cs="Book Antiqua"/>
        </w:rPr>
        <w:t>анында</w:t>
      </w:r>
      <w:r w:rsidRPr="0033741E">
        <w:rPr>
          <w:rFonts w:ascii="Cambria" w:hAnsi="Cambria" w:cs="Cambria"/>
        </w:rPr>
        <w:t>ғ</w:t>
      </w:r>
      <w:r w:rsidRPr="0033741E">
        <w:rPr>
          <w:rFonts w:ascii="Book Antiqua" w:hAnsi="Book Antiqua" w:cs="Book Antiqua"/>
        </w:rPr>
        <w:t>ым</w:t>
      </w:r>
      <w:r w:rsidRPr="0033741E">
        <w:rPr>
          <w:rFonts w:ascii="Cambria" w:hAnsi="Cambria" w:cs="Cambria"/>
        </w:rPr>
        <w:t>ә</w:t>
      </w:r>
      <w:r w:rsidRPr="0033741E">
        <w:rPr>
          <w:rFonts w:ascii="Book Antiqua" w:hAnsi="Book Antiqua" w:cs="Book Antiqua"/>
        </w:rPr>
        <w:t>тін</w:t>
      </w:r>
      <w:r w:rsidR="0033741E" w:rsidRPr="0033741E">
        <w:rPr>
          <w:rFonts w:ascii="Book Antiqua" w:hAnsi="Book Antiqua"/>
        </w:rPr>
        <w:t>–</w:t>
      </w:r>
      <w:r w:rsidRPr="0033741E">
        <w:rPr>
          <w:rFonts w:ascii="Book Antiqua" w:hAnsi="Book Antiqua"/>
        </w:rPr>
        <w:t>тірекм</w:t>
      </w:r>
      <w:r w:rsidRPr="0033741E">
        <w:rPr>
          <w:rFonts w:ascii="Cambria" w:hAnsi="Cambria" w:cs="Cambria"/>
        </w:rPr>
        <w:t>ә</w:t>
      </w:r>
      <w:r w:rsidRPr="0033741E">
        <w:rPr>
          <w:rFonts w:ascii="Book Antiqua" w:hAnsi="Book Antiqua" w:cs="Book Antiqua"/>
        </w:rPr>
        <w:t>тін</w:t>
      </w:r>
      <w:r w:rsidRPr="0033741E">
        <w:rPr>
          <w:rFonts w:ascii="Book Antiqua" w:hAnsi="Book Antiqua"/>
        </w:rPr>
        <w:t xml:space="preserve">. </w:t>
      </w:r>
      <w:r w:rsidRPr="0033741E">
        <w:rPr>
          <w:rFonts w:ascii="Book Antiqua" w:hAnsi="Book Antiqua" w:cs="Book Antiqua"/>
        </w:rPr>
        <w:t>Оныс</w:t>
      </w:r>
      <w:r w:rsidRPr="0033741E">
        <w:rPr>
          <w:rFonts w:ascii="Cambria" w:hAnsi="Cambria" w:cs="Cambria"/>
        </w:rPr>
        <w:t>ө</w:t>
      </w:r>
      <w:r w:rsidRPr="0033741E">
        <w:rPr>
          <w:rFonts w:ascii="Book Antiqua" w:hAnsi="Book Antiqua" w:cs="Book Antiqua"/>
        </w:rPr>
        <w:t>збе</w:t>
      </w:r>
      <w:r w:rsidRPr="0033741E">
        <w:rPr>
          <w:rFonts w:ascii="Book Antiqua" w:hAnsi="Book Antiqua"/>
        </w:rPr>
        <w:t>-</w:t>
      </w:r>
      <w:r w:rsidRPr="0033741E">
        <w:rPr>
          <w:rFonts w:ascii="Book Antiqua" w:hAnsi="Book Antiqua" w:cs="Book Antiqua"/>
        </w:rPr>
        <w:t>с</w:t>
      </w:r>
      <w:r w:rsidRPr="0033741E">
        <w:rPr>
          <w:rFonts w:ascii="Cambria" w:hAnsi="Cambria" w:cs="Cambria"/>
        </w:rPr>
        <w:t>ө</w:t>
      </w:r>
      <w:r w:rsidRPr="0033741E">
        <w:rPr>
          <w:rFonts w:ascii="Book Antiqua" w:hAnsi="Book Antiqua" w:cs="Book Antiqua"/>
        </w:rPr>
        <w:t>зо</w:t>
      </w:r>
      <w:r w:rsidRPr="0033741E">
        <w:rPr>
          <w:rFonts w:ascii="Cambria" w:hAnsi="Cambria" w:cs="Cambria"/>
        </w:rPr>
        <w:t>қ</w:t>
      </w:r>
      <w:r w:rsidRPr="0033741E">
        <w:rPr>
          <w:rFonts w:ascii="Book Antiqua" w:hAnsi="Book Antiqua" w:cs="Book Antiqua"/>
        </w:rPr>
        <w:t>уды</w:t>
      </w:r>
      <w:r w:rsidRPr="0033741E">
        <w:rPr>
          <w:rFonts w:ascii="Cambria" w:hAnsi="Cambria" w:cs="Cambria"/>
        </w:rPr>
        <w:t>ңқ</w:t>
      </w:r>
      <w:r w:rsidRPr="0033741E">
        <w:rPr>
          <w:rFonts w:ascii="Book Antiqua" w:hAnsi="Book Antiqua" w:cs="Book Antiqua"/>
        </w:rPr>
        <w:t>ажетіжо</w:t>
      </w:r>
      <w:r w:rsidRPr="0033741E">
        <w:rPr>
          <w:rFonts w:ascii="Cambria" w:hAnsi="Cambria" w:cs="Cambria"/>
        </w:rPr>
        <w:t>қ</w:t>
      </w:r>
      <w:r w:rsidRPr="0033741E">
        <w:rPr>
          <w:rFonts w:ascii="Book Antiqua" w:hAnsi="Book Antiqua"/>
        </w:rPr>
        <w:t xml:space="preserve">. </w:t>
      </w:r>
      <w:r w:rsidRPr="0033741E">
        <w:rPr>
          <w:rFonts w:ascii="Book Antiqua" w:hAnsi="Book Antiqua" w:cs="Book Antiqua"/>
        </w:rPr>
        <w:t>О</w:t>
      </w:r>
      <w:r w:rsidRPr="0033741E">
        <w:rPr>
          <w:rFonts w:ascii="Cambria" w:hAnsi="Cambria" w:cs="Cambria"/>
        </w:rPr>
        <w:t>ң</w:t>
      </w:r>
      <w:r w:rsidRPr="0033741E">
        <w:rPr>
          <w:rFonts w:ascii="Book Antiqua" w:hAnsi="Book Antiqua" w:cs="Book Antiqua"/>
        </w:rPr>
        <w:t>жа</w:t>
      </w:r>
      <w:r w:rsidRPr="0033741E">
        <w:rPr>
          <w:rFonts w:ascii="Cambria" w:hAnsi="Cambria" w:cs="Cambria"/>
        </w:rPr>
        <w:t>қ</w:t>
      </w:r>
      <w:r w:rsidRPr="0033741E">
        <w:rPr>
          <w:rFonts w:ascii="Book Antiqua" w:hAnsi="Book Antiqua" w:cs="Book Antiqua"/>
        </w:rPr>
        <w:t>та</w:t>
      </w:r>
      <w:r w:rsidRPr="0033741E">
        <w:rPr>
          <w:rFonts w:ascii="Cambria" w:hAnsi="Cambria" w:cs="Cambria"/>
        </w:rPr>
        <w:t>ғ</w:t>
      </w:r>
      <w:r w:rsidRPr="0033741E">
        <w:rPr>
          <w:rFonts w:ascii="Book Antiqua" w:hAnsi="Book Antiqua" w:cs="Book Antiqua"/>
        </w:rPr>
        <w:t>ыекіба</w:t>
      </w:r>
      <w:r w:rsidRPr="0033741E">
        <w:rPr>
          <w:rFonts w:ascii="Cambria" w:hAnsi="Cambria" w:cs="Cambria"/>
        </w:rPr>
        <w:t>ғ</w:t>
      </w:r>
      <w:r w:rsidRPr="0033741E">
        <w:rPr>
          <w:rFonts w:ascii="Book Antiqua" w:hAnsi="Book Antiqua" w:cs="Book Antiqua"/>
        </w:rPr>
        <w:t>анда</w:t>
      </w:r>
      <w:r w:rsidRPr="0033741E">
        <w:rPr>
          <w:rFonts w:ascii="Cambria" w:hAnsi="Cambria" w:cs="Cambria"/>
        </w:rPr>
        <w:t>ғ</w:t>
      </w:r>
      <w:r w:rsidRPr="0033741E">
        <w:rPr>
          <w:rFonts w:ascii="Book Antiqua" w:hAnsi="Book Antiqua" w:cs="Book Antiqua"/>
        </w:rPr>
        <w:t>ыескертпелер</w:t>
      </w:r>
      <w:r w:rsidRPr="0033741E">
        <w:rPr>
          <w:rFonts w:ascii="Cambria" w:hAnsi="Cambria" w:cs="Cambria"/>
        </w:rPr>
        <w:t>қ</w:t>
      </w:r>
      <w:r w:rsidRPr="0033741E">
        <w:rPr>
          <w:rFonts w:ascii="Book Antiqua" w:hAnsi="Book Antiqua" w:cs="Book Antiqua"/>
        </w:rPr>
        <w:t>атысушылар</w:t>
      </w:r>
      <w:r w:rsidRPr="0033741E">
        <w:rPr>
          <w:rFonts w:ascii="Cambria" w:hAnsi="Cambria" w:cs="Cambria"/>
        </w:rPr>
        <w:t>ғ</w:t>
      </w:r>
      <w:r w:rsidRPr="0033741E">
        <w:rPr>
          <w:rFonts w:ascii="Book Antiqua" w:hAnsi="Book Antiqua" w:cs="Book Antiqua"/>
        </w:rPr>
        <w:t>аайтылмайды</w:t>
      </w:r>
      <w:r w:rsidRPr="0033741E">
        <w:rPr>
          <w:rFonts w:ascii="Book Antiqua" w:hAnsi="Book Antiqua"/>
        </w:rPr>
        <w:t>.</w:t>
      </w:r>
    </w:p>
    <w:tbl>
      <w:tblPr>
        <w:tblW w:w="0" w:type="auto"/>
        <w:jc w:val="center"/>
        <w:tblLayout w:type="fixed"/>
        <w:tblLook w:val="04A0"/>
      </w:tblPr>
      <w:tblGrid>
        <w:gridCol w:w="1134"/>
        <w:gridCol w:w="6690"/>
        <w:gridCol w:w="4309"/>
        <w:gridCol w:w="3628"/>
      </w:tblGrid>
      <w:tr w:rsidR="00163607" w:rsidRPr="0033741E">
        <w:trPr>
          <w:tblHeader/>
          <w:jc w:val="center"/>
        </w:trPr>
        <w:tc>
          <w:tcPr>
            <w:tcW w:w="1134" w:type="dxa"/>
            <w:shd w:val="clear" w:color="auto" w:fill="1F4E78"/>
          </w:tcPr>
          <w:p w:rsidR="00163607" w:rsidRPr="0033741E" w:rsidRDefault="00A83174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b/>
                <w:color w:val="FFFFFF"/>
                <w:sz w:val="18"/>
              </w:rPr>
              <w:t>Уа</w:t>
            </w:r>
            <w:r w:rsidRPr="0033741E">
              <w:rPr>
                <w:rFonts w:ascii="Cambria" w:hAnsi="Cambria" w:cs="Cambria"/>
                <w:b/>
                <w:color w:val="FFFFFF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b/>
                <w:color w:val="FFFFFF"/>
                <w:sz w:val="18"/>
              </w:rPr>
              <w:t>ыт</w:t>
            </w:r>
          </w:p>
        </w:tc>
        <w:tc>
          <w:tcPr>
            <w:tcW w:w="6690" w:type="dxa"/>
            <w:shd w:val="clear" w:color="auto" w:fill="1F4E78"/>
          </w:tcPr>
          <w:p w:rsidR="00163607" w:rsidRPr="0033741E" w:rsidRDefault="00A83174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b/>
                <w:color w:val="FFFFFF"/>
                <w:sz w:val="18"/>
              </w:rPr>
              <w:t>Ж</w:t>
            </w:r>
            <w:r w:rsidRPr="0033741E">
              <w:rPr>
                <w:rFonts w:ascii="Cambria" w:hAnsi="Cambria" w:cs="Cambria"/>
                <w:b/>
                <w:color w:val="FFFFFF"/>
                <w:sz w:val="18"/>
              </w:rPr>
              <w:t>ү</w:t>
            </w:r>
            <w:r w:rsidRPr="0033741E">
              <w:rPr>
                <w:rFonts w:ascii="Book Antiqua" w:hAnsi="Book Antiqua" w:cs="Book Antiqua"/>
                <w:b/>
                <w:color w:val="FFFFFF"/>
                <w:sz w:val="18"/>
              </w:rPr>
              <w:t>ргізушінеайтады</w:t>
            </w:r>
          </w:p>
        </w:tc>
        <w:tc>
          <w:tcPr>
            <w:tcW w:w="4309" w:type="dxa"/>
            <w:shd w:val="clear" w:color="auto" w:fill="1F4E78"/>
          </w:tcPr>
          <w:p w:rsidR="00163607" w:rsidRPr="0033741E" w:rsidRDefault="00A83174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b/>
                <w:color w:val="FFFFFF"/>
                <w:sz w:val="18"/>
              </w:rPr>
              <w:t>Экранда не к</w:t>
            </w:r>
            <w:r w:rsidRPr="0033741E">
              <w:rPr>
                <w:rFonts w:ascii="Cambria" w:hAnsi="Cambria" w:cs="Cambria"/>
                <w:b/>
                <w:color w:val="FFFFFF"/>
                <w:sz w:val="18"/>
              </w:rPr>
              <w:t>ө</w:t>
            </w:r>
            <w:r w:rsidRPr="0033741E">
              <w:rPr>
                <w:rFonts w:ascii="Book Antiqua" w:hAnsi="Book Antiqua" w:cs="Book Antiqua"/>
                <w:b/>
                <w:color w:val="FFFFFF"/>
                <w:sz w:val="18"/>
              </w:rPr>
              <w:t>рсетеді</w:t>
            </w:r>
          </w:p>
        </w:tc>
        <w:tc>
          <w:tcPr>
            <w:tcW w:w="3628" w:type="dxa"/>
            <w:shd w:val="clear" w:color="auto" w:fill="1F4E78"/>
          </w:tcPr>
          <w:p w:rsidR="00163607" w:rsidRPr="0033741E" w:rsidRDefault="00A83174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b/>
                <w:color w:val="FFFFFF"/>
                <w:sz w:val="18"/>
              </w:rPr>
              <w:t>Ж</w:t>
            </w:r>
            <w:r w:rsidRPr="0033741E">
              <w:rPr>
                <w:rFonts w:ascii="Cambria" w:hAnsi="Cambria" w:cs="Cambria"/>
                <w:b/>
                <w:color w:val="FFFFFF"/>
                <w:sz w:val="18"/>
              </w:rPr>
              <w:t>ү</w:t>
            </w:r>
            <w:r w:rsidRPr="0033741E">
              <w:rPr>
                <w:rFonts w:ascii="Book Antiqua" w:hAnsi="Book Antiqua" w:cs="Book Antiqua"/>
                <w:b/>
                <w:color w:val="FFFFFF"/>
                <w:sz w:val="18"/>
              </w:rPr>
              <w:t>ргізушігеескерту</w:t>
            </w:r>
          </w:p>
        </w:tc>
      </w:tr>
      <w:tr w:rsidR="00163607" w:rsidRPr="0033741E">
        <w:trPr>
          <w:cantSplit/>
          <w:jc w:val="center"/>
        </w:trPr>
        <w:tc>
          <w:tcPr>
            <w:tcW w:w="1134" w:type="dxa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163607" w:rsidRPr="0033741E" w:rsidRDefault="00A83174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b/>
                <w:sz w:val="17"/>
              </w:rPr>
              <w:t>0–2</w:t>
            </w:r>
          </w:p>
        </w:tc>
        <w:tc>
          <w:tcPr>
            <w:tcW w:w="6690" w:type="dxa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163607" w:rsidRPr="0033741E" w:rsidRDefault="00A83174">
            <w:pPr>
              <w:spacing w:after="0" w:line="240" w:lineRule="auto"/>
              <w:rPr>
                <w:rFonts w:ascii="Book Antiqua" w:hAnsi="Book Antiqua"/>
              </w:rPr>
            </w:pP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айырлы</w:t>
            </w:r>
            <w:r w:rsidRPr="0033741E">
              <w:rPr>
                <w:rFonts w:ascii="Book Antiqua" w:hAnsi="Book Antiqua"/>
                <w:sz w:val="18"/>
              </w:rPr>
              <w:t xml:space="preserve"> к</w:t>
            </w:r>
            <w:r w:rsidRPr="0033741E">
              <w:rPr>
                <w:rFonts w:ascii="Cambria" w:hAnsi="Cambria" w:cs="Cambria"/>
                <w:sz w:val="18"/>
              </w:rPr>
              <w:t>ү</w:t>
            </w:r>
            <w:r w:rsidRPr="0033741E">
              <w:rPr>
                <w:rFonts w:ascii="Book Antiqua" w:hAnsi="Book Antiqua" w:cs="Book Antiqua"/>
                <w:sz w:val="18"/>
              </w:rPr>
              <w:t>н</w:t>
            </w:r>
            <w:r w:rsidRPr="0033741E">
              <w:rPr>
                <w:rFonts w:ascii="Book Antiqua" w:hAnsi="Book Antiqua"/>
                <w:sz w:val="18"/>
              </w:rPr>
              <w:t xml:space="preserve">, </w:t>
            </w:r>
            <w:r w:rsidRPr="0033741E">
              <w:rPr>
                <w:rFonts w:ascii="Cambria" w:hAnsi="Cambria" w:cs="Cambria"/>
                <w:sz w:val="18"/>
              </w:rPr>
              <w:t>ә</w:t>
            </w:r>
            <w:r w:rsidRPr="0033741E">
              <w:rPr>
                <w:rFonts w:ascii="Book Antiqua" w:hAnsi="Book Antiqua" w:cs="Book Antiqua"/>
                <w:sz w:val="18"/>
              </w:rPr>
              <w:t>ріптестер</w:t>
            </w:r>
            <w:r w:rsidRPr="0033741E">
              <w:rPr>
                <w:rFonts w:ascii="Book Antiqua" w:hAnsi="Book Antiqua"/>
                <w:sz w:val="18"/>
              </w:rPr>
              <w:t xml:space="preserve">. </w:t>
            </w:r>
            <w:r w:rsidRPr="0033741E">
              <w:rPr>
                <w:rFonts w:ascii="Book Antiqua" w:hAnsi="Book Antiqua" w:cs="Book Antiqua"/>
                <w:sz w:val="18"/>
              </w:rPr>
              <w:t>Б</w:t>
            </w:r>
            <w:r w:rsidRPr="0033741E">
              <w:rPr>
                <w:rFonts w:ascii="Cambria" w:hAnsi="Cambria" w:cs="Cambria"/>
                <w:sz w:val="18"/>
              </w:rPr>
              <w:t>ү</w:t>
            </w:r>
            <w:r w:rsidRPr="0033741E">
              <w:rPr>
                <w:rFonts w:ascii="Book Antiqua" w:hAnsi="Book Antiqua" w:cs="Book Antiqua"/>
                <w:sz w:val="18"/>
              </w:rPr>
              <w:t>гінп</w:t>
            </w:r>
            <w:r w:rsidRPr="0033741E">
              <w:rPr>
                <w:rFonts w:ascii="Book Antiqua" w:hAnsi="Book Antiqua"/>
                <w:sz w:val="18"/>
              </w:rPr>
              <w:t>латформада</w:t>
            </w:r>
            <w:r w:rsidRPr="0033741E">
              <w:rPr>
                <w:rFonts w:ascii="Cambria" w:hAnsi="Cambria" w:cs="Cambria"/>
                <w:sz w:val="18"/>
              </w:rPr>
              <w:t>ғ</w:t>
            </w:r>
            <w:r w:rsidRPr="0033741E">
              <w:rPr>
                <w:rFonts w:ascii="Book Antiqua" w:hAnsi="Book Antiqua" w:cs="Book Antiqua"/>
                <w:sz w:val="18"/>
              </w:rPr>
              <w:t>ысыныпжетекшісіні</w:t>
            </w:r>
            <w:r w:rsidRPr="0033741E">
              <w:rPr>
                <w:rFonts w:ascii="Cambria" w:hAnsi="Cambria" w:cs="Cambria"/>
                <w:sz w:val="18"/>
              </w:rPr>
              <w:t>ң</w:t>
            </w:r>
            <w:r w:rsidRPr="0033741E">
              <w:rPr>
                <w:rFonts w:ascii="Book Antiqua" w:hAnsi="Book Antiqua" w:cs="Book Antiqua"/>
                <w:sz w:val="18"/>
              </w:rPr>
              <w:t>ж</w:t>
            </w:r>
            <w:r w:rsidRPr="0033741E">
              <w:rPr>
                <w:rFonts w:ascii="Cambria" w:hAnsi="Cambria" w:cs="Cambria"/>
                <w:sz w:val="18"/>
              </w:rPr>
              <w:t>ұ</w:t>
            </w:r>
            <w:r w:rsidRPr="0033741E">
              <w:rPr>
                <w:rFonts w:ascii="Book Antiqua" w:hAnsi="Book Antiqua" w:cs="Book Antiqua"/>
                <w:sz w:val="18"/>
              </w:rPr>
              <w:t>мысмаршрутын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арастырамыз</w:t>
            </w:r>
            <w:r w:rsidRPr="0033741E">
              <w:rPr>
                <w:rFonts w:ascii="Book Antiqua" w:hAnsi="Book Antiqua"/>
                <w:sz w:val="18"/>
              </w:rPr>
              <w:t xml:space="preserve">. 40 </w:t>
            </w:r>
            <w:r w:rsidRPr="0033741E">
              <w:rPr>
                <w:rFonts w:ascii="Book Antiqua" w:hAnsi="Book Antiqua" w:cs="Book Antiqua"/>
                <w:sz w:val="18"/>
              </w:rPr>
              <w:t>минутішінде</w:t>
            </w:r>
            <w:r w:rsidRPr="0033741E">
              <w:rPr>
                <w:rFonts w:ascii="Cambria" w:hAnsi="Cambria" w:cs="Cambria"/>
                <w:sz w:val="18"/>
              </w:rPr>
              <w:t>ө</w:t>
            </w:r>
            <w:r w:rsidRPr="0033741E">
              <w:rPr>
                <w:rFonts w:ascii="Book Antiqua" w:hAnsi="Book Antiqua" w:cs="Book Antiqua"/>
                <w:sz w:val="18"/>
              </w:rPr>
              <w:t>зсыныбы</w:t>
            </w:r>
            <w:r w:rsidRPr="0033741E">
              <w:rPr>
                <w:rFonts w:ascii="Cambria" w:hAnsi="Cambria" w:cs="Cambria"/>
                <w:sz w:val="18"/>
              </w:rPr>
              <w:t>ң</w:t>
            </w:r>
            <w:r w:rsidRPr="0033741E">
              <w:rPr>
                <w:rFonts w:ascii="Book Antiqua" w:hAnsi="Book Antiqua" w:cs="Book Antiqua"/>
                <w:sz w:val="18"/>
              </w:rPr>
              <w:t>ызды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алайашу</w:t>
            </w:r>
            <w:r w:rsidRPr="0033741E">
              <w:rPr>
                <w:rFonts w:ascii="Book Antiqua" w:hAnsi="Book Antiqua"/>
                <w:sz w:val="18"/>
              </w:rPr>
              <w:t xml:space="preserve">, </w:t>
            </w:r>
            <w:r w:rsidRPr="0033741E">
              <w:rPr>
                <w:rFonts w:ascii="Book Antiqua" w:hAnsi="Book Antiqua" w:cs="Book Antiqua"/>
                <w:sz w:val="18"/>
              </w:rPr>
              <w:t>деректерді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алайенгізуж</w:t>
            </w:r>
            <w:r w:rsidRPr="0033741E">
              <w:rPr>
                <w:rFonts w:ascii="Cambria" w:hAnsi="Cambria" w:cs="Cambria"/>
                <w:sz w:val="18"/>
              </w:rPr>
              <w:t>ә</w:t>
            </w:r>
            <w:r w:rsidRPr="0033741E">
              <w:rPr>
                <w:rFonts w:ascii="Book Antiqua" w:hAnsi="Book Antiqua" w:cs="Book Antiqua"/>
                <w:sz w:val="18"/>
              </w:rPr>
              <w:t>нежа</w:t>
            </w:r>
            <w:r w:rsidRPr="0033741E">
              <w:rPr>
                <w:rFonts w:ascii="Cambria" w:hAnsi="Cambria" w:cs="Cambria"/>
                <w:sz w:val="18"/>
              </w:rPr>
              <w:t>ң</w:t>
            </w:r>
            <w:r w:rsidRPr="0033741E">
              <w:rPr>
                <w:rFonts w:ascii="Book Antiqua" w:hAnsi="Book Antiqua" w:cs="Book Antiqua"/>
                <w:sz w:val="18"/>
              </w:rPr>
              <w:t>арту</w:t>
            </w:r>
            <w:r w:rsidRPr="0033741E">
              <w:rPr>
                <w:rFonts w:ascii="Book Antiqua" w:hAnsi="Book Antiqua"/>
                <w:sz w:val="18"/>
              </w:rPr>
              <w:t xml:space="preserve">, </w:t>
            </w:r>
            <w:r w:rsidRPr="0033741E">
              <w:rPr>
                <w:rFonts w:ascii="Book Antiqua" w:hAnsi="Book Antiqua" w:cs="Book Antiqua"/>
                <w:sz w:val="18"/>
              </w:rPr>
              <w:t>ба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ылауменат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арыл</w:t>
            </w:r>
            <w:r w:rsidRPr="0033741E">
              <w:rPr>
                <w:rFonts w:ascii="Cambria" w:hAnsi="Cambria" w:cs="Cambria"/>
                <w:sz w:val="18"/>
              </w:rPr>
              <w:t>ғ</w:t>
            </w:r>
            <w:r w:rsidRPr="0033741E">
              <w:rPr>
                <w:rFonts w:ascii="Book Antiqua" w:hAnsi="Book Antiqua" w:cs="Book Antiqua"/>
                <w:sz w:val="18"/>
              </w:rPr>
              <w:t>анж</w:t>
            </w:r>
            <w:r w:rsidRPr="0033741E">
              <w:rPr>
                <w:rFonts w:ascii="Cambria" w:hAnsi="Cambria" w:cs="Cambria"/>
                <w:sz w:val="18"/>
              </w:rPr>
              <w:t>ұ</w:t>
            </w:r>
            <w:r w:rsidRPr="0033741E">
              <w:rPr>
                <w:rFonts w:ascii="Book Antiqua" w:hAnsi="Book Antiqua" w:cs="Book Antiqua"/>
                <w:sz w:val="18"/>
              </w:rPr>
              <w:t>мысты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алайтіркеу</w:t>
            </w:r>
            <w:r w:rsidRPr="0033741E">
              <w:rPr>
                <w:rFonts w:ascii="Book Antiqua" w:hAnsi="Book Antiqua"/>
                <w:sz w:val="18"/>
              </w:rPr>
              <w:t xml:space="preserve">, </w:t>
            </w:r>
            <w:r w:rsidRPr="0033741E">
              <w:rPr>
                <w:rFonts w:ascii="Book Antiqua" w:hAnsi="Book Antiqua" w:cs="Book Antiqua"/>
                <w:sz w:val="18"/>
              </w:rPr>
              <w:t>сондай</w:t>
            </w:r>
            <w:r w:rsidRPr="0033741E">
              <w:rPr>
                <w:rFonts w:ascii="Book Antiqua" w:hAnsi="Book Antiqua"/>
                <w:sz w:val="18"/>
              </w:rPr>
              <w:t>-</w:t>
            </w:r>
            <w:r w:rsidRPr="0033741E">
              <w:rPr>
                <w:rFonts w:ascii="Book Antiqua" w:hAnsi="Book Antiqua" w:cs="Book Antiqua"/>
                <w:sz w:val="18"/>
              </w:rPr>
              <w:t>а</w:t>
            </w:r>
            <w:r w:rsidRPr="0033741E">
              <w:rPr>
                <w:rFonts w:ascii="Cambria" w:hAnsi="Cambria" w:cs="Cambria"/>
                <w:sz w:val="18"/>
              </w:rPr>
              <w:t>ққ</w:t>
            </w:r>
            <w:r w:rsidRPr="0033741E">
              <w:rPr>
                <w:rFonts w:ascii="Book Antiqua" w:hAnsi="Book Antiqua" w:cs="Book Antiqua"/>
                <w:sz w:val="18"/>
              </w:rPr>
              <w:t>ажетбол</w:t>
            </w:r>
            <w:r w:rsidRPr="0033741E">
              <w:rPr>
                <w:rFonts w:ascii="Cambria" w:hAnsi="Cambria" w:cs="Cambria"/>
                <w:sz w:val="18"/>
              </w:rPr>
              <w:t>ғ</w:t>
            </w:r>
            <w:r w:rsidRPr="0033741E">
              <w:rPr>
                <w:rFonts w:ascii="Book Antiqua" w:hAnsi="Book Antiqua" w:cs="Book Antiqua"/>
                <w:sz w:val="18"/>
              </w:rPr>
              <w:t>анжа</w:t>
            </w:r>
            <w:r w:rsidRPr="0033741E">
              <w:rPr>
                <w:rFonts w:ascii="Cambria" w:hAnsi="Cambria" w:cs="Cambria"/>
                <w:sz w:val="18"/>
              </w:rPr>
              <w:t>ғ</w:t>
            </w:r>
            <w:r w:rsidRPr="0033741E">
              <w:rPr>
                <w:rFonts w:ascii="Book Antiqua" w:hAnsi="Book Antiqua" w:cs="Book Antiqua"/>
                <w:sz w:val="18"/>
              </w:rPr>
              <w:t>дайдаа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параттымаман</w:t>
            </w:r>
            <w:r w:rsidRPr="0033741E">
              <w:rPr>
                <w:rFonts w:ascii="Cambria" w:hAnsi="Cambria" w:cs="Cambria"/>
                <w:sz w:val="18"/>
              </w:rPr>
              <w:t>ғ</w:t>
            </w:r>
            <w:r w:rsidRPr="0033741E">
              <w:rPr>
                <w:rFonts w:ascii="Book Antiqua" w:hAnsi="Book Antiqua" w:cs="Book Antiqua"/>
                <w:sz w:val="18"/>
              </w:rPr>
              <w:t>а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алайжолдаукерект</w:t>
            </w:r>
            <w:r w:rsidRPr="0033741E">
              <w:rPr>
                <w:rFonts w:ascii="Book Antiqua" w:hAnsi="Book Antiqua"/>
                <w:sz w:val="18"/>
              </w:rPr>
              <w:t>ігін т</w:t>
            </w:r>
            <w:r w:rsidRPr="0033741E">
              <w:rPr>
                <w:rFonts w:ascii="Cambria" w:hAnsi="Cambria" w:cs="Cambria"/>
                <w:sz w:val="18"/>
              </w:rPr>
              <w:t>ү</w:t>
            </w:r>
            <w:r w:rsidRPr="0033741E">
              <w:rPr>
                <w:rFonts w:ascii="Book Antiqua" w:hAnsi="Book Antiqua" w:cs="Book Antiqua"/>
                <w:sz w:val="18"/>
              </w:rPr>
              <w:t>сінуіміз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ажет</w:t>
            </w:r>
            <w:r w:rsidRPr="0033741E">
              <w:rPr>
                <w:rFonts w:ascii="Book Antiqua" w:hAnsi="Book Antiqua"/>
                <w:sz w:val="18"/>
              </w:rPr>
              <w:t xml:space="preserve">. 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адамды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бейнен</w:t>
            </w:r>
            <w:r w:rsidRPr="0033741E">
              <w:rPr>
                <w:rFonts w:ascii="Cambria" w:hAnsi="Cambria" w:cs="Cambria"/>
                <w:sz w:val="18"/>
              </w:rPr>
              <w:t>ұ</w:t>
            </w:r>
            <w:r w:rsidRPr="0033741E">
              <w:rPr>
                <w:rFonts w:ascii="Book Antiqua" w:hAnsi="Book Antiqua" w:cs="Book Antiqua"/>
                <w:sz w:val="18"/>
              </w:rPr>
              <w:t>с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аулы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тарж</w:t>
            </w:r>
            <w:r w:rsidRPr="0033741E">
              <w:rPr>
                <w:rFonts w:ascii="Cambria" w:hAnsi="Cambria" w:cs="Cambria"/>
                <w:sz w:val="18"/>
              </w:rPr>
              <w:t>ү</w:t>
            </w:r>
            <w:r w:rsidRPr="0033741E">
              <w:rPr>
                <w:rFonts w:ascii="Book Antiqua" w:hAnsi="Book Antiqua" w:cs="Book Antiqua"/>
                <w:sz w:val="18"/>
              </w:rPr>
              <w:t>йедеса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талады</w:t>
            </w:r>
            <w:r w:rsidRPr="0033741E">
              <w:rPr>
                <w:rFonts w:ascii="Book Antiqua" w:hAnsi="Book Antiqua"/>
                <w:sz w:val="18"/>
              </w:rPr>
              <w:t xml:space="preserve">, </w:t>
            </w:r>
            <w:r w:rsidRPr="0033741E">
              <w:rPr>
                <w:rFonts w:ascii="Book Antiqua" w:hAnsi="Book Antiqua" w:cs="Book Antiqua"/>
                <w:sz w:val="18"/>
              </w:rPr>
              <w:t>алб</w:t>
            </w:r>
            <w:r w:rsidRPr="0033741E">
              <w:rPr>
                <w:rFonts w:ascii="Cambria" w:hAnsi="Cambria" w:cs="Cambria"/>
                <w:sz w:val="18"/>
              </w:rPr>
              <w:t>ү</w:t>
            </w:r>
            <w:r w:rsidRPr="0033741E">
              <w:rPr>
                <w:rFonts w:ascii="Book Antiqua" w:hAnsi="Book Antiqua" w:cs="Book Antiqua"/>
                <w:sz w:val="18"/>
              </w:rPr>
              <w:t>гінбізж</w:t>
            </w:r>
            <w:r w:rsidRPr="0033741E">
              <w:rPr>
                <w:rFonts w:ascii="Cambria" w:hAnsi="Cambria" w:cs="Cambria"/>
                <w:sz w:val="18"/>
              </w:rPr>
              <w:t>ұ</w:t>
            </w:r>
            <w:r w:rsidRPr="0033741E">
              <w:rPr>
                <w:rFonts w:ascii="Book Antiqua" w:hAnsi="Book Antiqua" w:cs="Book Antiqua"/>
                <w:sz w:val="18"/>
              </w:rPr>
              <w:t>мысреттілігімененгізілетіна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паратты</w:t>
            </w:r>
            <w:r w:rsidRPr="0033741E">
              <w:rPr>
                <w:rFonts w:ascii="Cambria" w:hAnsi="Cambria" w:cs="Cambria"/>
                <w:sz w:val="18"/>
              </w:rPr>
              <w:t>ң</w:t>
            </w:r>
            <w:r w:rsidRPr="0033741E">
              <w:rPr>
                <w:rFonts w:ascii="Book Antiqua" w:hAnsi="Book Antiqua" w:cs="Book Antiqua"/>
                <w:sz w:val="18"/>
              </w:rPr>
              <w:t>сапасынаназараударамыз</w:t>
            </w:r>
            <w:r w:rsidRPr="0033741E">
              <w:rPr>
                <w:rFonts w:ascii="Book Antiqua" w:hAnsi="Book Antiqua"/>
                <w:sz w:val="18"/>
              </w:rPr>
              <w:t>.</w:t>
            </w:r>
          </w:p>
        </w:tc>
        <w:tc>
          <w:tcPr>
            <w:tcW w:w="4309" w:type="dxa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163607" w:rsidRPr="0033741E" w:rsidRDefault="00A83174">
            <w:pPr>
              <w:spacing w:after="0" w:line="240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sz w:val="17"/>
              </w:rPr>
              <w:t>Титулды</w:t>
            </w:r>
            <w:r w:rsidRPr="0033741E">
              <w:rPr>
                <w:rFonts w:ascii="Cambria" w:hAnsi="Cambria" w:cs="Cambria"/>
                <w:sz w:val="17"/>
              </w:rPr>
              <w:t>қ</w:t>
            </w:r>
            <w:r w:rsidRPr="0033741E">
              <w:rPr>
                <w:rFonts w:ascii="Book Antiqua" w:hAnsi="Book Antiqua" w:cs="Book Antiqua"/>
                <w:sz w:val="17"/>
              </w:rPr>
              <w:t>слайд</w:t>
            </w:r>
            <w:r w:rsidRPr="0033741E">
              <w:rPr>
                <w:rFonts w:ascii="Book Antiqua" w:hAnsi="Book Antiqua"/>
                <w:sz w:val="17"/>
              </w:rPr>
              <w:t xml:space="preserve">. </w:t>
            </w:r>
            <w:r w:rsidRPr="0033741E">
              <w:rPr>
                <w:rFonts w:ascii="Book Antiqua" w:hAnsi="Book Antiqua" w:cs="Book Antiqua"/>
                <w:sz w:val="17"/>
              </w:rPr>
              <w:t>Оданкейінсыныпжетекшісіні</w:t>
            </w:r>
            <w:r w:rsidRPr="0033741E">
              <w:rPr>
                <w:rFonts w:ascii="Cambria" w:hAnsi="Cambria" w:cs="Cambria"/>
                <w:sz w:val="17"/>
              </w:rPr>
              <w:t>ң</w:t>
            </w:r>
            <w:r w:rsidRPr="0033741E">
              <w:rPr>
                <w:rFonts w:ascii="Book Antiqua" w:hAnsi="Book Antiqua" w:cs="Book Antiqua"/>
                <w:sz w:val="17"/>
              </w:rPr>
              <w:t>кабинетінашу</w:t>
            </w:r>
            <w:r w:rsidRPr="0033741E">
              <w:rPr>
                <w:rFonts w:ascii="Book Antiqua" w:hAnsi="Book Antiqua"/>
                <w:sz w:val="17"/>
              </w:rPr>
              <w:t>.</w:t>
            </w:r>
          </w:p>
        </w:tc>
        <w:tc>
          <w:tcPr>
            <w:tcW w:w="3628" w:type="dxa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163607" w:rsidRPr="0033741E" w:rsidRDefault="00A83174">
            <w:pPr>
              <w:spacing w:after="0" w:line="240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color w:val="595959"/>
                <w:sz w:val="17"/>
              </w:rPr>
              <w:t>Бірден ше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ң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берінбелгіле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ң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із</w:t>
            </w:r>
            <w:r w:rsidRPr="0033741E">
              <w:rPr>
                <w:rFonts w:ascii="Book Antiqua" w:hAnsi="Book Antiqua"/>
                <w:color w:val="595959"/>
                <w:sz w:val="17"/>
              </w:rPr>
              <w:t xml:space="preserve">: 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б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ұ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лбарлы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қ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батырм</w:t>
            </w:r>
            <w:r w:rsidRPr="0033741E">
              <w:rPr>
                <w:rFonts w:ascii="Book Antiqua" w:hAnsi="Book Antiqua"/>
                <w:color w:val="595959"/>
                <w:sz w:val="17"/>
              </w:rPr>
              <w:t>алар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ғ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ашолуемес</w:t>
            </w:r>
            <w:r w:rsidRPr="0033741E">
              <w:rPr>
                <w:rFonts w:ascii="Book Antiqua" w:hAnsi="Book Antiqua"/>
                <w:color w:val="595959"/>
                <w:sz w:val="17"/>
              </w:rPr>
              <w:t xml:space="preserve">, 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о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қ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ытуданкейін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қ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атысушы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ө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зі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қ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айталайалуытиіснегізгі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ә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рекеттер</w:t>
            </w:r>
            <w:r w:rsidRPr="0033741E">
              <w:rPr>
                <w:rFonts w:ascii="Book Antiqua" w:hAnsi="Book Antiqua"/>
                <w:color w:val="595959"/>
                <w:sz w:val="17"/>
              </w:rPr>
              <w:t>.</w:t>
            </w:r>
          </w:p>
        </w:tc>
      </w:tr>
      <w:tr w:rsidR="00163607" w:rsidRPr="0033741E">
        <w:trPr>
          <w:cantSplit/>
          <w:jc w:val="center"/>
        </w:trPr>
        <w:tc>
          <w:tcPr>
            <w:tcW w:w="1134" w:type="dxa"/>
            <w:shd w:val="clear" w:color="auto" w:fill="F7F9FB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163607" w:rsidRPr="0033741E" w:rsidRDefault="00A83174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b/>
                <w:sz w:val="17"/>
              </w:rPr>
              <w:t>2–5</w:t>
            </w:r>
          </w:p>
        </w:tc>
        <w:tc>
          <w:tcPr>
            <w:tcW w:w="6690" w:type="dxa"/>
            <w:shd w:val="clear" w:color="auto" w:fill="F7F9FB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163607" w:rsidRPr="0033741E" w:rsidRDefault="00A83174">
            <w:pPr>
              <w:spacing w:after="0" w:line="240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sz w:val="18"/>
              </w:rPr>
              <w:t>Ж</w:t>
            </w:r>
            <w:r w:rsidRPr="0033741E">
              <w:rPr>
                <w:rFonts w:ascii="Cambria" w:hAnsi="Cambria" w:cs="Cambria"/>
                <w:sz w:val="18"/>
              </w:rPr>
              <w:t>ү</w:t>
            </w:r>
            <w:r w:rsidRPr="0033741E">
              <w:rPr>
                <w:rFonts w:ascii="Book Antiqua" w:hAnsi="Book Antiqua" w:cs="Book Antiqua"/>
                <w:sz w:val="18"/>
              </w:rPr>
              <w:t>йегекіргенненкейіналдыменбілімберу</w:t>
            </w:r>
            <w:r w:rsidRPr="0033741E">
              <w:rPr>
                <w:rFonts w:ascii="Cambria" w:hAnsi="Cambria" w:cs="Cambria"/>
                <w:sz w:val="18"/>
              </w:rPr>
              <w:t>ұ</w:t>
            </w:r>
            <w:r w:rsidRPr="0033741E">
              <w:rPr>
                <w:rFonts w:ascii="Book Antiqua" w:hAnsi="Book Antiqua" w:cs="Book Antiqua"/>
                <w:sz w:val="18"/>
              </w:rPr>
              <w:t>йымыны</w:t>
            </w:r>
            <w:r w:rsidRPr="0033741E">
              <w:rPr>
                <w:rFonts w:ascii="Cambria" w:hAnsi="Cambria" w:cs="Cambria"/>
                <w:sz w:val="18"/>
              </w:rPr>
              <w:t>ң</w:t>
            </w:r>
            <w:r w:rsidRPr="0033741E">
              <w:rPr>
                <w:rFonts w:ascii="Book Antiqua" w:hAnsi="Book Antiqua" w:cs="Book Antiqua"/>
                <w:sz w:val="18"/>
              </w:rPr>
              <w:t>атауын</w:t>
            </w:r>
            <w:r w:rsidRPr="0033741E">
              <w:rPr>
                <w:rFonts w:ascii="Book Antiqua" w:hAnsi="Book Antiqua"/>
                <w:sz w:val="18"/>
              </w:rPr>
              <w:t xml:space="preserve">, </w:t>
            </w:r>
            <w:r w:rsidRPr="0033741E">
              <w:rPr>
                <w:rFonts w:ascii="Cambria" w:hAnsi="Cambria" w:cs="Cambria"/>
                <w:sz w:val="18"/>
              </w:rPr>
              <w:t>ө</w:t>
            </w:r>
            <w:r w:rsidRPr="0033741E">
              <w:rPr>
                <w:rFonts w:ascii="Book Antiqua" w:hAnsi="Book Antiqua" w:cs="Book Antiqua"/>
                <w:sz w:val="18"/>
              </w:rPr>
              <w:t>зсыныбы</w:t>
            </w:r>
            <w:r w:rsidRPr="0033741E">
              <w:rPr>
                <w:rFonts w:ascii="Cambria" w:hAnsi="Cambria" w:cs="Cambria"/>
                <w:sz w:val="18"/>
              </w:rPr>
              <w:t>ң</w:t>
            </w:r>
            <w:r w:rsidRPr="0033741E">
              <w:rPr>
                <w:rFonts w:ascii="Book Antiqua" w:hAnsi="Book Antiqua" w:cs="Book Antiqua"/>
                <w:sz w:val="18"/>
              </w:rPr>
              <w:t>ыздыж</w:t>
            </w:r>
            <w:r w:rsidRPr="0033741E">
              <w:rPr>
                <w:rFonts w:ascii="Cambria" w:hAnsi="Cambria" w:cs="Cambria"/>
                <w:sz w:val="18"/>
              </w:rPr>
              <w:t>ә</w:t>
            </w:r>
            <w:r w:rsidRPr="0033741E">
              <w:rPr>
                <w:rFonts w:ascii="Book Antiqua" w:hAnsi="Book Antiqua" w:cs="Book Antiqua"/>
                <w:sz w:val="18"/>
              </w:rPr>
              <w:t>нео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ужылынтексереміз</w:t>
            </w:r>
            <w:r w:rsidRPr="0033741E">
              <w:rPr>
                <w:rFonts w:ascii="Book Antiqua" w:hAnsi="Book Antiqua"/>
                <w:sz w:val="18"/>
              </w:rPr>
              <w:t xml:space="preserve">. </w:t>
            </w:r>
            <w:r w:rsidRPr="0033741E">
              <w:rPr>
                <w:rFonts w:ascii="Book Antiqua" w:hAnsi="Book Antiqua" w:cs="Book Antiqua"/>
                <w:sz w:val="18"/>
              </w:rPr>
              <w:t>Бастыбеттесыныпта</w:t>
            </w:r>
            <w:r w:rsidRPr="0033741E">
              <w:rPr>
                <w:rFonts w:ascii="Cambria" w:hAnsi="Cambria" w:cs="Cambria"/>
                <w:sz w:val="18"/>
              </w:rPr>
              <w:t>ғ</w:t>
            </w:r>
            <w:r w:rsidRPr="0033741E">
              <w:rPr>
                <w:rFonts w:ascii="Book Antiqua" w:hAnsi="Book Antiqua" w:cs="Book Antiqua"/>
                <w:sz w:val="18"/>
              </w:rPr>
              <w:t>ыбілімалушылартізіміорналас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ан</w:t>
            </w:r>
            <w:r w:rsidRPr="0033741E">
              <w:rPr>
                <w:rFonts w:ascii="Book Antiqua" w:hAnsi="Book Antiqua"/>
                <w:sz w:val="18"/>
              </w:rPr>
              <w:t xml:space="preserve">. </w:t>
            </w:r>
            <w:r w:rsidRPr="0033741E">
              <w:rPr>
                <w:rFonts w:ascii="Book Antiqua" w:hAnsi="Book Antiqua" w:cs="Book Antiqua"/>
                <w:sz w:val="18"/>
              </w:rPr>
              <w:t>Жо</w:t>
            </w:r>
            <w:r w:rsidRPr="0033741E">
              <w:rPr>
                <w:rFonts w:ascii="Cambria" w:hAnsi="Cambria" w:cs="Cambria"/>
                <w:sz w:val="18"/>
              </w:rPr>
              <w:t>ғ</w:t>
            </w:r>
            <w:r w:rsidRPr="0033741E">
              <w:rPr>
                <w:rFonts w:ascii="Book Antiqua" w:hAnsi="Book Antiqua" w:cs="Book Antiqua"/>
                <w:sz w:val="18"/>
              </w:rPr>
              <w:t>ар</w:t>
            </w:r>
            <w:r w:rsidRPr="0033741E">
              <w:rPr>
                <w:rFonts w:ascii="Cambria" w:hAnsi="Cambria" w:cs="Cambria"/>
                <w:sz w:val="18"/>
              </w:rPr>
              <w:t>ғ</w:t>
            </w:r>
            <w:r w:rsidRPr="0033741E">
              <w:rPr>
                <w:rFonts w:ascii="Book Antiqua" w:hAnsi="Book Antiqua" w:cs="Book Antiqua"/>
                <w:sz w:val="18"/>
              </w:rPr>
              <w:t>ы</w:t>
            </w:r>
            <w:r w:rsidRPr="0033741E">
              <w:rPr>
                <w:rFonts w:ascii="Book Antiqua" w:hAnsi="Book Antiqua"/>
                <w:sz w:val="18"/>
              </w:rPr>
              <w:t>м</w:t>
            </w:r>
            <w:r w:rsidRPr="0033741E">
              <w:rPr>
                <w:rFonts w:ascii="Cambria" w:hAnsi="Cambria" w:cs="Cambria"/>
                <w:sz w:val="18"/>
              </w:rPr>
              <w:t>ә</w:t>
            </w:r>
            <w:r w:rsidRPr="0033741E">
              <w:rPr>
                <w:rFonts w:ascii="Book Antiqua" w:hAnsi="Book Antiqua" w:cs="Book Antiqua"/>
                <w:sz w:val="18"/>
              </w:rPr>
              <w:t>зірде«Бейнен</w:t>
            </w:r>
            <w:r w:rsidRPr="0033741E">
              <w:rPr>
                <w:rFonts w:ascii="Cambria" w:hAnsi="Cambria" w:cs="Cambria"/>
                <w:sz w:val="18"/>
              </w:rPr>
              <w:t>ұ</w:t>
            </w:r>
            <w:r w:rsidRPr="0033741E">
              <w:rPr>
                <w:rFonts w:ascii="Book Antiqua" w:hAnsi="Book Antiqua" w:cs="Book Antiqua"/>
                <w:sz w:val="18"/>
              </w:rPr>
              <w:t>с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аулы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тар»б</w:t>
            </w:r>
            <w:r w:rsidRPr="0033741E">
              <w:rPr>
                <w:rFonts w:ascii="Cambria" w:hAnsi="Cambria" w:cs="Cambria"/>
                <w:sz w:val="18"/>
              </w:rPr>
              <w:t>ө</w:t>
            </w:r>
            <w:r w:rsidRPr="0033741E">
              <w:rPr>
                <w:rFonts w:ascii="Book Antiqua" w:hAnsi="Book Antiqua" w:cs="Book Antiqua"/>
                <w:sz w:val="18"/>
              </w:rPr>
              <w:t>лімібар</w:t>
            </w:r>
            <w:r w:rsidRPr="0033741E">
              <w:rPr>
                <w:rFonts w:ascii="Book Antiqua" w:hAnsi="Book Antiqua"/>
                <w:sz w:val="18"/>
              </w:rPr>
              <w:t xml:space="preserve">. </w:t>
            </w:r>
            <w:r w:rsidRPr="0033741E">
              <w:rPr>
                <w:rFonts w:ascii="Book Antiqua" w:hAnsi="Book Antiqua" w:cs="Book Antiqua"/>
                <w:sz w:val="18"/>
              </w:rPr>
              <w:t>Белгілібіртехникалы</w:t>
            </w:r>
            <w:r w:rsidRPr="0033741E">
              <w:rPr>
                <w:rFonts w:ascii="Cambria" w:hAnsi="Cambria" w:cs="Cambria"/>
                <w:sz w:val="18"/>
              </w:rPr>
              <w:t>қә</w:t>
            </w:r>
            <w:r w:rsidRPr="0033741E">
              <w:rPr>
                <w:rFonts w:ascii="Book Antiqua" w:hAnsi="Book Antiqua" w:cs="Book Antiqua"/>
                <w:sz w:val="18"/>
              </w:rPr>
              <w:t>рекетті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айта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арау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ажетболса</w:t>
            </w:r>
            <w:r w:rsidRPr="0033741E">
              <w:rPr>
                <w:rFonts w:ascii="Book Antiqua" w:hAnsi="Book Antiqua"/>
                <w:sz w:val="18"/>
              </w:rPr>
              <w:t xml:space="preserve">, </w:t>
            </w:r>
            <w:r w:rsidRPr="0033741E">
              <w:rPr>
                <w:rFonts w:ascii="Book Antiqua" w:hAnsi="Book Antiqua" w:cs="Book Antiqua"/>
                <w:sz w:val="18"/>
              </w:rPr>
              <w:t>солб</w:t>
            </w:r>
            <w:r w:rsidRPr="0033741E">
              <w:rPr>
                <w:rFonts w:ascii="Cambria" w:hAnsi="Cambria" w:cs="Cambria"/>
                <w:sz w:val="18"/>
              </w:rPr>
              <w:t>ө</w:t>
            </w:r>
            <w:r w:rsidRPr="0033741E">
              <w:rPr>
                <w:rFonts w:ascii="Book Antiqua" w:hAnsi="Book Antiqua" w:cs="Book Antiqua"/>
                <w:sz w:val="18"/>
              </w:rPr>
              <w:t>лімгекезкелгенуа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ыттаоралу</w:t>
            </w:r>
            <w:r w:rsidRPr="0033741E">
              <w:rPr>
                <w:rFonts w:ascii="Cambria" w:hAnsi="Cambria" w:cs="Cambria"/>
                <w:sz w:val="18"/>
              </w:rPr>
              <w:t>ғ</w:t>
            </w:r>
            <w:r w:rsidRPr="0033741E">
              <w:rPr>
                <w:rFonts w:ascii="Book Antiqua" w:hAnsi="Book Antiqua" w:cs="Book Antiqua"/>
                <w:sz w:val="18"/>
              </w:rPr>
              <w:t>аболады</w:t>
            </w:r>
            <w:r w:rsidRPr="0033741E">
              <w:rPr>
                <w:rFonts w:ascii="Book Antiqua" w:hAnsi="Book Antiqua"/>
                <w:sz w:val="18"/>
              </w:rPr>
              <w:t>.</w:t>
            </w:r>
          </w:p>
        </w:tc>
        <w:tc>
          <w:tcPr>
            <w:tcW w:w="4309" w:type="dxa"/>
            <w:shd w:val="clear" w:color="auto" w:fill="F7F9FB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163607" w:rsidRPr="0033741E" w:rsidRDefault="00A83174">
            <w:pPr>
              <w:spacing w:after="0" w:line="240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sz w:val="17"/>
              </w:rPr>
              <w:t xml:space="preserve">Білім беру </w:t>
            </w:r>
            <w:r w:rsidRPr="0033741E">
              <w:rPr>
                <w:rFonts w:ascii="Cambria" w:hAnsi="Cambria" w:cs="Cambria"/>
                <w:sz w:val="17"/>
              </w:rPr>
              <w:t>ұ</w:t>
            </w:r>
            <w:r w:rsidRPr="0033741E">
              <w:rPr>
                <w:rFonts w:ascii="Book Antiqua" w:hAnsi="Book Antiqua" w:cs="Book Antiqua"/>
                <w:sz w:val="17"/>
              </w:rPr>
              <w:t>йымыны</w:t>
            </w:r>
            <w:r w:rsidRPr="0033741E">
              <w:rPr>
                <w:rFonts w:ascii="Cambria" w:hAnsi="Cambria" w:cs="Cambria"/>
                <w:sz w:val="17"/>
              </w:rPr>
              <w:t>ң</w:t>
            </w:r>
            <w:r w:rsidRPr="0033741E">
              <w:rPr>
                <w:rFonts w:ascii="Book Antiqua" w:hAnsi="Book Antiqua" w:cs="Book Antiqua"/>
                <w:sz w:val="17"/>
              </w:rPr>
              <w:t>атауын</w:t>
            </w:r>
            <w:r w:rsidRPr="0033741E">
              <w:rPr>
                <w:rFonts w:ascii="Book Antiqua" w:hAnsi="Book Antiqua"/>
                <w:sz w:val="17"/>
              </w:rPr>
              <w:t xml:space="preserve">, </w:t>
            </w:r>
            <w:r w:rsidRPr="0033741E">
              <w:rPr>
                <w:rFonts w:ascii="Book Antiqua" w:hAnsi="Book Antiqua" w:cs="Book Antiqua"/>
                <w:sz w:val="17"/>
              </w:rPr>
              <w:t>сыныптізімін</w:t>
            </w:r>
            <w:r w:rsidRPr="0033741E">
              <w:rPr>
                <w:rFonts w:ascii="Book Antiqua" w:hAnsi="Book Antiqua"/>
                <w:sz w:val="17"/>
              </w:rPr>
              <w:t xml:space="preserve">, </w:t>
            </w:r>
            <w:r w:rsidRPr="0033741E">
              <w:rPr>
                <w:rFonts w:ascii="Book Antiqua" w:hAnsi="Book Antiqua" w:cs="Book Antiqua"/>
                <w:sz w:val="17"/>
              </w:rPr>
              <w:t>«О</w:t>
            </w:r>
            <w:r w:rsidRPr="0033741E">
              <w:rPr>
                <w:rFonts w:ascii="Cambria" w:hAnsi="Cambria" w:cs="Cambria"/>
                <w:sz w:val="17"/>
              </w:rPr>
              <w:t>қ</w:t>
            </w:r>
            <w:r w:rsidRPr="0033741E">
              <w:rPr>
                <w:rFonts w:ascii="Book Antiqua" w:hAnsi="Book Antiqua" w:cs="Book Antiqua"/>
                <w:sz w:val="17"/>
              </w:rPr>
              <w:t>ужылы»</w:t>
            </w:r>
            <w:r w:rsidRPr="0033741E">
              <w:rPr>
                <w:rFonts w:ascii="Book Antiqua" w:hAnsi="Book Antiqua"/>
                <w:sz w:val="17"/>
              </w:rPr>
              <w:t xml:space="preserve">, </w:t>
            </w:r>
            <w:r w:rsidRPr="0033741E">
              <w:rPr>
                <w:rFonts w:ascii="Book Antiqua" w:hAnsi="Book Antiqua" w:cs="Book Antiqua"/>
                <w:sz w:val="17"/>
              </w:rPr>
              <w:t>«Бейнен</w:t>
            </w:r>
            <w:r w:rsidRPr="0033741E">
              <w:rPr>
                <w:rFonts w:ascii="Cambria" w:hAnsi="Cambria" w:cs="Cambria"/>
                <w:sz w:val="17"/>
              </w:rPr>
              <w:t>ұ</w:t>
            </w:r>
            <w:r w:rsidRPr="0033741E">
              <w:rPr>
                <w:rFonts w:ascii="Book Antiqua" w:hAnsi="Book Antiqua" w:cs="Book Antiqua"/>
                <w:sz w:val="17"/>
              </w:rPr>
              <w:t>с</w:t>
            </w:r>
            <w:r w:rsidRPr="0033741E">
              <w:rPr>
                <w:rFonts w:ascii="Cambria" w:hAnsi="Cambria" w:cs="Cambria"/>
                <w:sz w:val="17"/>
              </w:rPr>
              <w:t>қ</w:t>
            </w:r>
            <w:r w:rsidRPr="0033741E">
              <w:rPr>
                <w:rFonts w:ascii="Book Antiqua" w:hAnsi="Book Antiqua" w:cs="Book Antiqua"/>
                <w:sz w:val="17"/>
              </w:rPr>
              <w:t>аулы</w:t>
            </w:r>
            <w:r w:rsidRPr="0033741E">
              <w:rPr>
                <w:rFonts w:ascii="Cambria" w:hAnsi="Cambria" w:cs="Cambria"/>
                <w:sz w:val="17"/>
              </w:rPr>
              <w:t>қ</w:t>
            </w:r>
            <w:r w:rsidRPr="0033741E">
              <w:rPr>
                <w:rFonts w:ascii="Book Antiqua" w:hAnsi="Book Antiqua" w:cs="Book Antiqua"/>
                <w:sz w:val="17"/>
              </w:rPr>
              <w:t>тар»</w:t>
            </w:r>
            <w:r w:rsidRPr="0033741E">
              <w:rPr>
                <w:rFonts w:ascii="Book Antiqua" w:hAnsi="Book Antiqua"/>
                <w:sz w:val="17"/>
              </w:rPr>
              <w:t xml:space="preserve">, </w:t>
            </w:r>
            <w:r w:rsidRPr="0033741E">
              <w:rPr>
                <w:rFonts w:ascii="Book Antiqua" w:hAnsi="Book Antiqua" w:cs="Book Antiqua"/>
                <w:sz w:val="17"/>
              </w:rPr>
              <w:t>«Кабинет»</w:t>
            </w:r>
            <w:r w:rsidRPr="0033741E">
              <w:rPr>
                <w:rFonts w:ascii="Book Antiqua" w:hAnsi="Book Antiqua"/>
                <w:sz w:val="17"/>
              </w:rPr>
              <w:t xml:space="preserve">, </w:t>
            </w:r>
            <w:r w:rsidRPr="0033741E">
              <w:rPr>
                <w:rFonts w:ascii="Book Antiqua" w:hAnsi="Book Antiqua" w:cs="Book Antiqua"/>
                <w:sz w:val="17"/>
              </w:rPr>
              <w:t>«Ауыстырулар»б</w:t>
            </w:r>
            <w:r w:rsidRPr="0033741E">
              <w:rPr>
                <w:rFonts w:ascii="Cambria" w:hAnsi="Cambria" w:cs="Cambria"/>
                <w:sz w:val="17"/>
              </w:rPr>
              <w:t>ө</w:t>
            </w:r>
            <w:r w:rsidRPr="0033741E">
              <w:rPr>
                <w:rFonts w:ascii="Book Antiqua" w:hAnsi="Book Antiqua" w:cs="Book Antiqua"/>
                <w:sz w:val="17"/>
              </w:rPr>
              <w:t>лімдерін</w:t>
            </w:r>
            <w:r w:rsidRPr="0033741E">
              <w:rPr>
                <w:rFonts w:ascii="Book Antiqua" w:hAnsi="Book Antiqua"/>
                <w:sz w:val="17"/>
              </w:rPr>
              <w:t>к</w:t>
            </w:r>
            <w:r w:rsidRPr="0033741E">
              <w:rPr>
                <w:rFonts w:ascii="Cambria" w:hAnsi="Cambria" w:cs="Cambria"/>
                <w:sz w:val="17"/>
              </w:rPr>
              <w:t>ө</w:t>
            </w:r>
            <w:r w:rsidRPr="0033741E">
              <w:rPr>
                <w:rFonts w:ascii="Book Antiqua" w:hAnsi="Book Antiqua" w:cs="Book Antiqua"/>
                <w:sz w:val="17"/>
              </w:rPr>
              <w:t>рсету</w:t>
            </w:r>
            <w:r w:rsidRPr="0033741E">
              <w:rPr>
                <w:rFonts w:ascii="Book Antiqua" w:hAnsi="Book Antiqua"/>
                <w:sz w:val="17"/>
              </w:rPr>
              <w:t>.</w:t>
            </w:r>
          </w:p>
        </w:tc>
        <w:tc>
          <w:tcPr>
            <w:tcW w:w="3628" w:type="dxa"/>
            <w:shd w:val="clear" w:color="auto" w:fill="F7F9FB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163607" w:rsidRPr="0033741E" w:rsidRDefault="00A83174">
            <w:pPr>
              <w:spacing w:after="0" w:line="240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color w:val="595959"/>
                <w:sz w:val="17"/>
              </w:rPr>
              <w:t>М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ә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зірге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ұ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за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қ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то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қ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талма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ң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ыз</w:t>
            </w:r>
            <w:r w:rsidRPr="0033741E">
              <w:rPr>
                <w:rFonts w:ascii="Book Antiqua" w:hAnsi="Book Antiqua"/>
                <w:color w:val="595959"/>
                <w:sz w:val="17"/>
              </w:rPr>
              <w:t xml:space="preserve">. 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Ж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ұ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мысты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ң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басталатынжерінк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ө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рсетіп</w:t>
            </w:r>
            <w:r w:rsidRPr="0033741E">
              <w:rPr>
                <w:rFonts w:ascii="Book Antiqua" w:hAnsi="Book Antiqua"/>
                <w:color w:val="595959"/>
                <w:sz w:val="17"/>
              </w:rPr>
              <w:t xml:space="preserve">, 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бірдено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қ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ушыны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қ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осу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ғ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а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ө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ті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ң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із</w:t>
            </w:r>
            <w:r w:rsidRPr="0033741E">
              <w:rPr>
                <w:rFonts w:ascii="Book Antiqua" w:hAnsi="Book Antiqua"/>
                <w:color w:val="595959"/>
                <w:sz w:val="17"/>
              </w:rPr>
              <w:t>.</w:t>
            </w:r>
          </w:p>
        </w:tc>
      </w:tr>
      <w:tr w:rsidR="00163607" w:rsidRPr="0033741E">
        <w:trPr>
          <w:cantSplit/>
          <w:jc w:val="center"/>
        </w:trPr>
        <w:tc>
          <w:tcPr>
            <w:tcW w:w="1134" w:type="dxa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163607" w:rsidRPr="0033741E" w:rsidRDefault="00A83174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b/>
                <w:sz w:val="17"/>
              </w:rPr>
              <w:t>5–7</w:t>
            </w:r>
          </w:p>
        </w:tc>
        <w:tc>
          <w:tcPr>
            <w:tcW w:w="6690" w:type="dxa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163607" w:rsidRPr="0033741E" w:rsidRDefault="00A83174">
            <w:pPr>
              <w:spacing w:after="0" w:line="240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sz w:val="18"/>
              </w:rPr>
              <w:t xml:space="preserve">Бір білім алушыны 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осу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ажетболса</w:t>
            </w:r>
            <w:r w:rsidRPr="0033741E">
              <w:rPr>
                <w:rFonts w:ascii="Book Antiqua" w:hAnsi="Book Antiqua"/>
                <w:sz w:val="18"/>
              </w:rPr>
              <w:t xml:space="preserve">, </w:t>
            </w:r>
            <w:r w:rsidRPr="0033741E">
              <w:rPr>
                <w:rFonts w:ascii="Book Antiqua" w:hAnsi="Book Antiqua" w:cs="Book Antiqua"/>
                <w:sz w:val="18"/>
              </w:rPr>
              <w:t>«О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ушыны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осу»батырмасынашып</w:t>
            </w:r>
            <w:r w:rsidRPr="0033741E">
              <w:rPr>
                <w:rFonts w:ascii="Book Antiqua" w:hAnsi="Book Antiqua"/>
                <w:sz w:val="18"/>
              </w:rPr>
              <w:t xml:space="preserve">, </w:t>
            </w:r>
            <w:r w:rsidRPr="0033741E">
              <w:rPr>
                <w:rFonts w:ascii="Book Antiqua" w:hAnsi="Book Antiqua" w:cs="Book Antiqua"/>
                <w:sz w:val="18"/>
              </w:rPr>
              <w:t>«Біро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ушыны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осу»т</w:t>
            </w:r>
            <w:r w:rsidRPr="0033741E">
              <w:rPr>
                <w:rFonts w:ascii="Cambria" w:hAnsi="Cambria" w:cs="Cambria"/>
                <w:sz w:val="18"/>
              </w:rPr>
              <w:t>ә</w:t>
            </w:r>
            <w:r w:rsidRPr="0033741E">
              <w:rPr>
                <w:rFonts w:ascii="Book Antiqua" w:hAnsi="Book Antiqua" w:cs="Book Antiqua"/>
                <w:sz w:val="18"/>
              </w:rPr>
              <w:t>сілінта</w:t>
            </w:r>
            <w:r w:rsidRPr="0033741E">
              <w:rPr>
                <w:rFonts w:ascii="Cambria" w:hAnsi="Cambria" w:cs="Cambria"/>
                <w:sz w:val="18"/>
              </w:rPr>
              <w:t>ң</w:t>
            </w:r>
            <w:r w:rsidRPr="0033741E">
              <w:rPr>
                <w:rFonts w:ascii="Book Antiqua" w:hAnsi="Book Antiqua" w:cs="Book Antiqua"/>
                <w:sz w:val="18"/>
              </w:rPr>
              <w:t>даймыз</w:t>
            </w:r>
            <w:r w:rsidRPr="0033741E">
              <w:rPr>
                <w:rFonts w:ascii="Book Antiqua" w:hAnsi="Book Antiqua"/>
                <w:sz w:val="18"/>
              </w:rPr>
              <w:t xml:space="preserve">. </w:t>
            </w:r>
            <w:r w:rsidRPr="0033741E">
              <w:rPr>
                <w:rFonts w:ascii="Book Antiqua" w:hAnsi="Book Antiqua" w:cs="Book Antiqua"/>
                <w:sz w:val="18"/>
              </w:rPr>
              <w:t>Карточкаданысандак</w:t>
            </w:r>
            <w:r w:rsidRPr="0033741E">
              <w:rPr>
                <w:rFonts w:ascii="Cambria" w:hAnsi="Cambria" w:cs="Cambria"/>
                <w:sz w:val="18"/>
              </w:rPr>
              <w:t>ө</w:t>
            </w:r>
            <w:r w:rsidRPr="0033741E">
              <w:rPr>
                <w:rFonts w:ascii="Book Antiqua" w:hAnsi="Book Antiqua" w:cs="Book Antiqua"/>
                <w:sz w:val="18"/>
              </w:rPr>
              <w:t>зделгеннегізгім</w:t>
            </w:r>
            <w:r w:rsidRPr="0033741E">
              <w:rPr>
                <w:rFonts w:ascii="Cambria" w:hAnsi="Cambria" w:cs="Cambria"/>
                <w:sz w:val="18"/>
              </w:rPr>
              <w:t>ә</w:t>
            </w:r>
            <w:r w:rsidRPr="0033741E">
              <w:rPr>
                <w:rFonts w:ascii="Book Antiqua" w:hAnsi="Book Antiqua" w:cs="Book Antiqua"/>
                <w:sz w:val="18"/>
              </w:rPr>
              <w:t>лімет</w:t>
            </w:r>
            <w:r w:rsidRPr="0033741E">
              <w:rPr>
                <w:rFonts w:ascii="Book Antiqua" w:hAnsi="Book Antiqua"/>
                <w:sz w:val="18"/>
              </w:rPr>
              <w:t>тер енгізіледі. Деректер са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тал</w:t>
            </w:r>
            <w:r w:rsidRPr="0033741E">
              <w:rPr>
                <w:rFonts w:ascii="Cambria" w:hAnsi="Cambria" w:cs="Cambria"/>
                <w:sz w:val="18"/>
              </w:rPr>
              <w:t>ғ</w:t>
            </w:r>
            <w:r w:rsidRPr="0033741E">
              <w:rPr>
                <w:rFonts w:ascii="Book Antiqua" w:hAnsi="Book Antiqua" w:cs="Book Antiqua"/>
                <w:sz w:val="18"/>
              </w:rPr>
              <w:t>аннанкейінбілімалушысізді</w:t>
            </w:r>
            <w:r w:rsidRPr="0033741E">
              <w:rPr>
                <w:rFonts w:ascii="Cambria" w:hAnsi="Cambria" w:cs="Cambria"/>
                <w:sz w:val="18"/>
              </w:rPr>
              <w:t>ң</w:t>
            </w:r>
            <w:r w:rsidRPr="0033741E">
              <w:rPr>
                <w:rFonts w:ascii="Book Antiqua" w:hAnsi="Book Antiqua" w:cs="Book Antiqua"/>
                <w:sz w:val="18"/>
              </w:rPr>
              <w:t>сыныбы</w:t>
            </w:r>
            <w:r w:rsidRPr="0033741E">
              <w:rPr>
                <w:rFonts w:ascii="Cambria" w:hAnsi="Cambria" w:cs="Cambria"/>
                <w:sz w:val="18"/>
              </w:rPr>
              <w:t>ң</w:t>
            </w:r>
            <w:r w:rsidRPr="0033741E">
              <w:rPr>
                <w:rFonts w:ascii="Book Antiqua" w:hAnsi="Book Antiqua" w:cs="Book Antiqua"/>
                <w:sz w:val="18"/>
              </w:rPr>
              <w:t>ызды</w:t>
            </w:r>
            <w:r w:rsidRPr="0033741E">
              <w:rPr>
                <w:rFonts w:ascii="Cambria" w:hAnsi="Cambria" w:cs="Cambria"/>
                <w:sz w:val="18"/>
              </w:rPr>
              <w:t>ң</w:t>
            </w:r>
            <w:r w:rsidRPr="0033741E">
              <w:rPr>
                <w:rFonts w:ascii="Book Antiqua" w:hAnsi="Book Antiqua" w:cs="Book Antiqua"/>
                <w:sz w:val="18"/>
              </w:rPr>
              <w:t>тізіміндепайдаболады</w:t>
            </w:r>
            <w:r w:rsidRPr="0033741E">
              <w:rPr>
                <w:rFonts w:ascii="Book Antiqua" w:hAnsi="Book Antiqua"/>
                <w:sz w:val="18"/>
              </w:rPr>
              <w:t>.</w:t>
            </w:r>
          </w:p>
        </w:tc>
        <w:tc>
          <w:tcPr>
            <w:tcW w:w="4309" w:type="dxa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163607" w:rsidRPr="0033741E" w:rsidRDefault="00A83174">
            <w:pPr>
              <w:spacing w:after="0" w:line="240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sz w:val="17"/>
              </w:rPr>
              <w:t>«О</w:t>
            </w:r>
            <w:r w:rsidRPr="0033741E">
              <w:rPr>
                <w:rFonts w:ascii="Cambria" w:hAnsi="Cambria" w:cs="Cambria"/>
                <w:sz w:val="17"/>
              </w:rPr>
              <w:t>қ</w:t>
            </w:r>
            <w:r w:rsidRPr="0033741E">
              <w:rPr>
                <w:rFonts w:ascii="Book Antiqua" w:hAnsi="Book Antiqua" w:cs="Book Antiqua"/>
                <w:sz w:val="17"/>
              </w:rPr>
              <w:t>ушыны</w:t>
            </w:r>
            <w:r w:rsidRPr="0033741E">
              <w:rPr>
                <w:rFonts w:ascii="Cambria" w:hAnsi="Cambria" w:cs="Cambria"/>
                <w:sz w:val="17"/>
              </w:rPr>
              <w:t>қ</w:t>
            </w:r>
            <w:r w:rsidRPr="0033741E">
              <w:rPr>
                <w:rFonts w:ascii="Book Antiqua" w:hAnsi="Book Antiqua" w:cs="Book Antiqua"/>
                <w:sz w:val="17"/>
              </w:rPr>
              <w:t>осу»→«Біро</w:t>
            </w:r>
            <w:r w:rsidRPr="0033741E">
              <w:rPr>
                <w:rFonts w:ascii="Cambria" w:hAnsi="Cambria" w:cs="Cambria"/>
                <w:sz w:val="17"/>
              </w:rPr>
              <w:t>қ</w:t>
            </w:r>
            <w:r w:rsidRPr="0033741E">
              <w:rPr>
                <w:rFonts w:ascii="Book Antiqua" w:hAnsi="Book Antiqua" w:cs="Book Antiqua"/>
                <w:sz w:val="17"/>
              </w:rPr>
              <w:t>ушыны</w:t>
            </w:r>
            <w:r w:rsidRPr="0033741E">
              <w:rPr>
                <w:rFonts w:ascii="Cambria" w:hAnsi="Cambria" w:cs="Cambria"/>
                <w:sz w:val="17"/>
              </w:rPr>
              <w:t>қ</w:t>
            </w:r>
            <w:r w:rsidRPr="0033741E">
              <w:rPr>
                <w:rFonts w:ascii="Book Antiqua" w:hAnsi="Book Antiqua" w:cs="Book Antiqua"/>
                <w:sz w:val="17"/>
              </w:rPr>
              <w:t>осу»б</w:t>
            </w:r>
            <w:r w:rsidRPr="0033741E">
              <w:rPr>
                <w:rFonts w:ascii="Cambria" w:hAnsi="Cambria" w:cs="Cambria"/>
                <w:sz w:val="17"/>
              </w:rPr>
              <w:t>ө</w:t>
            </w:r>
            <w:r w:rsidRPr="0033741E">
              <w:rPr>
                <w:rFonts w:ascii="Book Antiqua" w:hAnsi="Book Antiqua" w:cs="Book Antiqua"/>
                <w:sz w:val="17"/>
              </w:rPr>
              <w:t>лімінашу</w:t>
            </w:r>
            <w:r w:rsidRPr="0033741E">
              <w:rPr>
                <w:rFonts w:ascii="Book Antiqua" w:hAnsi="Book Antiqua"/>
                <w:sz w:val="17"/>
              </w:rPr>
              <w:t xml:space="preserve">. </w:t>
            </w:r>
            <w:r w:rsidRPr="0033741E">
              <w:rPr>
                <w:rFonts w:ascii="Book Antiqua" w:hAnsi="Book Antiqua" w:cs="Book Antiqua"/>
                <w:sz w:val="17"/>
              </w:rPr>
              <w:t>Негізгі</w:t>
            </w:r>
            <w:r w:rsidRPr="0033741E">
              <w:rPr>
                <w:rFonts w:ascii="Cambria" w:hAnsi="Cambria" w:cs="Cambria"/>
                <w:sz w:val="17"/>
              </w:rPr>
              <w:t>ө</w:t>
            </w:r>
            <w:r w:rsidRPr="0033741E">
              <w:rPr>
                <w:rFonts w:ascii="Book Antiqua" w:hAnsi="Book Antiqua" w:cs="Book Antiqua"/>
                <w:sz w:val="17"/>
              </w:rPr>
              <w:t>рістердітолы</w:t>
            </w:r>
            <w:r w:rsidRPr="0033741E">
              <w:rPr>
                <w:rFonts w:ascii="Cambria" w:hAnsi="Cambria" w:cs="Cambria"/>
                <w:sz w:val="17"/>
              </w:rPr>
              <w:t>қ</w:t>
            </w:r>
            <w:r w:rsidRPr="0033741E">
              <w:rPr>
                <w:rFonts w:ascii="Book Antiqua" w:hAnsi="Book Antiqua" w:cs="Book Antiqua"/>
                <w:sz w:val="17"/>
              </w:rPr>
              <w:t>толтырмайж</w:t>
            </w:r>
            <w:r w:rsidRPr="0033741E">
              <w:rPr>
                <w:rFonts w:ascii="Cambria" w:hAnsi="Cambria" w:cs="Cambria"/>
                <w:sz w:val="17"/>
              </w:rPr>
              <w:t>ә</w:t>
            </w:r>
            <w:r w:rsidRPr="0033741E">
              <w:rPr>
                <w:rFonts w:ascii="Book Antiqua" w:hAnsi="Book Antiqua" w:cs="Book Antiqua"/>
                <w:sz w:val="17"/>
              </w:rPr>
              <w:t>неса</w:t>
            </w:r>
            <w:r w:rsidRPr="0033741E">
              <w:rPr>
                <w:rFonts w:ascii="Cambria" w:hAnsi="Cambria" w:cs="Cambria"/>
                <w:sz w:val="17"/>
              </w:rPr>
              <w:t>қ</w:t>
            </w:r>
            <w:r w:rsidRPr="0033741E">
              <w:rPr>
                <w:rFonts w:ascii="Book Antiqua" w:hAnsi="Book Antiqua" w:cs="Book Antiqua"/>
                <w:sz w:val="17"/>
              </w:rPr>
              <w:t>тамайк</w:t>
            </w:r>
            <w:r w:rsidRPr="0033741E">
              <w:rPr>
                <w:rFonts w:ascii="Cambria" w:hAnsi="Cambria" w:cs="Cambria"/>
                <w:sz w:val="17"/>
              </w:rPr>
              <w:t>ө</w:t>
            </w:r>
            <w:r w:rsidRPr="0033741E">
              <w:rPr>
                <w:rFonts w:ascii="Book Antiqua" w:hAnsi="Book Antiqua" w:cs="Book Antiqua"/>
                <w:sz w:val="17"/>
              </w:rPr>
              <w:t>рсету</w:t>
            </w:r>
            <w:r w:rsidRPr="0033741E">
              <w:rPr>
                <w:rFonts w:ascii="Book Antiqua" w:hAnsi="Book Antiqua"/>
                <w:sz w:val="17"/>
              </w:rPr>
              <w:t>.</w:t>
            </w:r>
          </w:p>
        </w:tc>
        <w:tc>
          <w:tcPr>
            <w:tcW w:w="3628" w:type="dxa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163607" w:rsidRPr="0033741E" w:rsidRDefault="00A83174">
            <w:pPr>
              <w:spacing w:after="0" w:line="240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color w:val="595959"/>
                <w:sz w:val="17"/>
              </w:rPr>
              <w:t>На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қ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тыЖСНментелефонн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ө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мірлеріненгізбе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ң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із</w:t>
            </w:r>
            <w:r w:rsidRPr="0033741E">
              <w:rPr>
                <w:rFonts w:ascii="Book Antiqua" w:hAnsi="Book Antiqua"/>
                <w:color w:val="595959"/>
                <w:sz w:val="17"/>
              </w:rPr>
              <w:t>. Нысанны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ңқұ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рылымыменса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қ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таубатырмасынк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ө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рсетужеткілікті</w:t>
            </w:r>
            <w:r w:rsidRPr="0033741E">
              <w:rPr>
                <w:rFonts w:ascii="Book Antiqua" w:hAnsi="Book Antiqua"/>
                <w:color w:val="595959"/>
                <w:sz w:val="17"/>
              </w:rPr>
              <w:t>.</w:t>
            </w:r>
          </w:p>
        </w:tc>
      </w:tr>
      <w:tr w:rsidR="00163607" w:rsidRPr="0033741E">
        <w:trPr>
          <w:cantSplit/>
          <w:jc w:val="center"/>
        </w:trPr>
        <w:tc>
          <w:tcPr>
            <w:tcW w:w="1134" w:type="dxa"/>
            <w:shd w:val="clear" w:color="auto" w:fill="F7F9FB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163607" w:rsidRPr="0033741E" w:rsidRDefault="00A83174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b/>
                <w:sz w:val="17"/>
              </w:rPr>
              <w:t>7–9</w:t>
            </w:r>
          </w:p>
        </w:tc>
        <w:tc>
          <w:tcPr>
            <w:tcW w:w="6690" w:type="dxa"/>
            <w:shd w:val="clear" w:color="auto" w:fill="F7F9FB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163607" w:rsidRPr="0033741E" w:rsidRDefault="00A83174">
            <w:pPr>
              <w:spacing w:after="0" w:line="240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sz w:val="18"/>
              </w:rPr>
              <w:t>Егер сыныпта</w:t>
            </w:r>
            <w:r w:rsidRPr="0033741E">
              <w:rPr>
                <w:rFonts w:ascii="Cambria" w:hAnsi="Cambria" w:cs="Cambria"/>
                <w:sz w:val="18"/>
              </w:rPr>
              <w:t>ғ</w:t>
            </w:r>
            <w:r w:rsidRPr="0033741E">
              <w:rPr>
                <w:rFonts w:ascii="Book Antiqua" w:hAnsi="Book Antiqua" w:cs="Book Antiqua"/>
                <w:sz w:val="18"/>
              </w:rPr>
              <w:t>ыбарлы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білімалушылардыжаппайенгізу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ажетболса</w:t>
            </w:r>
            <w:r w:rsidRPr="0033741E">
              <w:rPr>
                <w:rFonts w:ascii="Book Antiqua" w:hAnsi="Book Antiqua"/>
                <w:sz w:val="18"/>
              </w:rPr>
              <w:t xml:space="preserve">, Excel </w:t>
            </w:r>
            <w:r w:rsidRPr="0033741E">
              <w:rPr>
                <w:rFonts w:ascii="Book Antiqua" w:hAnsi="Book Antiqua" w:cs="Book Antiqua"/>
                <w:sz w:val="18"/>
              </w:rPr>
              <w:t>ар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ылыж</w:t>
            </w:r>
            <w:r w:rsidRPr="0033741E">
              <w:rPr>
                <w:rFonts w:ascii="Cambria" w:hAnsi="Cambria" w:cs="Cambria"/>
                <w:sz w:val="18"/>
              </w:rPr>
              <w:t>ү</w:t>
            </w:r>
            <w:r w:rsidRPr="0033741E">
              <w:rPr>
                <w:rFonts w:ascii="Book Antiqua" w:hAnsi="Book Antiqua" w:cs="Book Antiqua"/>
                <w:sz w:val="18"/>
              </w:rPr>
              <w:t>ктеудіпайдаланамыз</w:t>
            </w:r>
            <w:r w:rsidRPr="0033741E">
              <w:rPr>
                <w:rFonts w:ascii="Book Antiqua" w:hAnsi="Book Antiqua"/>
                <w:sz w:val="18"/>
              </w:rPr>
              <w:t xml:space="preserve">. </w:t>
            </w:r>
            <w:r w:rsidRPr="0033741E">
              <w:rPr>
                <w:rFonts w:ascii="Book Antiqua" w:hAnsi="Book Antiqua" w:cs="Book Antiqua"/>
                <w:sz w:val="18"/>
              </w:rPr>
              <w:t>Алдымендайын</w:t>
            </w:r>
            <w:r w:rsidRPr="0033741E">
              <w:rPr>
                <w:rFonts w:ascii="Cambria" w:hAnsi="Cambria" w:cs="Cambria"/>
                <w:sz w:val="18"/>
              </w:rPr>
              <w:t>ү</w:t>
            </w:r>
            <w:r w:rsidRPr="0033741E">
              <w:rPr>
                <w:rFonts w:ascii="Book Antiqua" w:hAnsi="Book Antiqua" w:cs="Book Antiqua"/>
                <w:sz w:val="18"/>
              </w:rPr>
              <w:t>лгініж</w:t>
            </w:r>
            <w:r w:rsidRPr="0033741E">
              <w:rPr>
                <w:rFonts w:ascii="Cambria" w:hAnsi="Cambria" w:cs="Cambria"/>
                <w:sz w:val="18"/>
              </w:rPr>
              <w:t>ү</w:t>
            </w:r>
            <w:r w:rsidRPr="0033741E">
              <w:rPr>
                <w:rFonts w:ascii="Book Antiqua" w:hAnsi="Book Antiqua" w:cs="Book Antiqua"/>
                <w:sz w:val="18"/>
              </w:rPr>
              <w:t>ктепаламыз</w:t>
            </w:r>
            <w:r w:rsidRPr="0033741E">
              <w:rPr>
                <w:rFonts w:ascii="Book Antiqua" w:hAnsi="Book Antiqua"/>
                <w:sz w:val="18"/>
              </w:rPr>
              <w:t xml:space="preserve">, </w:t>
            </w:r>
            <w:r w:rsidRPr="0033741E">
              <w:rPr>
                <w:rFonts w:ascii="Book Antiqua" w:hAnsi="Book Antiqua" w:cs="Book Antiqua"/>
                <w:sz w:val="18"/>
              </w:rPr>
              <w:t>кестені</w:t>
            </w:r>
            <w:r w:rsidRPr="0033741E">
              <w:rPr>
                <w:rFonts w:ascii="Cambria" w:hAnsi="Cambria" w:cs="Cambria"/>
                <w:sz w:val="18"/>
              </w:rPr>
              <w:t>ңқұ</w:t>
            </w:r>
            <w:r w:rsidRPr="0033741E">
              <w:rPr>
                <w:rFonts w:ascii="Book Antiqua" w:hAnsi="Book Antiqua" w:cs="Book Antiqua"/>
                <w:sz w:val="18"/>
              </w:rPr>
              <w:t>рылымыменба</w:t>
            </w:r>
            <w:r w:rsidRPr="0033741E">
              <w:rPr>
                <w:rFonts w:ascii="Cambria" w:hAnsi="Cambria" w:cs="Cambria"/>
                <w:sz w:val="18"/>
              </w:rPr>
              <w:t>ғ</w:t>
            </w:r>
            <w:r w:rsidRPr="0033741E">
              <w:rPr>
                <w:rFonts w:ascii="Book Antiqua" w:hAnsi="Book Antiqua" w:cs="Book Antiqua"/>
                <w:sz w:val="18"/>
              </w:rPr>
              <w:t>анатауларын</w:t>
            </w:r>
            <w:r w:rsidRPr="0033741E">
              <w:rPr>
                <w:rFonts w:ascii="Cambria" w:hAnsi="Cambria" w:cs="Cambria"/>
                <w:sz w:val="18"/>
              </w:rPr>
              <w:t>ө</w:t>
            </w:r>
            <w:r w:rsidRPr="0033741E">
              <w:rPr>
                <w:rFonts w:ascii="Book Antiqua" w:hAnsi="Book Antiqua" w:cs="Book Antiqua"/>
                <w:sz w:val="18"/>
              </w:rPr>
              <w:t>згертпей</w:t>
            </w:r>
            <w:r w:rsidRPr="0033741E">
              <w:rPr>
                <w:rFonts w:ascii="Book Antiqua" w:hAnsi="Book Antiqua"/>
                <w:sz w:val="18"/>
              </w:rPr>
              <w:t>толтырамыз, содан кейін файлды ж</w:t>
            </w:r>
            <w:r w:rsidRPr="0033741E">
              <w:rPr>
                <w:rFonts w:ascii="Cambria" w:hAnsi="Cambria" w:cs="Cambria"/>
                <w:sz w:val="18"/>
              </w:rPr>
              <w:t>ү</w:t>
            </w:r>
            <w:r w:rsidRPr="0033741E">
              <w:rPr>
                <w:rFonts w:ascii="Book Antiqua" w:hAnsi="Book Antiqua" w:cs="Book Antiqua"/>
                <w:sz w:val="18"/>
              </w:rPr>
              <w:t>йегеж</w:t>
            </w:r>
            <w:r w:rsidRPr="0033741E">
              <w:rPr>
                <w:rFonts w:ascii="Cambria" w:hAnsi="Cambria" w:cs="Cambria"/>
                <w:sz w:val="18"/>
              </w:rPr>
              <w:t>ү</w:t>
            </w:r>
            <w:r w:rsidRPr="0033741E">
              <w:rPr>
                <w:rFonts w:ascii="Book Antiqua" w:hAnsi="Book Antiqua" w:cs="Book Antiqua"/>
                <w:sz w:val="18"/>
              </w:rPr>
              <w:t>ктейміз</w:t>
            </w:r>
            <w:r w:rsidRPr="0033741E">
              <w:rPr>
                <w:rFonts w:ascii="Book Antiqua" w:hAnsi="Book Antiqua"/>
                <w:sz w:val="18"/>
              </w:rPr>
              <w:t xml:space="preserve">. </w:t>
            </w:r>
            <w:r w:rsidRPr="0033741E">
              <w:rPr>
                <w:rFonts w:ascii="Book Antiqua" w:hAnsi="Book Antiqua" w:cs="Book Antiqua"/>
                <w:sz w:val="18"/>
              </w:rPr>
              <w:t>Ж</w:t>
            </w:r>
            <w:r w:rsidRPr="0033741E">
              <w:rPr>
                <w:rFonts w:ascii="Cambria" w:hAnsi="Cambria" w:cs="Cambria"/>
                <w:sz w:val="18"/>
              </w:rPr>
              <w:t>ү</w:t>
            </w:r>
            <w:r w:rsidRPr="0033741E">
              <w:rPr>
                <w:rFonts w:ascii="Book Antiqua" w:hAnsi="Book Antiqua" w:cs="Book Antiqua"/>
                <w:sz w:val="18"/>
              </w:rPr>
              <w:t>ктегенненкейінміндеттіт</w:t>
            </w:r>
            <w:r w:rsidRPr="0033741E">
              <w:rPr>
                <w:rFonts w:ascii="Cambria" w:hAnsi="Cambria" w:cs="Cambria"/>
                <w:sz w:val="18"/>
              </w:rPr>
              <w:t>ү</w:t>
            </w:r>
            <w:r w:rsidRPr="0033741E">
              <w:rPr>
                <w:rFonts w:ascii="Book Antiqua" w:hAnsi="Book Antiqua" w:cs="Book Antiqua"/>
                <w:sz w:val="18"/>
              </w:rPr>
              <w:t>рдетексеруж</w:t>
            </w:r>
            <w:r w:rsidRPr="0033741E">
              <w:rPr>
                <w:rFonts w:ascii="Cambria" w:hAnsi="Cambria" w:cs="Cambria"/>
                <w:sz w:val="18"/>
              </w:rPr>
              <w:t>ү</w:t>
            </w:r>
            <w:r w:rsidRPr="0033741E">
              <w:rPr>
                <w:rFonts w:ascii="Book Antiqua" w:hAnsi="Book Antiqua" w:cs="Book Antiqua"/>
                <w:sz w:val="18"/>
              </w:rPr>
              <w:t>ргізіледі</w:t>
            </w:r>
            <w:r w:rsidRPr="0033741E">
              <w:rPr>
                <w:rFonts w:ascii="Book Antiqua" w:hAnsi="Book Antiqua"/>
                <w:sz w:val="18"/>
              </w:rPr>
              <w:t xml:space="preserve">. </w:t>
            </w:r>
            <w:r w:rsidRPr="0033741E">
              <w:rPr>
                <w:rFonts w:ascii="Book Antiqua" w:hAnsi="Book Antiqua" w:cs="Book Antiqua"/>
                <w:sz w:val="18"/>
              </w:rPr>
              <w:t>Ж</w:t>
            </w:r>
            <w:r w:rsidRPr="0033741E">
              <w:rPr>
                <w:rFonts w:ascii="Cambria" w:hAnsi="Cambria" w:cs="Cambria"/>
                <w:sz w:val="18"/>
              </w:rPr>
              <w:t>ү</w:t>
            </w:r>
            <w:r w:rsidRPr="0033741E">
              <w:rPr>
                <w:rFonts w:ascii="Book Antiqua" w:hAnsi="Book Antiqua" w:cs="Book Antiqua"/>
                <w:sz w:val="18"/>
              </w:rPr>
              <w:t>йе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атек</w:t>
            </w:r>
            <w:r w:rsidRPr="0033741E">
              <w:rPr>
                <w:rFonts w:ascii="Cambria" w:hAnsi="Cambria" w:cs="Cambria"/>
                <w:sz w:val="18"/>
              </w:rPr>
              <w:t>ө</w:t>
            </w:r>
            <w:r w:rsidRPr="0033741E">
              <w:rPr>
                <w:rFonts w:ascii="Book Antiqua" w:hAnsi="Book Antiqua" w:cs="Book Antiqua"/>
                <w:sz w:val="18"/>
              </w:rPr>
              <w:t>рсетсе</w:t>
            </w:r>
            <w:r w:rsidRPr="0033741E">
              <w:rPr>
                <w:rFonts w:ascii="Book Antiqua" w:hAnsi="Book Antiqua"/>
                <w:sz w:val="18"/>
              </w:rPr>
              <w:t xml:space="preserve">, </w:t>
            </w:r>
            <w:r w:rsidRPr="0033741E">
              <w:rPr>
                <w:rFonts w:ascii="Book Antiqua" w:hAnsi="Book Antiqua" w:cs="Book Antiqua"/>
                <w:sz w:val="18"/>
              </w:rPr>
              <w:t>оларт</w:t>
            </w:r>
            <w:r w:rsidRPr="0033741E">
              <w:rPr>
                <w:rFonts w:ascii="Cambria" w:hAnsi="Cambria" w:cs="Cambria"/>
                <w:sz w:val="18"/>
              </w:rPr>
              <w:t>ү</w:t>
            </w:r>
            <w:r w:rsidRPr="0033741E">
              <w:rPr>
                <w:rFonts w:ascii="Book Antiqua" w:hAnsi="Book Antiqua" w:cs="Book Antiqua"/>
                <w:sz w:val="18"/>
              </w:rPr>
              <w:t>зетілгенгедейіндеректердіса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тамаймыз</w:t>
            </w:r>
            <w:r w:rsidRPr="0033741E">
              <w:rPr>
                <w:rFonts w:ascii="Book Antiqua" w:hAnsi="Book Antiqua"/>
                <w:sz w:val="18"/>
              </w:rPr>
              <w:t>.</w:t>
            </w:r>
          </w:p>
        </w:tc>
        <w:tc>
          <w:tcPr>
            <w:tcW w:w="4309" w:type="dxa"/>
            <w:shd w:val="clear" w:color="auto" w:fill="FFF2CC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163607" w:rsidRPr="0033741E" w:rsidRDefault="00A83174">
            <w:pPr>
              <w:spacing w:after="0" w:line="240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sz w:val="17"/>
              </w:rPr>
              <w:t>«Барлы</w:t>
            </w:r>
            <w:r w:rsidRPr="0033741E">
              <w:rPr>
                <w:rFonts w:ascii="Cambria" w:hAnsi="Cambria" w:cs="Cambria"/>
                <w:sz w:val="17"/>
              </w:rPr>
              <w:t>қ</w:t>
            </w:r>
            <w:r w:rsidRPr="0033741E">
              <w:rPr>
                <w:rFonts w:ascii="Book Antiqua" w:hAnsi="Book Antiqua" w:cs="Book Antiqua"/>
                <w:sz w:val="17"/>
              </w:rPr>
              <w:t>о</w:t>
            </w:r>
            <w:r w:rsidRPr="0033741E">
              <w:rPr>
                <w:rFonts w:ascii="Cambria" w:hAnsi="Cambria" w:cs="Cambria"/>
                <w:sz w:val="17"/>
              </w:rPr>
              <w:t>қ</w:t>
            </w:r>
            <w:r w:rsidRPr="0033741E">
              <w:rPr>
                <w:rFonts w:ascii="Book Antiqua" w:hAnsi="Book Antiqua" w:cs="Book Antiqua"/>
                <w:sz w:val="17"/>
              </w:rPr>
              <w:t>ушыларды</w:t>
            </w:r>
            <w:r w:rsidRPr="0033741E">
              <w:rPr>
                <w:rFonts w:ascii="Cambria" w:hAnsi="Cambria" w:cs="Cambria"/>
                <w:sz w:val="17"/>
              </w:rPr>
              <w:t>қ</w:t>
            </w:r>
            <w:r w:rsidRPr="0033741E">
              <w:rPr>
                <w:rFonts w:ascii="Book Antiqua" w:hAnsi="Book Antiqua" w:cs="Book Antiqua"/>
                <w:sz w:val="17"/>
              </w:rPr>
              <w:t>осу»→«</w:t>
            </w:r>
            <w:r w:rsidRPr="0033741E">
              <w:rPr>
                <w:rFonts w:ascii="Book Antiqua" w:hAnsi="Book Antiqua"/>
                <w:sz w:val="17"/>
              </w:rPr>
              <w:t xml:space="preserve">Excel </w:t>
            </w:r>
            <w:r w:rsidRPr="0033741E">
              <w:rPr>
                <w:rFonts w:ascii="Cambria" w:hAnsi="Cambria" w:cs="Cambria"/>
                <w:sz w:val="17"/>
              </w:rPr>
              <w:t>ү</w:t>
            </w:r>
            <w:r w:rsidRPr="0033741E">
              <w:rPr>
                <w:rFonts w:ascii="Book Antiqua" w:hAnsi="Book Antiqua" w:cs="Book Antiqua"/>
                <w:sz w:val="17"/>
              </w:rPr>
              <w:t>лгісінж</w:t>
            </w:r>
            <w:r w:rsidRPr="0033741E">
              <w:rPr>
                <w:rFonts w:ascii="Cambria" w:hAnsi="Cambria" w:cs="Cambria"/>
                <w:sz w:val="17"/>
              </w:rPr>
              <w:t>ү</w:t>
            </w:r>
            <w:r w:rsidRPr="0033741E">
              <w:rPr>
                <w:rFonts w:ascii="Book Antiqua" w:hAnsi="Book Antiqua" w:cs="Book Antiqua"/>
                <w:sz w:val="17"/>
              </w:rPr>
              <w:t>ктепалу»→алдыналадайындал</w:t>
            </w:r>
            <w:r w:rsidRPr="0033741E">
              <w:rPr>
                <w:rFonts w:ascii="Cambria" w:hAnsi="Cambria" w:cs="Cambria"/>
                <w:sz w:val="17"/>
              </w:rPr>
              <w:t>ғ</w:t>
            </w:r>
            <w:r w:rsidRPr="0033741E">
              <w:rPr>
                <w:rFonts w:ascii="Book Antiqua" w:hAnsi="Book Antiqua" w:cs="Book Antiqua"/>
                <w:sz w:val="17"/>
              </w:rPr>
              <w:t>анфайл→</w:t>
            </w:r>
            <w:r w:rsidRPr="0033741E">
              <w:rPr>
                <w:rFonts w:ascii="Book Antiqua" w:hAnsi="Book Antiqua"/>
                <w:sz w:val="17"/>
              </w:rPr>
              <w:t>«Excel ар</w:t>
            </w:r>
            <w:r w:rsidRPr="0033741E">
              <w:rPr>
                <w:rFonts w:ascii="Cambria" w:hAnsi="Cambria" w:cs="Cambria"/>
                <w:sz w:val="17"/>
              </w:rPr>
              <w:t>қ</w:t>
            </w:r>
            <w:r w:rsidRPr="0033741E">
              <w:rPr>
                <w:rFonts w:ascii="Book Antiqua" w:hAnsi="Book Antiqua" w:cs="Book Antiqua"/>
                <w:sz w:val="17"/>
              </w:rPr>
              <w:t>ылыимпорт»→«Тексеру»б</w:t>
            </w:r>
            <w:r w:rsidRPr="0033741E">
              <w:rPr>
                <w:rFonts w:ascii="Cambria" w:hAnsi="Cambria" w:cs="Cambria"/>
                <w:sz w:val="17"/>
              </w:rPr>
              <w:t>ө</w:t>
            </w:r>
            <w:r w:rsidRPr="0033741E">
              <w:rPr>
                <w:rFonts w:ascii="Book Antiqua" w:hAnsi="Book Antiqua" w:cs="Book Antiqua"/>
                <w:sz w:val="17"/>
              </w:rPr>
              <w:t>лімдерінк</w:t>
            </w:r>
            <w:r w:rsidRPr="0033741E">
              <w:rPr>
                <w:rFonts w:ascii="Cambria" w:hAnsi="Cambria" w:cs="Cambria"/>
                <w:sz w:val="17"/>
              </w:rPr>
              <w:t>ө</w:t>
            </w:r>
            <w:r w:rsidRPr="0033741E">
              <w:rPr>
                <w:rFonts w:ascii="Book Antiqua" w:hAnsi="Book Antiqua" w:cs="Book Antiqua"/>
                <w:sz w:val="17"/>
              </w:rPr>
              <w:t>рсету</w:t>
            </w:r>
            <w:r w:rsidRPr="0033741E">
              <w:rPr>
                <w:rFonts w:ascii="Book Antiqua" w:hAnsi="Book Antiqua"/>
                <w:sz w:val="17"/>
              </w:rPr>
              <w:t>.</w:t>
            </w:r>
          </w:p>
        </w:tc>
        <w:tc>
          <w:tcPr>
            <w:tcW w:w="3628" w:type="dxa"/>
            <w:shd w:val="clear" w:color="auto" w:fill="F7F9FB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163607" w:rsidRPr="0033741E" w:rsidRDefault="00A83174">
            <w:pPr>
              <w:spacing w:after="0" w:line="240" w:lineRule="auto"/>
              <w:rPr>
                <w:rFonts w:ascii="Book Antiqua" w:hAnsi="Book Antiqua"/>
                <w:lang w:val="ru-RU"/>
              </w:rPr>
            </w:pPr>
            <w:r w:rsidRPr="0033741E">
              <w:rPr>
                <w:rFonts w:ascii="Book Antiqua" w:hAnsi="Book Antiqua"/>
                <w:color w:val="595959"/>
                <w:sz w:val="17"/>
                <w:lang w:val="ru-RU"/>
              </w:rPr>
              <w:t>Файл алдын ала дайынболуытиіс. Кездесубарысында</w:t>
            </w:r>
            <w:r w:rsidRPr="0033741E">
              <w:rPr>
                <w:rFonts w:ascii="Book Antiqua" w:hAnsi="Book Antiqua"/>
                <w:color w:val="595959"/>
                <w:sz w:val="17"/>
              </w:rPr>
              <w:t>Excel</w:t>
            </w:r>
            <w:r w:rsidRPr="0033741E">
              <w:rPr>
                <w:rFonts w:ascii="Book Antiqua" w:hAnsi="Book Antiqua"/>
                <w:color w:val="595959"/>
                <w:sz w:val="17"/>
                <w:lang w:val="ru-RU"/>
              </w:rPr>
              <w:t>файлынредакциялама</w:t>
            </w:r>
            <w:r w:rsidRPr="0033741E">
              <w:rPr>
                <w:rFonts w:ascii="Cambria" w:hAnsi="Cambria" w:cs="Cambria"/>
                <w:color w:val="595959"/>
                <w:sz w:val="17"/>
                <w:lang w:val="ru-RU"/>
              </w:rPr>
              <w:t>ң</w:t>
            </w:r>
            <w:r w:rsidRPr="0033741E">
              <w:rPr>
                <w:rFonts w:ascii="Book Antiqua" w:hAnsi="Book Antiqua" w:cs="Book Antiqua"/>
                <w:color w:val="595959"/>
                <w:sz w:val="17"/>
                <w:lang w:val="ru-RU"/>
              </w:rPr>
              <w:t>ыз</w:t>
            </w:r>
            <w:r w:rsidRPr="0033741E">
              <w:rPr>
                <w:rFonts w:ascii="Book Antiqua" w:hAnsi="Book Antiqua"/>
                <w:color w:val="595959"/>
                <w:sz w:val="17"/>
                <w:lang w:val="ru-RU"/>
              </w:rPr>
              <w:t xml:space="preserve">. </w:t>
            </w:r>
            <w:r w:rsidRPr="0033741E">
              <w:rPr>
                <w:rFonts w:ascii="Book Antiqua" w:hAnsi="Book Antiqua" w:cs="Book Antiqua"/>
                <w:color w:val="595959"/>
                <w:sz w:val="17"/>
                <w:lang w:val="ru-RU"/>
              </w:rPr>
              <w:t>«Д</w:t>
            </w:r>
            <w:r w:rsidRPr="0033741E">
              <w:rPr>
                <w:rFonts w:ascii="Cambria" w:hAnsi="Cambria" w:cs="Cambria"/>
                <w:color w:val="595959"/>
                <w:sz w:val="17"/>
                <w:lang w:val="ru-RU"/>
              </w:rPr>
              <w:t>ұ</w:t>
            </w:r>
            <w:r w:rsidRPr="0033741E">
              <w:rPr>
                <w:rFonts w:ascii="Book Antiqua" w:hAnsi="Book Antiqua" w:cs="Book Antiqua"/>
                <w:color w:val="595959"/>
                <w:sz w:val="17"/>
                <w:lang w:val="ru-RU"/>
              </w:rPr>
              <w:t>рысжолдардыса</w:t>
            </w:r>
            <w:r w:rsidRPr="0033741E">
              <w:rPr>
                <w:rFonts w:ascii="Cambria" w:hAnsi="Cambria" w:cs="Cambria"/>
                <w:color w:val="595959"/>
                <w:sz w:val="17"/>
                <w:lang w:val="ru-RU"/>
              </w:rPr>
              <w:t>қ</w:t>
            </w:r>
            <w:r w:rsidRPr="0033741E">
              <w:rPr>
                <w:rFonts w:ascii="Book Antiqua" w:hAnsi="Book Antiqua" w:cs="Book Antiqua"/>
                <w:color w:val="595959"/>
                <w:sz w:val="17"/>
                <w:lang w:val="ru-RU"/>
              </w:rPr>
              <w:t>тау»ж</w:t>
            </w:r>
            <w:r w:rsidRPr="0033741E">
              <w:rPr>
                <w:rFonts w:ascii="Cambria" w:hAnsi="Cambria" w:cs="Cambria"/>
                <w:color w:val="595959"/>
                <w:sz w:val="17"/>
                <w:lang w:val="ru-RU"/>
              </w:rPr>
              <w:t>ә</w:t>
            </w:r>
            <w:r w:rsidRPr="0033741E">
              <w:rPr>
                <w:rFonts w:ascii="Book Antiqua" w:hAnsi="Book Antiqua" w:cs="Book Antiqua"/>
                <w:color w:val="595959"/>
                <w:sz w:val="17"/>
                <w:lang w:val="ru-RU"/>
              </w:rPr>
              <w:t>не«Босжолдардытазарту»батырмаларын</w:t>
            </w:r>
            <w:r w:rsidRPr="0033741E">
              <w:rPr>
                <w:rFonts w:ascii="Cambria" w:hAnsi="Cambria" w:cs="Cambria"/>
                <w:color w:val="595959"/>
                <w:sz w:val="17"/>
                <w:lang w:val="ru-RU"/>
              </w:rPr>
              <w:t>қ</w:t>
            </w:r>
            <w:r w:rsidRPr="0033741E">
              <w:rPr>
                <w:rFonts w:ascii="Book Antiqua" w:hAnsi="Book Antiqua" w:cs="Book Antiqua"/>
                <w:color w:val="595959"/>
                <w:sz w:val="17"/>
                <w:lang w:val="ru-RU"/>
              </w:rPr>
              <w:t>ыс</w:t>
            </w:r>
            <w:r w:rsidRPr="0033741E">
              <w:rPr>
                <w:rFonts w:ascii="Cambria" w:hAnsi="Cambria" w:cs="Cambria"/>
                <w:color w:val="595959"/>
                <w:sz w:val="17"/>
                <w:lang w:val="ru-RU"/>
              </w:rPr>
              <w:t>қ</w:t>
            </w:r>
            <w:r w:rsidRPr="0033741E">
              <w:rPr>
                <w:rFonts w:ascii="Book Antiqua" w:hAnsi="Book Antiqua" w:cs="Book Antiqua"/>
                <w:color w:val="595959"/>
                <w:sz w:val="17"/>
                <w:lang w:val="ru-RU"/>
              </w:rPr>
              <w:t>ашак</w:t>
            </w:r>
            <w:r w:rsidRPr="0033741E">
              <w:rPr>
                <w:rFonts w:ascii="Cambria" w:hAnsi="Cambria" w:cs="Cambria"/>
                <w:color w:val="595959"/>
                <w:sz w:val="17"/>
                <w:lang w:val="ru-RU"/>
              </w:rPr>
              <w:t>ө</w:t>
            </w:r>
            <w:r w:rsidRPr="0033741E">
              <w:rPr>
                <w:rFonts w:ascii="Book Antiqua" w:hAnsi="Book Antiqua" w:cs="Book Antiqua"/>
                <w:color w:val="595959"/>
                <w:sz w:val="17"/>
                <w:lang w:val="ru-RU"/>
              </w:rPr>
              <w:t>рсеті</w:t>
            </w:r>
            <w:r w:rsidRPr="0033741E">
              <w:rPr>
                <w:rFonts w:ascii="Cambria" w:hAnsi="Cambria" w:cs="Cambria"/>
                <w:color w:val="595959"/>
                <w:sz w:val="17"/>
                <w:lang w:val="ru-RU"/>
              </w:rPr>
              <w:t>ң</w:t>
            </w:r>
            <w:r w:rsidRPr="0033741E">
              <w:rPr>
                <w:rFonts w:ascii="Book Antiqua" w:hAnsi="Book Antiqua" w:cs="Book Antiqua"/>
                <w:color w:val="595959"/>
                <w:sz w:val="17"/>
                <w:lang w:val="ru-RU"/>
              </w:rPr>
              <w:t>із</w:t>
            </w:r>
            <w:r w:rsidRPr="0033741E">
              <w:rPr>
                <w:rFonts w:ascii="Book Antiqua" w:hAnsi="Book Antiqua"/>
                <w:color w:val="595959"/>
                <w:sz w:val="17"/>
                <w:lang w:val="ru-RU"/>
              </w:rPr>
              <w:t>.</w:t>
            </w:r>
          </w:p>
        </w:tc>
      </w:tr>
      <w:tr w:rsidR="00163607" w:rsidRPr="0033741E">
        <w:trPr>
          <w:cantSplit/>
          <w:jc w:val="center"/>
        </w:trPr>
        <w:tc>
          <w:tcPr>
            <w:tcW w:w="1134" w:type="dxa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163607" w:rsidRPr="0033741E" w:rsidRDefault="00A83174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b/>
                <w:sz w:val="17"/>
              </w:rPr>
              <w:t>9–11</w:t>
            </w:r>
          </w:p>
        </w:tc>
        <w:tc>
          <w:tcPr>
            <w:tcW w:w="6690" w:type="dxa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163607" w:rsidRPr="0033741E" w:rsidRDefault="00A83174">
            <w:pPr>
              <w:spacing w:after="0" w:line="240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sz w:val="18"/>
              </w:rPr>
              <w:t>Білім алушы бас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амектептенау</w:t>
            </w:r>
            <w:r w:rsidRPr="0033741E">
              <w:rPr>
                <w:rFonts w:ascii="Book Antiqua" w:hAnsi="Book Antiqua"/>
                <w:sz w:val="18"/>
              </w:rPr>
              <w:t>ыс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анжа</w:t>
            </w:r>
            <w:r w:rsidRPr="0033741E">
              <w:rPr>
                <w:rFonts w:ascii="Cambria" w:hAnsi="Cambria" w:cs="Cambria"/>
                <w:sz w:val="18"/>
              </w:rPr>
              <w:t>ғ</w:t>
            </w:r>
            <w:r w:rsidRPr="0033741E">
              <w:rPr>
                <w:rFonts w:ascii="Book Antiqua" w:hAnsi="Book Antiqua" w:cs="Book Antiqua"/>
                <w:sz w:val="18"/>
              </w:rPr>
              <w:t>дайдаоны</w:t>
            </w:r>
            <w:r w:rsidRPr="0033741E">
              <w:rPr>
                <w:rFonts w:ascii="Cambria" w:hAnsi="Cambria" w:cs="Cambria"/>
                <w:sz w:val="18"/>
              </w:rPr>
              <w:t>ң</w:t>
            </w:r>
            <w:r w:rsidRPr="0033741E">
              <w:rPr>
                <w:rFonts w:ascii="Book Antiqua" w:hAnsi="Book Antiqua" w:cs="Book Antiqua"/>
                <w:sz w:val="18"/>
              </w:rPr>
              <w:t>деректерін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айтаенгізуді</w:t>
            </w:r>
            <w:r w:rsidRPr="0033741E">
              <w:rPr>
                <w:rFonts w:ascii="Cambria" w:hAnsi="Cambria" w:cs="Cambria"/>
                <w:sz w:val="18"/>
              </w:rPr>
              <w:t>ңқ</w:t>
            </w:r>
            <w:r w:rsidRPr="0033741E">
              <w:rPr>
                <w:rFonts w:ascii="Book Antiqua" w:hAnsi="Book Antiqua" w:cs="Book Antiqua"/>
                <w:sz w:val="18"/>
              </w:rPr>
              <w:t>ажетіжо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/>
                <w:sz w:val="18"/>
              </w:rPr>
              <w:t xml:space="preserve">. </w:t>
            </w:r>
            <w:r w:rsidRPr="0033741E">
              <w:rPr>
                <w:rFonts w:ascii="Book Antiqua" w:hAnsi="Book Antiqua" w:cs="Book Antiqua"/>
                <w:sz w:val="18"/>
              </w:rPr>
              <w:t>«Ауыстырулар»б</w:t>
            </w:r>
            <w:r w:rsidRPr="0033741E">
              <w:rPr>
                <w:rFonts w:ascii="Cambria" w:hAnsi="Cambria" w:cs="Cambria"/>
                <w:sz w:val="18"/>
              </w:rPr>
              <w:t>ө</w:t>
            </w:r>
            <w:r w:rsidRPr="0033741E">
              <w:rPr>
                <w:rFonts w:ascii="Book Antiqua" w:hAnsi="Book Antiqua" w:cs="Book Antiqua"/>
                <w:sz w:val="18"/>
              </w:rPr>
              <w:t>ліміндекеліпт</w:t>
            </w:r>
            <w:r w:rsidRPr="0033741E">
              <w:rPr>
                <w:rFonts w:ascii="Cambria" w:hAnsi="Cambria" w:cs="Cambria"/>
                <w:sz w:val="18"/>
              </w:rPr>
              <w:t>ү</w:t>
            </w:r>
            <w:r w:rsidRPr="0033741E">
              <w:rPr>
                <w:rFonts w:ascii="Book Antiqua" w:hAnsi="Book Antiqua" w:cs="Book Antiqua"/>
                <w:sz w:val="18"/>
              </w:rPr>
              <w:t>скенс</w:t>
            </w:r>
            <w:r w:rsidRPr="0033741E">
              <w:rPr>
                <w:rFonts w:ascii="Cambria" w:hAnsi="Cambria" w:cs="Cambria"/>
                <w:sz w:val="18"/>
              </w:rPr>
              <w:t>ұ</w:t>
            </w:r>
            <w:r w:rsidRPr="0033741E">
              <w:rPr>
                <w:rFonts w:ascii="Book Antiqua" w:hAnsi="Book Antiqua" w:cs="Book Antiqua"/>
                <w:sz w:val="18"/>
              </w:rPr>
              <w:t>рауларды</w:t>
            </w:r>
            <w:r w:rsidRPr="0033741E">
              <w:rPr>
                <w:rFonts w:ascii="Book Antiqua" w:hAnsi="Book Antiqua"/>
                <w:sz w:val="18"/>
              </w:rPr>
              <w:t xml:space="preserve">, </w:t>
            </w:r>
            <w:r w:rsidRPr="0033741E">
              <w:rPr>
                <w:rFonts w:ascii="Cambria" w:hAnsi="Cambria" w:cs="Cambria"/>
                <w:sz w:val="18"/>
              </w:rPr>
              <w:t>ө</w:t>
            </w:r>
            <w:r w:rsidRPr="0033741E">
              <w:rPr>
                <w:rFonts w:ascii="Book Antiqua" w:hAnsi="Book Antiqua" w:cs="Book Antiqua"/>
                <w:sz w:val="18"/>
              </w:rPr>
              <w:t>зс</w:t>
            </w:r>
            <w:r w:rsidRPr="0033741E">
              <w:rPr>
                <w:rFonts w:ascii="Cambria" w:hAnsi="Cambria" w:cs="Cambria"/>
                <w:sz w:val="18"/>
              </w:rPr>
              <w:t>ұ</w:t>
            </w:r>
            <w:r w:rsidRPr="0033741E">
              <w:rPr>
                <w:rFonts w:ascii="Book Antiqua" w:hAnsi="Book Antiqua" w:cs="Book Antiqua"/>
                <w:sz w:val="18"/>
              </w:rPr>
              <w:t>раулары</w:t>
            </w:r>
            <w:r w:rsidRPr="0033741E">
              <w:rPr>
                <w:rFonts w:ascii="Cambria" w:hAnsi="Cambria" w:cs="Cambria"/>
                <w:sz w:val="18"/>
              </w:rPr>
              <w:t>ң</w:t>
            </w:r>
            <w:r w:rsidRPr="0033741E">
              <w:rPr>
                <w:rFonts w:ascii="Book Antiqua" w:hAnsi="Book Antiqua" w:cs="Book Antiqua"/>
                <w:sz w:val="18"/>
              </w:rPr>
              <w:t>ыздыж</w:t>
            </w:r>
            <w:r w:rsidRPr="0033741E">
              <w:rPr>
                <w:rFonts w:ascii="Cambria" w:hAnsi="Cambria" w:cs="Cambria"/>
                <w:sz w:val="18"/>
              </w:rPr>
              <w:t>ә</w:t>
            </w:r>
            <w:r w:rsidRPr="0033741E">
              <w:rPr>
                <w:rFonts w:ascii="Book Antiqua" w:hAnsi="Book Antiqua" w:cs="Book Antiqua"/>
                <w:sz w:val="18"/>
              </w:rPr>
              <w:t>неауыстырыл</w:t>
            </w:r>
            <w:r w:rsidRPr="0033741E">
              <w:rPr>
                <w:rFonts w:ascii="Cambria" w:hAnsi="Cambria" w:cs="Cambria"/>
                <w:sz w:val="18"/>
              </w:rPr>
              <w:t>ғ</w:t>
            </w:r>
            <w:r w:rsidRPr="0033741E">
              <w:rPr>
                <w:rFonts w:ascii="Book Antiqua" w:hAnsi="Book Antiqua" w:cs="Book Antiqua"/>
                <w:sz w:val="18"/>
              </w:rPr>
              <w:t>ано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ушылартарихынк</w:t>
            </w:r>
            <w:r w:rsidRPr="0033741E">
              <w:rPr>
                <w:rFonts w:ascii="Cambria" w:hAnsi="Cambria" w:cs="Cambria"/>
                <w:sz w:val="18"/>
              </w:rPr>
              <w:t>ө</w:t>
            </w:r>
            <w:r w:rsidRPr="0033741E">
              <w:rPr>
                <w:rFonts w:ascii="Book Antiqua" w:hAnsi="Book Antiqua" w:cs="Book Antiqua"/>
                <w:sz w:val="18"/>
              </w:rPr>
              <w:t>ругеболады</w:t>
            </w:r>
            <w:r w:rsidRPr="0033741E">
              <w:rPr>
                <w:rFonts w:ascii="Book Antiqua" w:hAnsi="Book Antiqua"/>
                <w:sz w:val="18"/>
              </w:rPr>
              <w:t xml:space="preserve">. </w:t>
            </w:r>
            <w:r w:rsidRPr="0033741E">
              <w:rPr>
                <w:rFonts w:ascii="Book Antiqua" w:hAnsi="Book Antiqua" w:cs="Book Antiqua"/>
                <w:sz w:val="18"/>
              </w:rPr>
              <w:t>Ауыстырурастал</w:t>
            </w:r>
            <w:r w:rsidRPr="0033741E">
              <w:rPr>
                <w:rFonts w:ascii="Cambria" w:hAnsi="Cambria" w:cs="Cambria"/>
                <w:sz w:val="18"/>
              </w:rPr>
              <w:t>ғ</w:t>
            </w:r>
            <w:r w:rsidRPr="0033741E">
              <w:rPr>
                <w:rFonts w:ascii="Book Antiqua" w:hAnsi="Book Antiqua" w:cs="Book Antiqua"/>
                <w:sz w:val="18"/>
              </w:rPr>
              <w:t>аннанкейіно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ушыны</w:t>
            </w:r>
            <w:r w:rsidRPr="0033741E">
              <w:rPr>
                <w:rFonts w:ascii="Cambria" w:hAnsi="Cambria" w:cs="Cambria"/>
                <w:sz w:val="18"/>
              </w:rPr>
              <w:t>ң</w:t>
            </w:r>
            <w:r w:rsidRPr="0033741E">
              <w:rPr>
                <w:rFonts w:ascii="Book Antiqua" w:hAnsi="Book Antiqua" w:cs="Book Antiqua"/>
                <w:sz w:val="18"/>
              </w:rPr>
              <w:t>картасы</w:t>
            </w:r>
            <w:r w:rsidRPr="0033741E">
              <w:rPr>
                <w:rFonts w:ascii="Book Antiqua" w:hAnsi="Book Antiqua"/>
                <w:sz w:val="18"/>
              </w:rPr>
              <w:t xml:space="preserve">, </w:t>
            </w:r>
            <w:r w:rsidRPr="0033741E">
              <w:rPr>
                <w:rFonts w:ascii="Book Antiqua" w:hAnsi="Book Antiqua" w:cs="Book Antiqua"/>
                <w:sz w:val="18"/>
              </w:rPr>
              <w:t>диагностикан</w:t>
            </w:r>
            <w:r w:rsidRPr="0033741E">
              <w:rPr>
                <w:rFonts w:ascii="Cambria" w:hAnsi="Cambria" w:cs="Cambria"/>
                <w:sz w:val="18"/>
              </w:rPr>
              <w:t>ә</w:t>
            </w:r>
            <w:r w:rsidRPr="0033741E">
              <w:rPr>
                <w:rFonts w:ascii="Book Antiqua" w:hAnsi="Book Antiqua" w:cs="Book Antiqua"/>
                <w:sz w:val="18"/>
              </w:rPr>
              <w:t>тижелері</w:t>
            </w:r>
            <w:r w:rsidRPr="0033741E">
              <w:rPr>
                <w:rFonts w:ascii="Book Antiqua" w:hAnsi="Book Antiqua"/>
                <w:sz w:val="18"/>
              </w:rPr>
              <w:t xml:space="preserve">, </w:t>
            </w:r>
            <w:r w:rsidRPr="0033741E">
              <w:rPr>
                <w:rFonts w:ascii="Cambria" w:hAnsi="Cambria" w:cs="Cambria"/>
                <w:sz w:val="18"/>
              </w:rPr>
              <w:t>ә</w:t>
            </w:r>
            <w:r w:rsidRPr="0033741E">
              <w:rPr>
                <w:rFonts w:ascii="Book Antiqua" w:hAnsi="Book Antiqua" w:cs="Book Antiqua"/>
                <w:sz w:val="18"/>
              </w:rPr>
              <w:t>леуметтік</w:t>
            </w:r>
            <w:r w:rsidRPr="0033741E">
              <w:rPr>
                <w:rFonts w:ascii="Book Antiqua" w:hAnsi="Book Antiqua"/>
                <w:sz w:val="18"/>
              </w:rPr>
              <w:t xml:space="preserve"> паспорты ж</w:t>
            </w:r>
            <w:r w:rsidRPr="0033741E">
              <w:rPr>
                <w:rFonts w:ascii="Cambria" w:hAnsi="Cambria" w:cs="Cambria"/>
                <w:sz w:val="18"/>
              </w:rPr>
              <w:t>ә</w:t>
            </w:r>
            <w:r w:rsidRPr="0033741E">
              <w:rPr>
                <w:rFonts w:ascii="Book Antiqua" w:hAnsi="Book Antiqua" w:cs="Book Antiqua"/>
                <w:sz w:val="18"/>
              </w:rPr>
              <w:t>неб</w:t>
            </w:r>
            <w:r w:rsidRPr="0033741E">
              <w:rPr>
                <w:rFonts w:ascii="Cambria" w:hAnsi="Cambria" w:cs="Cambria"/>
                <w:sz w:val="18"/>
              </w:rPr>
              <w:t>ұ</w:t>
            </w:r>
            <w:r w:rsidRPr="0033741E">
              <w:rPr>
                <w:rFonts w:ascii="Book Antiqua" w:hAnsi="Book Antiqua" w:cs="Book Antiqua"/>
                <w:sz w:val="18"/>
              </w:rPr>
              <w:t>рынжина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тал</w:t>
            </w:r>
            <w:r w:rsidRPr="0033741E">
              <w:rPr>
                <w:rFonts w:ascii="Cambria" w:hAnsi="Cambria" w:cs="Cambria"/>
                <w:sz w:val="18"/>
              </w:rPr>
              <w:t>ғ</w:t>
            </w:r>
            <w:r w:rsidRPr="0033741E">
              <w:rPr>
                <w:rFonts w:ascii="Book Antiqua" w:hAnsi="Book Antiqua" w:cs="Book Antiqua"/>
                <w:sz w:val="18"/>
              </w:rPr>
              <w:t>антарихыбіргек</w:t>
            </w:r>
            <w:r w:rsidRPr="0033741E">
              <w:rPr>
                <w:rFonts w:ascii="Cambria" w:hAnsi="Cambria" w:cs="Cambria"/>
                <w:sz w:val="18"/>
              </w:rPr>
              <w:t>ө</w:t>
            </w:r>
            <w:r w:rsidRPr="0033741E">
              <w:rPr>
                <w:rFonts w:ascii="Book Antiqua" w:hAnsi="Book Antiqua" w:cs="Book Antiqua"/>
                <w:sz w:val="18"/>
              </w:rPr>
              <w:t>шіріледі</w:t>
            </w:r>
            <w:r w:rsidRPr="0033741E">
              <w:rPr>
                <w:rFonts w:ascii="Book Antiqua" w:hAnsi="Book Antiqua"/>
                <w:sz w:val="18"/>
              </w:rPr>
              <w:t>.</w:t>
            </w:r>
          </w:p>
        </w:tc>
        <w:tc>
          <w:tcPr>
            <w:tcW w:w="4309" w:type="dxa"/>
            <w:shd w:val="clear" w:color="auto" w:fill="FFF2CC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163607" w:rsidRPr="0033741E" w:rsidRDefault="00A83174">
            <w:pPr>
              <w:spacing w:after="0" w:line="240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sz w:val="17"/>
              </w:rPr>
              <w:t>«Ауыстырулар» б</w:t>
            </w:r>
            <w:r w:rsidRPr="0033741E">
              <w:rPr>
                <w:rFonts w:ascii="Cambria" w:hAnsi="Cambria" w:cs="Cambria"/>
                <w:sz w:val="17"/>
              </w:rPr>
              <w:t>ө</w:t>
            </w:r>
            <w:r w:rsidRPr="0033741E">
              <w:rPr>
                <w:rFonts w:ascii="Book Antiqua" w:hAnsi="Book Antiqua" w:cs="Book Antiqua"/>
                <w:sz w:val="17"/>
              </w:rPr>
              <w:t>лімінашу</w:t>
            </w:r>
            <w:r w:rsidRPr="0033741E">
              <w:rPr>
                <w:rFonts w:ascii="Book Antiqua" w:hAnsi="Book Antiqua"/>
                <w:sz w:val="17"/>
              </w:rPr>
              <w:t xml:space="preserve">. </w:t>
            </w:r>
            <w:r w:rsidRPr="0033741E">
              <w:rPr>
                <w:rFonts w:ascii="Book Antiqua" w:hAnsi="Book Antiqua" w:cs="Book Antiqua"/>
                <w:sz w:val="17"/>
              </w:rPr>
              <w:t>«Кірісс</w:t>
            </w:r>
            <w:r w:rsidRPr="0033741E">
              <w:rPr>
                <w:rFonts w:ascii="Cambria" w:hAnsi="Cambria" w:cs="Cambria"/>
                <w:sz w:val="17"/>
              </w:rPr>
              <w:t>ұ</w:t>
            </w:r>
            <w:r w:rsidRPr="0033741E">
              <w:rPr>
                <w:rFonts w:ascii="Book Antiqua" w:hAnsi="Book Antiqua" w:cs="Book Antiqua"/>
                <w:sz w:val="17"/>
              </w:rPr>
              <w:t>раулары»</w:t>
            </w:r>
            <w:r w:rsidRPr="0033741E">
              <w:rPr>
                <w:rFonts w:ascii="Book Antiqua" w:hAnsi="Book Antiqua"/>
                <w:sz w:val="17"/>
              </w:rPr>
              <w:t xml:space="preserve">, </w:t>
            </w:r>
            <w:r w:rsidRPr="0033741E">
              <w:rPr>
                <w:rFonts w:ascii="Book Antiqua" w:hAnsi="Book Antiqua" w:cs="Book Antiqua"/>
                <w:sz w:val="17"/>
              </w:rPr>
              <w:t>«Мені</w:t>
            </w:r>
            <w:r w:rsidRPr="0033741E">
              <w:rPr>
                <w:rFonts w:ascii="Cambria" w:hAnsi="Cambria" w:cs="Cambria"/>
                <w:sz w:val="17"/>
              </w:rPr>
              <w:t>ң</w:t>
            </w:r>
            <w:r w:rsidRPr="0033741E">
              <w:rPr>
                <w:rFonts w:ascii="Book Antiqua" w:hAnsi="Book Antiqua" w:cs="Book Antiqua"/>
                <w:sz w:val="17"/>
              </w:rPr>
              <w:t>с</w:t>
            </w:r>
            <w:r w:rsidRPr="0033741E">
              <w:rPr>
                <w:rFonts w:ascii="Cambria" w:hAnsi="Cambria" w:cs="Cambria"/>
                <w:sz w:val="17"/>
              </w:rPr>
              <w:t>ұ</w:t>
            </w:r>
            <w:r w:rsidRPr="0033741E">
              <w:rPr>
                <w:rFonts w:ascii="Book Antiqua" w:hAnsi="Book Antiqua" w:cs="Book Antiqua"/>
                <w:sz w:val="17"/>
              </w:rPr>
              <w:t>рауларым»</w:t>
            </w:r>
            <w:r w:rsidRPr="0033741E">
              <w:rPr>
                <w:rFonts w:ascii="Book Antiqua" w:hAnsi="Book Antiqua"/>
                <w:sz w:val="17"/>
              </w:rPr>
              <w:t xml:space="preserve">, </w:t>
            </w:r>
            <w:r w:rsidRPr="0033741E">
              <w:rPr>
                <w:rFonts w:ascii="Book Antiqua" w:hAnsi="Book Antiqua" w:cs="Book Antiqua"/>
                <w:sz w:val="17"/>
              </w:rPr>
              <w:t>«Ауыстырыл</w:t>
            </w:r>
            <w:r w:rsidRPr="0033741E">
              <w:rPr>
                <w:rFonts w:ascii="Cambria" w:hAnsi="Cambria" w:cs="Cambria"/>
                <w:sz w:val="17"/>
              </w:rPr>
              <w:t>ғ</w:t>
            </w:r>
            <w:r w:rsidRPr="0033741E">
              <w:rPr>
                <w:rFonts w:ascii="Book Antiqua" w:hAnsi="Book Antiqua" w:cs="Book Antiqua"/>
                <w:sz w:val="17"/>
              </w:rPr>
              <w:t>ано</w:t>
            </w:r>
            <w:r w:rsidRPr="0033741E">
              <w:rPr>
                <w:rFonts w:ascii="Cambria" w:hAnsi="Cambria" w:cs="Cambria"/>
                <w:sz w:val="17"/>
              </w:rPr>
              <w:t>қ</w:t>
            </w:r>
            <w:r w:rsidRPr="0033741E">
              <w:rPr>
                <w:rFonts w:ascii="Book Antiqua" w:hAnsi="Book Antiqua" w:cs="Book Antiqua"/>
                <w:sz w:val="17"/>
              </w:rPr>
              <w:t>ушылар»б</w:t>
            </w:r>
            <w:r w:rsidRPr="0033741E">
              <w:rPr>
                <w:rFonts w:ascii="Cambria" w:hAnsi="Cambria" w:cs="Cambria"/>
                <w:sz w:val="17"/>
              </w:rPr>
              <w:t>ө</w:t>
            </w:r>
            <w:r w:rsidRPr="0033741E">
              <w:rPr>
                <w:rFonts w:ascii="Book Antiqua" w:hAnsi="Book Antiqua" w:cs="Book Antiqua"/>
                <w:sz w:val="17"/>
              </w:rPr>
              <w:t>лімдерінк</w:t>
            </w:r>
            <w:r w:rsidRPr="0033741E">
              <w:rPr>
                <w:rFonts w:ascii="Cambria" w:hAnsi="Cambria" w:cs="Cambria"/>
                <w:sz w:val="17"/>
              </w:rPr>
              <w:t>ө</w:t>
            </w:r>
            <w:r w:rsidRPr="0033741E">
              <w:rPr>
                <w:rFonts w:ascii="Book Antiqua" w:hAnsi="Book Antiqua" w:cs="Book Antiqua"/>
                <w:sz w:val="17"/>
              </w:rPr>
              <w:t>рсету</w:t>
            </w:r>
            <w:r w:rsidRPr="0033741E">
              <w:rPr>
                <w:rFonts w:ascii="Book Antiqua" w:hAnsi="Book Antiqua"/>
                <w:sz w:val="17"/>
              </w:rPr>
              <w:t xml:space="preserve">. </w:t>
            </w:r>
            <w:r w:rsidRPr="0033741E">
              <w:rPr>
                <w:rFonts w:ascii="Book Antiqua" w:hAnsi="Book Antiqua" w:cs="Book Antiqua"/>
                <w:sz w:val="17"/>
              </w:rPr>
              <w:t>На</w:t>
            </w:r>
            <w:r w:rsidRPr="0033741E">
              <w:rPr>
                <w:rFonts w:ascii="Cambria" w:hAnsi="Cambria" w:cs="Cambria"/>
                <w:sz w:val="17"/>
              </w:rPr>
              <w:t>қ</w:t>
            </w:r>
            <w:r w:rsidRPr="0033741E">
              <w:rPr>
                <w:rFonts w:ascii="Book Antiqua" w:hAnsi="Book Antiqua" w:cs="Book Antiqua"/>
                <w:sz w:val="17"/>
              </w:rPr>
              <w:t>тыс</w:t>
            </w:r>
            <w:r w:rsidRPr="0033741E">
              <w:rPr>
                <w:rFonts w:ascii="Cambria" w:hAnsi="Cambria" w:cs="Cambria"/>
                <w:sz w:val="17"/>
              </w:rPr>
              <w:t>ұ</w:t>
            </w:r>
            <w:r w:rsidRPr="0033741E">
              <w:rPr>
                <w:rFonts w:ascii="Book Antiqua" w:hAnsi="Book Antiqua" w:cs="Book Antiqua"/>
                <w:sz w:val="17"/>
              </w:rPr>
              <w:t>раужібермей</w:t>
            </w:r>
            <w:r w:rsidRPr="0033741E">
              <w:rPr>
                <w:rFonts w:ascii="Book Antiqua" w:hAnsi="Book Antiqua"/>
                <w:sz w:val="17"/>
              </w:rPr>
              <w:t xml:space="preserve">, </w:t>
            </w:r>
            <w:r w:rsidRPr="0033741E">
              <w:rPr>
                <w:rFonts w:ascii="Book Antiqua" w:hAnsi="Book Antiqua" w:cs="Book Antiqua"/>
                <w:sz w:val="17"/>
              </w:rPr>
              <w:t>ЖСНбойыншаіздеудік</w:t>
            </w:r>
            <w:r w:rsidRPr="0033741E">
              <w:rPr>
                <w:rFonts w:ascii="Cambria" w:hAnsi="Cambria" w:cs="Cambria"/>
                <w:sz w:val="17"/>
              </w:rPr>
              <w:t>ө</w:t>
            </w:r>
            <w:r w:rsidRPr="0033741E">
              <w:rPr>
                <w:rFonts w:ascii="Book Antiqua" w:hAnsi="Book Antiqua" w:cs="Book Antiqua"/>
                <w:sz w:val="17"/>
              </w:rPr>
              <w:t>рсету</w:t>
            </w:r>
            <w:r w:rsidRPr="0033741E">
              <w:rPr>
                <w:rFonts w:ascii="Book Antiqua" w:hAnsi="Book Antiqua"/>
                <w:sz w:val="17"/>
              </w:rPr>
              <w:t>.</w:t>
            </w:r>
          </w:p>
        </w:tc>
        <w:tc>
          <w:tcPr>
            <w:tcW w:w="3628" w:type="dxa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163607" w:rsidRPr="0033741E" w:rsidRDefault="00A83174">
            <w:pPr>
              <w:spacing w:after="0" w:line="240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color w:val="595959"/>
                <w:sz w:val="17"/>
              </w:rPr>
              <w:t>Негізгі екпін: бас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қ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абілімберу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ұ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йымы</w:t>
            </w:r>
            <w:r w:rsidRPr="0033741E">
              <w:rPr>
                <w:rFonts w:ascii="Book Antiqua" w:hAnsi="Book Antiqua"/>
                <w:color w:val="595959"/>
                <w:sz w:val="17"/>
              </w:rPr>
              <w:t>нан ауыс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қ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анбала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ғ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аж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ү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йеде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қ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айталамажазбажасамау</w:t>
            </w:r>
            <w:r w:rsidRPr="0033741E">
              <w:rPr>
                <w:rFonts w:ascii="Book Antiqua" w:hAnsi="Book Antiqua"/>
                <w:color w:val="595959"/>
                <w:sz w:val="17"/>
              </w:rPr>
              <w:t>.</w:t>
            </w:r>
          </w:p>
        </w:tc>
      </w:tr>
      <w:tr w:rsidR="00163607" w:rsidRPr="0033741E">
        <w:trPr>
          <w:cantSplit/>
          <w:jc w:val="center"/>
        </w:trPr>
        <w:tc>
          <w:tcPr>
            <w:tcW w:w="1134" w:type="dxa"/>
            <w:shd w:val="clear" w:color="auto" w:fill="F7F9FB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163607" w:rsidRPr="0033741E" w:rsidRDefault="00A83174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b/>
                <w:sz w:val="17"/>
              </w:rPr>
              <w:t>11–13</w:t>
            </w:r>
          </w:p>
        </w:tc>
        <w:tc>
          <w:tcPr>
            <w:tcW w:w="6690" w:type="dxa"/>
            <w:shd w:val="clear" w:color="auto" w:fill="F7F9FB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163607" w:rsidRPr="0033741E" w:rsidRDefault="00A83174">
            <w:pPr>
              <w:spacing w:after="0" w:line="240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sz w:val="18"/>
              </w:rPr>
              <w:t>Енді к</w:t>
            </w:r>
            <w:r w:rsidRPr="0033741E">
              <w:rPr>
                <w:rFonts w:ascii="Cambria" w:hAnsi="Cambria" w:cs="Cambria"/>
                <w:sz w:val="18"/>
              </w:rPr>
              <w:t>ү</w:t>
            </w:r>
            <w:r w:rsidRPr="0033741E">
              <w:rPr>
                <w:rFonts w:ascii="Book Antiqua" w:hAnsi="Book Antiqua" w:cs="Book Antiqua"/>
                <w:sz w:val="18"/>
              </w:rPr>
              <w:t>нделіктінегізгіж</w:t>
            </w:r>
            <w:r w:rsidRPr="0033741E">
              <w:rPr>
                <w:rFonts w:ascii="Cambria" w:hAnsi="Cambria" w:cs="Cambria"/>
                <w:sz w:val="18"/>
              </w:rPr>
              <w:t>ұ</w:t>
            </w:r>
            <w:r w:rsidRPr="0033741E">
              <w:rPr>
                <w:rFonts w:ascii="Book Antiqua" w:hAnsi="Book Antiqua" w:cs="Book Antiqua"/>
                <w:sz w:val="18"/>
              </w:rPr>
              <w:t>мыс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ак</w:t>
            </w:r>
            <w:r w:rsidRPr="0033741E">
              <w:rPr>
                <w:rFonts w:ascii="Cambria" w:hAnsi="Cambria" w:cs="Cambria"/>
                <w:sz w:val="18"/>
              </w:rPr>
              <w:t>ө</w:t>
            </w:r>
            <w:r w:rsidRPr="0033741E">
              <w:rPr>
                <w:rFonts w:ascii="Book Antiqua" w:hAnsi="Book Antiqua" w:cs="Book Antiqua"/>
                <w:sz w:val="18"/>
              </w:rPr>
              <w:t>шеміз</w:t>
            </w:r>
            <w:r w:rsidRPr="0033741E">
              <w:rPr>
                <w:rFonts w:ascii="Book Antiqua" w:hAnsi="Book Antiqua"/>
                <w:sz w:val="18"/>
              </w:rPr>
              <w:t xml:space="preserve">. </w:t>
            </w:r>
            <w:r w:rsidRPr="0033741E">
              <w:rPr>
                <w:rFonts w:ascii="Book Antiqua" w:hAnsi="Book Antiqua" w:cs="Book Antiqua"/>
                <w:sz w:val="18"/>
              </w:rPr>
              <w:t>О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ушыны</w:t>
            </w:r>
            <w:r w:rsidRPr="0033741E">
              <w:rPr>
                <w:rFonts w:ascii="Cambria" w:hAnsi="Cambria" w:cs="Cambria"/>
                <w:sz w:val="18"/>
              </w:rPr>
              <w:t>ң</w:t>
            </w:r>
            <w:r w:rsidRPr="0033741E">
              <w:rPr>
                <w:rFonts w:ascii="Book Antiqua" w:hAnsi="Book Antiqua" w:cs="Book Antiqua"/>
                <w:sz w:val="18"/>
              </w:rPr>
              <w:t>картасынашу</w:t>
            </w:r>
            <w:r w:rsidRPr="0033741E">
              <w:rPr>
                <w:rFonts w:ascii="Cambria" w:hAnsi="Cambria" w:cs="Cambria"/>
                <w:sz w:val="18"/>
              </w:rPr>
              <w:t>ү</w:t>
            </w:r>
            <w:r w:rsidRPr="0033741E">
              <w:rPr>
                <w:rFonts w:ascii="Book Antiqua" w:hAnsi="Book Antiqua" w:cs="Book Antiqua"/>
                <w:sz w:val="18"/>
              </w:rPr>
              <w:t>шінонытізімнента</w:t>
            </w:r>
            <w:r w:rsidRPr="0033741E">
              <w:rPr>
                <w:rFonts w:ascii="Cambria" w:hAnsi="Cambria" w:cs="Cambria"/>
                <w:sz w:val="18"/>
              </w:rPr>
              <w:t>ң</w:t>
            </w:r>
            <w:r w:rsidRPr="0033741E">
              <w:rPr>
                <w:rFonts w:ascii="Book Antiqua" w:hAnsi="Book Antiqua" w:cs="Book Antiqua"/>
                <w:sz w:val="18"/>
              </w:rPr>
              <w:t>даймызнемесеіздеужола</w:t>
            </w:r>
            <w:r w:rsidRPr="0033741E">
              <w:rPr>
                <w:rFonts w:ascii="Cambria" w:hAnsi="Cambria" w:cs="Cambria"/>
                <w:sz w:val="18"/>
              </w:rPr>
              <w:t>ғ</w:t>
            </w:r>
            <w:r w:rsidRPr="0033741E">
              <w:rPr>
                <w:rFonts w:ascii="Book Antiqua" w:hAnsi="Book Antiqua" w:cs="Book Antiqua"/>
                <w:sz w:val="18"/>
              </w:rPr>
              <w:t>ынпайдаланамыз</w:t>
            </w:r>
            <w:r w:rsidRPr="0033741E">
              <w:rPr>
                <w:rFonts w:ascii="Book Antiqua" w:hAnsi="Book Antiqua"/>
                <w:sz w:val="18"/>
              </w:rPr>
              <w:t xml:space="preserve">. </w:t>
            </w:r>
            <w:r w:rsidRPr="0033741E">
              <w:rPr>
                <w:rFonts w:ascii="Book Antiqua" w:hAnsi="Book Antiqua" w:cs="Book Antiqua"/>
                <w:sz w:val="18"/>
              </w:rPr>
              <w:t>Картадабілімалушытуралынегізгім</w:t>
            </w:r>
            <w:r w:rsidRPr="0033741E">
              <w:rPr>
                <w:rFonts w:ascii="Cambria" w:hAnsi="Cambria" w:cs="Cambria"/>
                <w:sz w:val="18"/>
              </w:rPr>
              <w:t>ә</w:t>
            </w:r>
            <w:r w:rsidRPr="0033741E">
              <w:rPr>
                <w:rFonts w:ascii="Book Antiqua" w:hAnsi="Book Antiqua" w:cs="Book Antiqua"/>
                <w:sz w:val="18"/>
              </w:rPr>
              <w:t>ліметтерж</w:t>
            </w:r>
            <w:r w:rsidRPr="0033741E">
              <w:rPr>
                <w:rFonts w:ascii="Cambria" w:hAnsi="Cambria" w:cs="Cambria"/>
                <w:sz w:val="18"/>
              </w:rPr>
              <w:t>ә</w:t>
            </w:r>
            <w:r w:rsidRPr="0033741E">
              <w:rPr>
                <w:rFonts w:ascii="Book Antiqua" w:hAnsi="Book Antiqua" w:cs="Book Antiqua"/>
                <w:sz w:val="18"/>
              </w:rPr>
              <w:t>несыныпжетекшісіне</w:t>
            </w:r>
            <w:r w:rsidRPr="0033741E">
              <w:rPr>
                <w:rFonts w:ascii="Book Antiqua" w:hAnsi="Book Antiqua"/>
                <w:sz w:val="18"/>
              </w:rPr>
              <w:t>арнал</w:t>
            </w:r>
            <w:r w:rsidRPr="0033741E">
              <w:rPr>
                <w:rFonts w:ascii="Cambria" w:hAnsi="Cambria" w:cs="Cambria"/>
                <w:sz w:val="18"/>
              </w:rPr>
              <w:t>ғ</w:t>
            </w:r>
            <w:r w:rsidRPr="0033741E">
              <w:rPr>
                <w:rFonts w:ascii="Book Antiqua" w:hAnsi="Book Antiqua" w:cs="Book Antiqua"/>
                <w:sz w:val="18"/>
              </w:rPr>
              <w:t>анж</w:t>
            </w:r>
            <w:r w:rsidRPr="0033741E">
              <w:rPr>
                <w:rFonts w:ascii="Cambria" w:hAnsi="Cambria" w:cs="Cambria"/>
                <w:sz w:val="18"/>
              </w:rPr>
              <w:t>ұ</w:t>
            </w:r>
            <w:r w:rsidRPr="0033741E">
              <w:rPr>
                <w:rFonts w:ascii="Book Antiqua" w:hAnsi="Book Antiqua" w:cs="Book Antiqua"/>
                <w:sz w:val="18"/>
              </w:rPr>
              <w:t>мысб</w:t>
            </w:r>
            <w:r w:rsidRPr="0033741E">
              <w:rPr>
                <w:rFonts w:ascii="Cambria" w:hAnsi="Cambria" w:cs="Cambria"/>
                <w:sz w:val="18"/>
              </w:rPr>
              <w:t>ө</w:t>
            </w:r>
            <w:r w:rsidRPr="0033741E">
              <w:rPr>
                <w:rFonts w:ascii="Book Antiqua" w:hAnsi="Book Antiqua" w:cs="Book Antiqua"/>
                <w:sz w:val="18"/>
              </w:rPr>
              <w:t>лімдеріорналас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ан</w:t>
            </w:r>
            <w:r w:rsidRPr="0033741E">
              <w:rPr>
                <w:rFonts w:ascii="Book Antiqua" w:hAnsi="Book Antiqua"/>
                <w:sz w:val="18"/>
              </w:rPr>
              <w:t>.</w:t>
            </w:r>
          </w:p>
        </w:tc>
        <w:tc>
          <w:tcPr>
            <w:tcW w:w="4309" w:type="dxa"/>
            <w:shd w:val="clear" w:color="auto" w:fill="F7F9FB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163607" w:rsidRPr="0033741E" w:rsidRDefault="00A83174">
            <w:pPr>
              <w:spacing w:after="0" w:line="240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sz w:val="17"/>
              </w:rPr>
              <w:t>Алдын ала та</w:t>
            </w:r>
            <w:r w:rsidRPr="0033741E">
              <w:rPr>
                <w:rFonts w:ascii="Cambria" w:hAnsi="Cambria" w:cs="Cambria"/>
                <w:sz w:val="17"/>
              </w:rPr>
              <w:t>ң</w:t>
            </w:r>
            <w:r w:rsidRPr="0033741E">
              <w:rPr>
                <w:rFonts w:ascii="Book Antiqua" w:hAnsi="Book Antiqua" w:cs="Book Antiqua"/>
                <w:sz w:val="17"/>
              </w:rPr>
              <w:t>дал</w:t>
            </w:r>
            <w:r w:rsidRPr="0033741E">
              <w:rPr>
                <w:rFonts w:ascii="Cambria" w:hAnsi="Cambria" w:cs="Cambria"/>
                <w:sz w:val="17"/>
              </w:rPr>
              <w:t>ғ</w:t>
            </w:r>
            <w:r w:rsidRPr="0033741E">
              <w:rPr>
                <w:rFonts w:ascii="Book Antiqua" w:hAnsi="Book Antiqua" w:cs="Book Antiqua"/>
                <w:sz w:val="17"/>
              </w:rPr>
              <w:t>антестіліко</w:t>
            </w:r>
            <w:r w:rsidRPr="0033741E">
              <w:rPr>
                <w:rFonts w:ascii="Cambria" w:hAnsi="Cambria" w:cs="Cambria"/>
                <w:sz w:val="17"/>
              </w:rPr>
              <w:t>қ</w:t>
            </w:r>
            <w:r w:rsidRPr="0033741E">
              <w:rPr>
                <w:rFonts w:ascii="Book Antiqua" w:hAnsi="Book Antiqua" w:cs="Book Antiqua"/>
                <w:sz w:val="17"/>
              </w:rPr>
              <w:t>ушыныашу</w:t>
            </w:r>
            <w:r w:rsidRPr="0033741E">
              <w:rPr>
                <w:rFonts w:ascii="Book Antiqua" w:hAnsi="Book Antiqua"/>
                <w:sz w:val="17"/>
              </w:rPr>
              <w:t xml:space="preserve">. </w:t>
            </w:r>
            <w:r w:rsidRPr="0033741E">
              <w:rPr>
                <w:rFonts w:ascii="Book Antiqua" w:hAnsi="Book Antiqua" w:cs="Book Antiqua"/>
                <w:sz w:val="17"/>
              </w:rPr>
              <w:t>Аты</w:t>
            </w:r>
            <w:r w:rsidRPr="0033741E">
              <w:rPr>
                <w:rFonts w:ascii="Book Antiqua" w:hAnsi="Book Antiqua"/>
                <w:sz w:val="17"/>
              </w:rPr>
              <w:t>-</w:t>
            </w:r>
            <w:r w:rsidRPr="0033741E">
              <w:rPr>
                <w:rFonts w:ascii="Book Antiqua" w:hAnsi="Book Antiqua" w:cs="Book Antiqua"/>
                <w:sz w:val="17"/>
              </w:rPr>
              <w:t>ж</w:t>
            </w:r>
            <w:r w:rsidRPr="0033741E">
              <w:rPr>
                <w:rFonts w:ascii="Cambria" w:hAnsi="Cambria" w:cs="Cambria"/>
                <w:sz w:val="17"/>
              </w:rPr>
              <w:t>ө</w:t>
            </w:r>
            <w:r w:rsidRPr="0033741E">
              <w:rPr>
                <w:rFonts w:ascii="Book Antiqua" w:hAnsi="Book Antiqua" w:cs="Book Antiqua"/>
                <w:sz w:val="17"/>
              </w:rPr>
              <w:t>нін</w:t>
            </w:r>
            <w:r w:rsidRPr="0033741E">
              <w:rPr>
                <w:rFonts w:ascii="Book Antiqua" w:hAnsi="Book Antiqua"/>
                <w:sz w:val="17"/>
              </w:rPr>
              <w:t>/</w:t>
            </w:r>
            <w:r w:rsidRPr="0033741E">
              <w:rPr>
                <w:rFonts w:ascii="Book Antiqua" w:hAnsi="Book Antiqua" w:cs="Book Antiqua"/>
                <w:sz w:val="17"/>
              </w:rPr>
              <w:t>логинін</w:t>
            </w:r>
            <w:r w:rsidRPr="0033741E">
              <w:rPr>
                <w:rFonts w:ascii="Book Antiqua" w:hAnsi="Book Antiqua"/>
                <w:sz w:val="17"/>
              </w:rPr>
              <w:t xml:space="preserve">, </w:t>
            </w:r>
            <w:r w:rsidRPr="0033741E">
              <w:rPr>
                <w:rFonts w:ascii="Book Antiqua" w:hAnsi="Book Antiqua" w:cs="Book Antiqua"/>
                <w:sz w:val="17"/>
              </w:rPr>
              <w:t>сыныбын</w:t>
            </w:r>
            <w:r w:rsidRPr="0033741E">
              <w:rPr>
                <w:rFonts w:ascii="Book Antiqua" w:hAnsi="Book Antiqua"/>
                <w:sz w:val="17"/>
              </w:rPr>
              <w:t xml:space="preserve">, </w:t>
            </w:r>
            <w:r w:rsidRPr="0033741E">
              <w:rPr>
                <w:rFonts w:ascii="Book Antiqua" w:hAnsi="Book Antiqua" w:cs="Book Antiqua"/>
                <w:sz w:val="17"/>
              </w:rPr>
              <w:t>білімберу</w:t>
            </w:r>
            <w:r w:rsidRPr="0033741E">
              <w:rPr>
                <w:rFonts w:ascii="Cambria" w:hAnsi="Cambria" w:cs="Cambria"/>
                <w:sz w:val="17"/>
              </w:rPr>
              <w:t>ұ</w:t>
            </w:r>
            <w:r w:rsidRPr="0033741E">
              <w:rPr>
                <w:rFonts w:ascii="Book Antiqua" w:hAnsi="Book Antiqua" w:cs="Book Antiqua"/>
                <w:sz w:val="17"/>
              </w:rPr>
              <w:t>йымынж</w:t>
            </w:r>
            <w:r w:rsidRPr="0033741E">
              <w:rPr>
                <w:rFonts w:ascii="Cambria" w:hAnsi="Cambria" w:cs="Cambria"/>
                <w:sz w:val="17"/>
              </w:rPr>
              <w:t>ә</w:t>
            </w:r>
            <w:r w:rsidRPr="0033741E">
              <w:rPr>
                <w:rFonts w:ascii="Book Antiqua" w:hAnsi="Book Antiqua" w:cs="Book Antiqua"/>
                <w:sz w:val="17"/>
              </w:rPr>
              <w:t>некартаны</w:t>
            </w:r>
            <w:r w:rsidRPr="0033741E">
              <w:rPr>
                <w:rFonts w:ascii="Cambria" w:hAnsi="Cambria" w:cs="Cambria"/>
                <w:sz w:val="17"/>
              </w:rPr>
              <w:t>ң</w:t>
            </w:r>
            <w:r w:rsidRPr="0033741E">
              <w:rPr>
                <w:rFonts w:ascii="Book Antiqua" w:hAnsi="Book Antiqua" w:cs="Book Antiqua"/>
                <w:sz w:val="17"/>
              </w:rPr>
              <w:t>негізгіб</w:t>
            </w:r>
            <w:r w:rsidRPr="0033741E">
              <w:rPr>
                <w:rFonts w:ascii="Cambria" w:hAnsi="Cambria" w:cs="Cambria"/>
                <w:sz w:val="17"/>
              </w:rPr>
              <w:t>ө</w:t>
            </w:r>
            <w:r w:rsidRPr="0033741E">
              <w:rPr>
                <w:rFonts w:ascii="Book Antiqua" w:hAnsi="Book Antiqua" w:cs="Book Antiqua"/>
                <w:sz w:val="17"/>
              </w:rPr>
              <w:t>лімдерінк</w:t>
            </w:r>
            <w:r w:rsidRPr="0033741E">
              <w:rPr>
                <w:rFonts w:ascii="Cambria" w:hAnsi="Cambria" w:cs="Cambria"/>
                <w:sz w:val="17"/>
              </w:rPr>
              <w:t>ө</w:t>
            </w:r>
            <w:r w:rsidRPr="0033741E">
              <w:rPr>
                <w:rFonts w:ascii="Book Antiqua" w:hAnsi="Book Antiqua" w:cs="Book Antiqua"/>
                <w:sz w:val="17"/>
              </w:rPr>
              <w:t>рсету</w:t>
            </w:r>
            <w:r w:rsidRPr="0033741E">
              <w:rPr>
                <w:rFonts w:ascii="Book Antiqua" w:hAnsi="Book Antiqua"/>
                <w:sz w:val="17"/>
              </w:rPr>
              <w:t>.</w:t>
            </w:r>
          </w:p>
        </w:tc>
        <w:tc>
          <w:tcPr>
            <w:tcW w:w="3628" w:type="dxa"/>
            <w:shd w:val="clear" w:color="auto" w:fill="F7F9FB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163607" w:rsidRPr="0033741E" w:rsidRDefault="00A83174">
            <w:pPr>
              <w:spacing w:after="0" w:line="240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color w:val="595959"/>
                <w:sz w:val="17"/>
              </w:rPr>
              <w:t>Кейс ая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қ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тал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ғ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ан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ғ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адейінбіро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қ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ушыменж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ұ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мысісте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ң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із</w:t>
            </w:r>
            <w:r w:rsidRPr="0033741E">
              <w:rPr>
                <w:rFonts w:ascii="Book Antiqua" w:hAnsi="Book Antiqua"/>
                <w:color w:val="595959"/>
                <w:sz w:val="17"/>
              </w:rPr>
              <w:t xml:space="preserve">. 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Б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ұ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л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қ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атысушылар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ғ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а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ә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рекетреттілігінжо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ғ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алтпау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ғ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а</w:t>
            </w:r>
            <w:r w:rsidRPr="0033741E">
              <w:rPr>
                <w:rFonts w:ascii="Book Antiqua" w:hAnsi="Book Antiqua"/>
                <w:color w:val="595959"/>
                <w:sz w:val="17"/>
              </w:rPr>
              <w:t xml:space="preserve"> к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ө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мектеседі</w:t>
            </w:r>
            <w:r w:rsidRPr="0033741E">
              <w:rPr>
                <w:rFonts w:ascii="Book Antiqua" w:hAnsi="Book Antiqua"/>
                <w:color w:val="595959"/>
                <w:sz w:val="17"/>
              </w:rPr>
              <w:t>.</w:t>
            </w:r>
          </w:p>
        </w:tc>
      </w:tr>
      <w:tr w:rsidR="00163607" w:rsidRPr="0033741E">
        <w:trPr>
          <w:cantSplit/>
          <w:jc w:val="center"/>
        </w:trPr>
        <w:tc>
          <w:tcPr>
            <w:tcW w:w="1134" w:type="dxa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163607" w:rsidRPr="0033741E" w:rsidRDefault="00A83174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b/>
                <w:sz w:val="17"/>
              </w:rPr>
              <w:lastRenderedPageBreak/>
              <w:t>13–18</w:t>
            </w:r>
          </w:p>
        </w:tc>
        <w:tc>
          <w:tcPr>
            <w:tcW w:w="6690" w:type="dxa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163607" w:rsidRPr="0033741E" w:rsidRDefault="00A83174">
            <w:pPr>
              <w:spacing w:after="0" w:line="240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sz w:val="18"/>
              </w:rPr>
              <w:t>Негізгіб</w:t>
            </w:r>
            <w:r w:rsidRPr="0033741E">
              <w:rPr>
                <w:rFonts w:ascii="Cambria" w:hAnsi="Cambria" w:cs="Cambria"/>
                <w:sz w:val="18"/>
              </w:rPr>
              <w:t>ө</w:t>
            </w:r>
            <w:r w:rsidRPr="0033741E">
              <w:rPr>
                <w:rFonts w:ascii="Book Antiqua" w:hAnsi="Book Antiqua" w:cs="Book Antiqua"/>
                <w:sz w:val="18"/>
              </w:rPr>
              <w:t>лімдерді</w:t>
            </w:r>
            <w:r w:rsidRPr="0033741E">
              <w:rPr>
                <w:rFonts w:ascii="Cambria" w:hAnsi="Cambria" w:cs="Cambria"/>
                <w:sz w:val="18"/>
              </w:rPr>
              <w:t>ң</w:t>
            </w:r>
            <w:r w:rsidRPr="0033741E">
              <w:rPr>
                <w:rFonts w:ascii="Book Antiqua" w:hAnsi="Book Antiqua" w:cs="Book Antiqua"/>
                <w:sz w:val="18"/>
              </w:rPr>
              <w:t>бірі</w:t>
            </w:r>
            <w:r w:rsidR="0033741E" w:rsidRPr="0033741E">
              <w:rPr>
                <w:rFonts w:ascii="Book Antiqua" w:hAnsi="Book Antiqua"/>
                <w:sz w:val="18"/>
              </w:rPr>
              <w:t>–</w:t>
            </w:r>
            <w:r w:rsidRPr="0033741E">
              <w:rPr>
                <w:rFonts w:ascii="Book Antiqua" w:hAnsi="Book Antiqua"/>
                <w:sz w:val="18"/>
              </w:rPr>
              <w:t xml:space="preserve"> «Сыныпжетекшісіні</w:t>
            </w:r>
            <w:r w:rsidRPr="0033741E">
              <w:rPr>
                <w:rFonts w:ascii="Cambria" w:hAnsi="Cambria" w:cs="Cambria"/>
                <w:sz w:val="18"/>
              </w:rPr>
              <w:t>ң</w:t>
            </w:r>
            <w:r w:rsidRPr="0033741E">
              <w:rPr>
                <w:rFonts w:ascii="Book Antiqua" w:hAnsi="Book Antiqua" w:cs="Book Antiqua"/>
                <w:sz w:val="18"/>
              </w:rPr>
              <w:t>ба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ылаулары»</w:t>
            </w:r>
            <w:r w:rsidRPr="0033741E">
              <w:rPr>
                <w:rFonts w:ascii="Book Antiqua" w:hAnsi="Book Antiqua"/>
                <w:sz w:val="18"/>
              </w:rPr>
              <w:t xml:space="preserve">. </w:t>
            </w:r>
            <w:r w:rsidRPr="0033741E">
              <w:rPr>
                <w:rFonts w:ascii="Book Antiqua" w:hAnsi="Book Antiqua" w:cs="Book Antiqua"/>
                <w:sz w:val="18"/>
              </w:rPr>
              <w:t>Ба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ылауо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уто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сандарыбойынша</w:t>
            </w:r>
            <w:r w:rsidRPr="0033741E">
              <w:rPr>
                <w:rFonts w:ascii="Book Antiqua" w:hAnsi="Book Antiqua"/>
                <w:sz w:val="18"/>
              </w:rPr>
              <w:t xml:space="preserve"> Q1</w:t>
            </w:r>
            <w:r w:rsidRPr="0033741E">
              <w:rPr>
                <w:rFonts w:ascii="Book Antiqua" w:hAnsi="Book Antiqua" w:cs="Book Antiqua"/>
                <w:sz w:val="18"/>
              </w:rPr>
              <w:t>–</w:t>
            </w:r>
            <w:r w:rsidRPr="0033741E">
              <w:rPr>
                <w:rFonts w:ascii="Book Antiqua" w:hAnsi="Book Antiqua"/>
                <w:sz w:val="18"/>
              </w:rPr>
              <w:t xml:space="preserve">Q4 </w:t>
            </w:r>
            <w:r w:rsidRPr="0033741E">
              <w:rPr>
                <w:rFonts w:ascii="Book Antiqua" w:hAnsi="Book Antiqua" w:cs="Book Antiqua"/>
                <w:sz w:val="18"/>
              </w:rPr>
              <w:t>ж</w:t>
            </w:r>
            <w:r w:rsidRPr="0033741E">
              <w:rPr>
                <w:rFonts w:ascii="Cambria" w:hAnsi="Cambria" w:cs="Cambria"/>
                <w:sz w:val="18"/>
              </w:rPr>
              <w:t>ү</w:t>
            </w:r>
            <w:r w:rsidRPr="0033741E">
              <w:rPr>
                <w:rFonts w:ascii="Book Antiqua" w:hAnsi="Book Antiqua" w:cs="Book Antiqua"/>
                <w:sz w:val="18"/>
              </w:rPr>
              <w:t>ргізіледі</w:t>
            </w:r>
            <w:r w:rsidRPr="0033741E">
              <w:rPr>
                <w:rFonts w:ascii="Book Antiqua" w:hAnsi="Book Antiqua"/>
                <w:sz w:val="18"/>
              </w:rPr>
              <w:t xml:space="preserve">. </w:t>
            </w:r>
            <w:r w:rsidRPr="0033741E">
              <w:rPr>
                <w:rFonts w:ascii="Book Antiqua" w:hAnsi="Book Antiqua" w:cs="Book Antiqua"/>
                <w:sz w:val="18"/>
              </w:rPr>
              <w:t>О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ужылыменто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сандыта</w:t>
            </w:r>
            <w:r w:rsidRPr="0033741E">
              <w:rPr>
                <w:rFonts w:ascii="Cambria" w:hAnsi="Cambria" w:cs="Cambria"/>
                <w:sz w:val="18"/>
              </w:rPr>
              <w:t>ң</w:t>
            </w:r>
            <w:r w:rsidRPr="0033741E">
              <w:rPr>
                <w:rFonts w:ascii="Book Antiqua" w:hAnsi="Book Antiqua" w:cs="Book Antiqua"/>
                <w:sz w:val="18"/>
              </w:rPr>
              <w:t>дап</w:t>
            </w:r>
            <w:r w:rsidRPr="0033741E">
              <w:rPr>
                <w:rFonts w:ascii="Book Antiqua" w:hAnsi="Book Antiqua"/>
                <w:sz w:val="18"/>
              </w:rPr>
              <w:t xml:space="preserve">, </w:t>
            </w:r>
            <w:r w:rsidRPr="0033741E">
              <w:rPr>
                <w:rFonts w:ascii="Book Antiqua" w:hAnsi="Book Antiqua" w:cs="Book Antiqua"/>
                <w:sz w:val="18"/>
              </w:rPr>
              <w:t>ба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ылаукарточкасынжасаймыз</w:t>
            </w:r>
            <w:r w:rsidRPr="0033741E">
              <w:rPr>
                <w:rFonts w:ascii="Book Antiqua" w:hAnsi="Book Antiqua"/>
                <w:sz w:val="18"/>
              </w:rPr>
              <w:t xml:space="preserve">. </w:t>
            </w:r>
            <w:r w:rsidRPr="0033741E">
              <w:rPr>
                <w:rFonts w:ascii="Book Antiqua" w:hAnsi="Book Antiqua" w:cs="Book Antiqua"/>
                <w:sz w:val="18"/>
              </w:rPr>
              <w:t>М</w:t>
            </w:r>
            <w:r w:rsidRPr="0033741E">
              <w:rPr>
                <w:rFonts w:ascii="Cambria" w:hAnsi="Cambria" w:cs="Cambria"/>
                <w:sz w:val="18"/>
              </w:rPr>
              <w:t>ұ</w:t>
            </w:r>
            <w:r w:rsidRPr="0033741E">
              <w:rPr>
                <w:rFonts w:ascii="Book Antiqua" w:hAnsi="Book Antiqua" w:cs="Book Antiqua"/>
                <w:sz w:val="18"/>
              </w:rPr>
              <w:t>ндас</w:t>
            </w:r>
            <w:r w:rsidRPr="0033741E">
              <w:rPr>
                <w:rFonts w:ascii="Cambria" w:hAnsi="Cambria" w:cs="Cambria"/>
                <w:sz w:val="18"/>
              </w:rPr>
              <w:t>ұ</w:t>
            </w:r>
            <w:r w:rsidRPr="0033741E">
              <w:rPr>
                <w:rFonts w:ascii="Book Antiqua" w:hAnsi="Book Antiqua" w:cs="Book Antiqua"/>
                <w:sz w:val="18"/>
              </w:rPr>
              <w:t>ра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тар</w:t>
            </w:r>
            <w:r w:rsidRPr="0033741E">
              <w:rPr>
                <w:rFonts w:ascii="Cambria" w:hAnsi="Cambria" w:cs="Cambria"/>
                <w:sz w:val="18"/>
              </w:rPr>
              <w:t>ғ</w:t>
            </w:r>
            <w:r w:rsidRPr="0033741E">
              <w:rPr>
                <w:rFonts w:ascii="Book Antiqua" w:hAnsi="Book Antiqua" w:cs="Book Antiqua"/>
                <w:sz w:val="18"/>
              </w:rPr>
              <w:t>аформалдыжауапберуемес</w:t>
            </w:r>
            <w:r w:rsidRPr="0033741E">
              <w:rPr>
                <w:rFonts w:ascii="Book Antiqua" w:hAnsi="Book Antiqua"/>
                <w:sz w:val="18"/>
              </w:rPr>
              <w:t xml:space="preserve">, </w:t>
            </w:r>
            <w:r w:rsidRPr="0033741E">
              <w:rPr>
                <w:rFonts w:ascii="Cambria" w:hAnsi="Cambria" w:cs="Cambria"/>
                <w:sz w:val="18"/>
              </w:rPr>
              <w:t>ө</w:t>
            </w:r>
            <w:r w:rsidRPr="0033741E">
              <w:rPr>
                <w:rFonts w:ascii="Book Antiqua" w:hAnsi="Book Antiqua" w:cs="Book Antiqua"/>
                <w:sz w:val="18"/>
              </w:rPr>
              <w:t>зі</w:t>
            </w:r>
            <w:r w:rsidRPr="0033741E">
              <w:rPr>
                <w:rFonts w:ascii="Cambria" w:hAnsi="Cambria" w:cs="Cambria"/>
                <w:sz w:val="18"/>
              </w:rPr>
              <w:t>ң</w:t>
            </w:r>
            <w:r w:rsidRPr="0033741E">
              <w:rPr>
                <w:rFonts w:ascii="Book Antiqua" w:hAnsi="Book Antiqua" w:cs="Book Antiqua"/>
                <w:sz w:val="18"/>
              </w:rPr>
              <w:t>ізна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ты</w:t>
            </w:r>
            <w:r w:rsidRPr="0033741E">
              <w:rPr>
                <w:rFonts w:ascii="Book Antiqua" w:hAnsi="Book Antiqua"/>
                <w:sz w:val="18"/>
              </w:rPr>
              <w:t xml:space="preserve"> бай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а</w:t>
            </w:r>
            <w:r w:rsidRPr="0033741E">
              <w:rPr>
                <w:rFonts w:ascii="Cambria" w:hAnsi="Cambria" w:cs="Cambria"/>
                <w:sz w:val="18"/>
              </w:rPr>
              <w:t>ғ</w:t>
            </w:r>
            <w:r w:rsidRPr="0033741E">
              <w:rPr>
                <w:rFonts w:ascii="Book Antiqua" w:hAnsi="Book Antiqua" w:cs="Book Antiqua"/>
                <w:sz w:val="18"/>
              </w:rPr>
              <w:t>ан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азіргіжа</w:t>
            </w:r>
            <w:r w:rsidRPr="0033741E">
              <w:rPr>
                <w:rFonts w:ascii="Cambria" w:hAnsi="Cambria" w:cs="Cambria"/>
                <w:sz w:val="18"/>
              </w:rPr>
              <w:t>ғ</w:t>
            </w:r>
            <w:r w:rsidRPr="0033741E">
              <w:rPr>
                <w:rFonts w:ascii="Book Antiqua" w:hAnsi="Book Antiqua" w:cs="Book Antiqua"/>
                <w:sz w:val="18"/>
              </w:rPr>
              <w:t>даймен</w:t>
            </w:r>
            <w:r w:rsidRPr="0033741E">
              <w:rPr>
                <w:rFonts w:ascii="Cambria" w:hAnsi="Cambria" w:cs="Cambria"/>
                <w:sz w:val="18"/>
              </w:rPr>
              <w:t>ө</w:t>
            </w:r>
            <w:r w:rsidRPr="0033741E">
              <w:rPr>
                <w:rFonts w:ascii="Book Antiqua" w:hAnsi="Book Antiqua" w:cs="Book Antiqua"/>
                <w:sz w:val="18"/>
              </w:rPr>
              <w:t>згерістердібелгілеума</w:t>
            </w:r>
            <w:r w:rsidRPr="0033741E">
              <w:rPr>
                <w:rFonts w:ascii="Cambria" w:hAnsi="Cambria" w:cs="Cambria"/>
                <w:sz w:val="18"/>
              </w:rPr>
              <w:t>ң</w:t>
            </w:r>
            <w:r w:rsidRPr="0033741E">
              <w:rPr>
                <w:rFonts w:ascii="Book Antiqua" w:hAnsi="Book Antiqua" w:cs="Book Antiqua"/>
                <w:sz w:val="18"/>
              </w:rPr>
              <w:t>ызды</w:t>
            </w:r>
            <w:r w:rsidRPr="0033741E">
              <w:rPr>
                <w:rFonts w:ascii="Book Antiqua" w:hAnsi="Book Antiqua"/>
                <w:sz w:val="18"/>
              </w:rPr>
              <w:t xml:space="preserve">: </w:t>
            </w:r>
            <w:r w:rsidRPr="0033741E">
              <w:rPr>
                <w:rFonts w:ascii="Book Antiqua" w:hAnsi="Book Antiqua" w:cs="Book Antiqua"/>
                <w:sz w:val="18"/>
              </w:rPr>
              <w:t>мінез</w:t>
            </w:r>
            <w:r w:rsidRPr="0033741E">
              <w:rPr>
                <w:rFonts w:ascii="Book Antiqua" w:hAnsi="Book Antiqua"/>
                <w:sz w:val="18"/>
              </w:rPr>
              <w:t>-</w:t>
            </w:r>
            <w:r w:rsidRPr="0033741E">
              <w:rPr>
                <w:rFonts w:ascii="Cambria" w:hAnsi="Cambria" w:cs="Cambria"/>
                <w:sz w:val="18"/>
              </w:rPr>
              <w:t>құ</w:t>
            </w:r>
            <w:r w:rsidRPr="0033741E">
              <w:rPr>
                <w:rFonts w:ascii="Book Antiqua" w:hAnsi="Book Antiqua" w:cs="Book Antiqua"/>
                <w:sz w:val="18"/>
              </w:rPr>
              <w:t>лы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/>
                <w:sz w:val="18"/>
              </w:rPr>
              <w:t xml:space="preserve">, </w:t>
            </w:r>
            <w:r w:rsidRPr="0033741E">
              <w:rPr>
                <w:rFonts w:ascii="Cambria" w:hAnsi="Cambria" w:cs="Cambria"/>
                <w:sz w:val="18"/>
              </w:rPr>
              <w:t>құ</w:t>
            </w:r>
            <w:r w:rsidRPr="0033741E">
              <w:rPr>
                <w:rFonts w:ascii="Book Antiqua" w:hAnsi="Book Antiqua" w:cs="Book Antiqua"/>
                <w:sz w:val="18"/>
              </w:rPr>
              <w:t>рдастарымен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арым</w:t>
            </w:r>
            <w:r w:rsidRPr="0033741E">
              <w:rPr>
                <w:rFonts w:ascii="Book Antiqua" w:hAnsi="Book Antiqua"/>
                <w:sz w:val="18"/>
              </w:rPr>
              <w:t>-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атынас</w:t>
            </w:r>
            <w:r w:rsidRPr="0033741E">
              <w:rPr>
                <w:rFonts w:ascii="Book Antiqua" w:hAnsi="Book Antiqua"/>
                <w:sz w:val="18"/>
              </w:rPr>
              <w:t xml:space="preserve">, </w:t>
            </w:r>
            <w:r w:rsidRPr="0033741E">
              <w:rPr>
                <w:rFonts w:ascii="Book Antiqua" w:hAnsi="Book Antiqua" w:cs="Book Antiqua"/>
                <w:sz w:val="18"/>
              </w:rPr>
              <w:t>педагогтермен</w:t>
            </w:r>
            <w:r w:rsidRPr="0033741E">
              <w:rPr>
                <w:rFonts w:ascii="Cambria" w:hAnsi="Cambria" w:cs="Cambria"/>
                <w:sz w:val="18"/>
              </w:rPr>
              <w:t>ө</w:t>
            </w:r>
            <w:r w:rsidRPr="0033741E">
              <w:rPr>
                <w:rFonts w:ascii="Book Antiqua" w:hAnsi="Book Antiqua" w:cs="Book Antiqua"/>
                <w:sz w:val="18"/>
              </w:rPr>
              <w:t>зара</w:t>
            </w:r>
            <w:r w:rsidRPr="0033741E">
              <w:rPr>
                <w:rFonts w:ascii="Cambria" w:hAnsi="Cambria" w:cs="Cambria"/>
                <w:sz w:val="18"/>
              </w:rPr>
              <w:t>ә</w:t>
            </w:r>
            <w:r w:rsidRPr="0033741E">
              <w:rPr>
                <w:rFonts w:ascii="Book Antiqua" w:hAnsi="Book Antiqua" w:cs="Book Antiqua"/>
                <w:sz w:val="18"/>
              </w:rPr>
              <w:t>рекет</w:t>
            </w:r>
            <w:r w:rsidRPr="0033741E">
              <w:rPr>
                <w:rFonts w:ascii="Book Antiqua" w:hAnsi="Book Antiqua"/>
                <w:sz w:val="18"/>
              </w:rPr>
              <w:t xml:space="preserve">, </w:t>
            </w:r>
            <w:r w:rsidRPr="0033741E">
              <w:rPr>
                <w:rFonts w:ascii="Cambria" w:hAnsi="Cambria" w:cs="Cambria"/>
                <w:sz w:val="18"/>
              </w:rPr>
              <w:t>ә</w:t>
            </w:r>
            <w:r w:rsidRPr="0033741E">
              <w:rPr>
                <w:rFonts w:ascii="Book Antiqua" w:hAnsi="Book Antiqua" w:cs="Book Antiqua"/>
                <w:sz w:val="18"/>
              </w:rPr>
              <w:t>леуметтікортаж</w:t>
            </w:r>
            <w:r w:rsidRPr="0033741E">
              <w:rPr>
                <w:rFonts w:ascii="Cambria" w:hAnsi="Cambria" w:cs="Cambria"/>
                <w:sz w:val="18"/>
              </w:rPr>
              <w:t>ә</w:t>
            </w:r>
            <w:r w:rsidRPr="0033741E">
              <w:rPr>
                <w:rFonts w:ascii="Book Antiqua" w:hAnsi="Book Antiqua" w:cs="Book Antiqua"/>
                <w:sz w:val="18"/>
              </w:rPr>
              <w:t>небас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адама</w:t>
            </w:r>
            <w:r w:rsidRPr="0033741E">
              <w:rPr>
                <w:rFonts w:ascii="Cambria" w:hAnsi="Cambria" w:cs="Cambria"/>
                <w:sz w:val="18"/>
              </w:rPr>
              <w:t>ң</w:t>
            </w:r>
            <w:r w:rsidRPr="0033741E">
              <w:rPr>
                <w:rFonts w:ascii="Book Antiqua" w:hAnsi="Book Antiqua" w:cs="Book Antiqua"/>
                <w:sz w:val="18"/>
              </w:rPr>
              <w:t>ыздыбелгілер</w:t>
            </w:r>
            <w:r w:rsidRPr="0033741E">
              <w:rPr>
                <w:rFonts w:ascii="Book Antiqua" w:hAnsi="Book Antiqua"/>
                <w:sz w:val="18"/>
              </w:rPr>
              <w:t>.</w:t>
            </w:r>
          </w:p>
        </w:tc>
        <w:tc>
          <w:tcPr>
            <w:tcW w:w="4309" w:type="dxa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163607" w:rsidRPr="0033741E" w:rsidRDefault="00A83174">
            <w:pPr>
              <w:spacing w:after="0" w:line="240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sz w:val="17"/>
              </w:rPr>
              <w:t>«Сынып жетекшісіні</w:t>
            </w:r>
            <w:r w:rsidRPr="0033741E">
              <w:rPr>
                <w:rFonts w:ascii="Cambria" w:hAnsi="Cambria" w:cs="Cambria"/>
                <w:sz w:val="17"/>
              </w:rPr>
              <w:t>ң</w:t>
            </w:r>
            <w:r w:rsidRPr="0033741E">
              <w:rPr>
                <w:rFonts w:ascii="Book Antiqua" w:hAnsi="Book Antiqua" w:cs="Book Antiqua"/>
                <w:sz w:val="17"/>
              </w:rPr>
              <w:t>ба</w:t>
            </w:r>
            <w:r w:rsidRPr="0033741E">
              <w:rPr>
                <w:rFonts w:ascii="Cambria" w:hAnsi="Cambria" w:cs="Cambria"/>
                <w:sz w:val="17"/>
              </w:rPr>
              <w:t>қ</w:t>
            </w:r>
            <w:r w:rsidRPr="0033741E">
              <w:rPr>
                <w:rFonts w:ascii="Book Antiqua" w:hAnsi="Book Antiqua" w:cs="Book Antiqua"/>
                <w:sz w:val="17"/>
              </w:rPr>
              <w:t>ылаулары»→</w:t>
            </w:r>
            <w:r w:rsidRPr="0033741E">
              <w:rPr>
                <w:rFonts w:ascii="Book Antiqua" w:hAnsi="Book Antiqua"/>
                <w:sz w:val="17"/>
              </w:rPr>
              <w:t xml:space="preserve"> Q1</w:t>
            </w:r>
            <w:r w:rsidRPr="0033741E">
              <w:rPr>
                <w:rFonts w:ascii="Book Antiqua" w:hAnsi="Book Antiqua" w:cs="Book Antiqua"/>
                <w:sz w:val="17"/>
              </w:rPr>
              <w:t>–</w:t>
            </w:r>
            <w:r w:rsidRPr="0033741E">
              <w:rPr>
                <w:rFonts w:ascii="Book Antiqua" w:hAnsi="Book Antiqua"/>
                <w:sz w:val="17"/>
              </w:rPr>
              <w:t xml:space="preserve">Q4 </w:t>
            </w:r>
            <w:r w:rsidRPr="0033741E">
              <w:rPr>
                <w:rFonts w:ascii="Book Antiqua" w:hAnsi="Book Antiqua" w:cs="Book Antiqua"/>
                <w:sz w:val="17"/>
              </w:rPr>
              <w:t>→«Карточкажасау»б</w:t>
            </w:r>
            <w:r w:rsidRPr="0033741E">
              <w:rPr>
                <w:rFonts w:ascii="Cambria" w:hAnsi="Cambria" w:cs="Cambria"/>
                <w:sz w:val="17"/>
              </w:rPr>
              <w:t>ө</w:t>
            </w:r>
            <w:r w:rsidRPr="0033741E">
              <w:rPr>
                <w:rFonts w:ascii="Book Antiqua" w:hAnsi="Book Antiqua" w:cs="Book Antiqua"/>
                <w:sz w:val="17"/>
              </w:rPr>
              <w:t>лімінашу</w:t>
            </w:r>
            <w:r w:rsidRPr="0033741E">
              <w:rPr>
                <w:rFonts w:ascii="Book Antiqua" w:hAnsi="Book Antiqua"/>
                <w:sz w:val="17"/>
              </w:rPr>
              <w:t>. Бірнеше с</w:t>
            </w:r>
            <w:r w:rsidRPr="0033741E">
              <w:rPr>
                <w:rFonts w:ascii="Cambria" w:hAnsi="Cambria" w:cs="Cambria"/>
                <w:sz w:val="17"/>
              </w:rPr>
              <w:t>ұ</w:t>
            </w:r>
            <w:r w:rsidRPr="0033741E">
              <w:rPr>
                <w:rFonts w:ascii="Book Antiqua" w:hAnsi="Book Antiqua" w:cs="Book Antiqua"/>
                <w:sz w:val="17"/>
              </w:rPr>
              <w:t>ра</w:t>
            </w:r>
            <w:r w:rsidRPr="0033741E">
              <w:rPr>
                <w:rFonts w:ascii="Cambria" w:hAnsi="Cambria" w:cs="Cambria"/>
                <w:sz w:val="17"/>
              </w:rPr>
              <w:t>қ</w:t>
            </w:r>
            <w:r w:rsidRPr="0033741E">
              <w:rPr>
                <w:rFonts w:ascii="Book Antiqua" w:hAnsi="Book Antiqua" w:cs="Book Antiqua"/>
                <w:sz w:val="17"/>
              </w:rPr>
              <w:t>тыж</w:t>
            </w:r>
            <w:r w:rsidRPr="0033741E">
              <w:rPr>
                <w:rFonts w:ascii="Cambria" w:hAnsi="Cambria" w:cs="Cambria"/>
                <w:sz w:val="17"/>
              </w:rPr>
              <w:t>ә</w:t>
            </w:r>
            <w:r w:rsidRPr="0033741E">
              <w:rPr>
                <w:rFonts w:ascii="Book Antiqua" w:hAnsi="Book Antiqua" w:cs="Book Antiqua"/>
                <w:sz w:val="17"/>
              </w:rPr>
              <w:t>нетолтыру</w:t>
            </w:r>
            <w:r w:rsidRPr="0033741E">
              <w:rPr>
                <w:rFonts w:ascii="Cambria" w:hAnsi="Cambria" w:cs="Cambria"/>
                <w:sz w:val="17"/>
              </w:rPr>
              <w:t>қ</w:t>
            </w:r>
            <w:r w:rsidRPr="0033741E">
              <w:rPr>
                <w:rFonts w:ascii="Book Antiqua" w:hAnsi="Book Antiqua" w:cs="Book Antiqua"/>
                <w:sz w:val="17"/>
              </w:rPr>
              <w:t>а</w:t>
            </w:r>
            <w:r w:rsidRPr="0033741E">
              <w:rPr>
                <w:rFonts w:ascii="Cambria" w:hAnsi="Cambria" w:cs="Cambria"/>
                <w:sz w:val="17"/>
              </w:rPr>
              <w:t>ғ</w:t>
            </w:r>
            <w:r w:rsidRPr="0033741E">
              <w:rPr>
                <w:rFonts w:ascii="Book Antiqua" w:hAnsi="Book Antiqua" w:cs="Book Antiqua"/>
                <w:sz w:val="17"/>
              </w:rPr>
              <w:t>идатынк</w:t>
            </w:r>
            <w:r w:rsidRPr="0033741E">
              <w:rPr>
                <w:rFonts w:ascii="Cambria" w:hAnsi="Cambria" w:cs="Cambria"/>
                <w:sz w:val="17"/>
              </w:rPr>
              <w:t>ө</w:t>
            </w:r>
            <w:r w:rsidRPr="0033741E">
              <w:rPr>
                <w:rFonts w:ascii="Book Antiqua" w:hAnsi="Book Antiqua" w:cs="Book Antiqua"/>
                <w:sz w:val="17"/>
              </w:rPr>
              <w:t>рсету</w:t>
            </w:r>
            <w:r w:rsidRPr="0033741E">
              <w:rPr>
                <w:rFonts w:ascii="Book Antiqua" w:hAnsi="Book Antiqua"/>
                <w:sz w:val="17"/>
              </w:rPr>
              <w:t>.</w:t>
            </w:r>
          </w:p>
        </w:tc>
        <w:tc>
          <w:tcPr>
            <w:tcW w:w="3628" w:type="dxa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163607" w:rsidRPr="0033741E" w:rsidRDefault="00A83174">
            <w:pPr>
              <w:spacing w:after="0" w:line="240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color w:val="595959"/>
                <w:sz w:val="17"/>
              </w:rPr>
              <w:t>Карточканы толы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қ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толтырма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ң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ыз</w:t>
            </w:r>
            <w:r w:rsidRPr="0033741E">
              <w:rPr>
                <w:rFonts w:ascii="Book Antiqua" w:hAnsi="Book Antiqua"/>
                <w:color w:val="595959"/>
                <w:sz w:val="17"/>
              </w:rPr>
              <w:t xml:space="preserve">. 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Бір</w:t>
            </w:r>
            <w:r w:rsidRPr="0033741E">
              <w:rPr>
                <w:rFonts w:ascii="Book Antiqua" w:hAnsi="Book Antiqua"/>
                <w:color w:val="595959"/>
                <w:sz w:val="17"/>
              </w:rPr>
              <w:t>-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екімысалар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қ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ылыформалдыс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ө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йлемменна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қ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тыба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қ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ылауды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ң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айырмасынк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ө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рсеті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ң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із</w:t>
            </w:r>
            <w:r w:rsidRPr="0033741E">
              <w:rPr>
                <w:rFonts w:ascii="Book Antiqua" w:hAnsi="Book Antiqua"/>
                <w:color w:val="595959"/>
                <w:sz w:val="17"/>
              </w:rPr>
              <w:t>.</w:t>
            </w:r>
          </w:p>
        </w:tc>
      </w:tr>
      <w:tr w:rsidR="00163607" w:rsidRPr="0033741E">
        <w:trPr>
          <w:cantSplit/>
          <w:jc w:val="center"/>
        </w:trPr>
        <w:tc>
          <w:tcPr>
            <w:tcW w:w="1134" w:type="dxa"/>
            <w:shd w:val="clear" w:color="auto" w:fill="F7F9FB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163607" w:rsidRPr="0033741E" w:rsidRDefault="00A83174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b/>
                <w:sz w:val="17"/>
              </w:rPr>
              <w:t>18–20</w:t>
            </w:r>
          </w:p>
        </w:tc>
        <w:tc>
          <w:tcPr>
            <w:tcW w:w="6690" w:type="dxa"/>
            <w:shd w:val="clear" w:color="auto" w:fill="F7F9FB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163607" w:rsidRPr="0033741E" w:rsidRDefault="00A83174">
            <w:pPr>
              <w:spacing w:after="0" w:line="240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sz w:val="18"/>
              </w:rPr>
              <w:t xml:space="preserve">Егер білім алушымен </w:t>
            </w:r>
            <w:r w:rsidRPr="0033741E">
              <w:rPr>
                <w:rFonts w:ascii="Cambria" w:hAnsi="Cambria" w:cs="Cambria"/>
                <w:sz w:val="18"/>
              </w:rPr>
              <w:t>әң</w:t>
            </w:r>
            <w:r w:rsidRPr="0033741E">
              <w:rPr>
                <w:rFonts w:ascii="Book Antiqua" w:hAnsi="Book Antiqua" w:cs="Book Antiqua"/>
                <w:sz w:val="18"/>
              </w:rPr>
              <w:t>гімелесу</w:t>
            </w:r>
            <w:r w:rsidRPr="0033741E">
              <w:rPr>
                <w:rFonts w:ascii="Book Antiqua" w:hAnsi="Book Antiqua"/>
                <w:sz w:val="18"/>
              </w:rPr>
              <w:t xml:space="preserve">, </w:t>
            </w:r>
            <w:r w:rsidRPr="0033741E">
              <w:rPr>
                <w:rFonts w:ascii="Book Antiqua" w:hAnsi="Book Antiqua" w:cs="Book Antiqua"/>
                <w:sz w:val="18"/>
              </w:rPr>
              <w:t>сыныпса</w:t>
            </w:r>
            <w:r w:rsidRPr="0033741E">
              <w:rPr>
                <w:rFonts w:ascii="Cambria" w:hAnsi="Cambria" w:cs="Cambria"/>
                <w:sz w:val="18"/>
              </w:rPr>
              <w:t>ғ</w:t>
            </w:r>
            <w:r w:rsidRPr="0033741E">
              <w:rPr>
                <w:rFonts w:ascii="Book Antiqua" w:hAnsi="Book Antiqua" w:cs="Book Antiqua"/>
                <w:sz w:val="18"/>
              </w:rPr>
              <w:t>аты</w:t>
            </w:r>
            <w:r w:rsidRPr="0033741E">
              <w:rPr>
                <w:rFonts w:ascii="Book Antiqua" w:hAnsi="Book Antiqua"/>
                <w:sz w:val="18"/>
              </w:rPr>
              <w:t xml:space="preserve">, </w:t>
            </w:r>
            <w:r w:rsidRPr="0033741E">
              <w:rPr>
                <w:rFonts w:ascii="Book Antiqua" w:hAnsi="Book Antiqua" w:cs="Book Antiqua"/>
                <w:sz w:val="18"/>
              </w:rPr>
              <w:t>тренингнемесебас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ат</w:t>
            </w:r>
            <w:r w:rsidRPr="0033741E">
              <w:rPr>
                <w:rFonts w:ascii="Cambria" w:hAnsi="Cambria" w:cs="Cambria"/>
                <w:sz w:val="18"/>
              </w:rPr>
              <w:t>ә</w:t>
            </w:r>
            <w:r w:rsidRPr="0033741E">
              <w:rPr>
                <w:rFonts w:ascii="Book Antiqua" w:hAnsi="Book Antiqua" w:cs="Book Antiqua"/>
                <w:sz w:val="18"/>
              </w:rPr>
              <w:t>рбиелікіс</w:t>
            </w:r>
            <w:r w:rsidRPr="0033741E">
              <w:rPr>
                <w:rFonts w:ascii="Book Antiqua" w:hAnsi="Book Antiqua"/>
                <w:sz w:val="18"/>
              </w:rPr>
              <w:t>-</w:t>
            </w:r>
            <w:r w:rsidRPr="0033741E">
              <w:rPr>
                <w:rFonts w:ascii="Book Antiqua" w:hAnsi="Book Antiqua" w:cs="Book Antiqua"/>
                <w:sz w:val="18"/>
              </w:rPr>
              <w:t>шара</w:t>
            </w:r>
            <w:r w:rsidRPr="0033741E">
              <w:rPr>
                <w:rFonts w:ascii="Cambria" w:hAnsi="Cambria" w:cs="Cambria"/>
                <w:sz w:val="18"/>
              </w:rPr>
              <w:t>ө</w:t>
            </w:r>
            <w:r w:rsidRPr="0033741E">
              <w:rPr>
                <w:rFonts w:ascii="Book Antiqua" w:hAnsi="Book Antiqua" w:cs="Book Antiqua"/>
                <w:sz w:val="18"/>
              </w:rPr>
              <w:t>ткізі</w:t>
            </w:r>
            <w:r w:rsidRPr="0033741E">
              <w:rPr>
                <w:rFonts w:ascii="Book Antiqua" w:hAnsi="Book Antiqua"/>
                <w:sz w:val="18"/>
              </w:rPr>
              <w:t>лсе, ол «Іс-шаралар» б</w:t>
            </w:r>
            <w:r w:rsidRPr="0033741E">
              <w:rPr>
                <w:rFonts w:ascii="Cambria" w:hAnsi="Cambria" w:cs="Cambria"/>
                <w:sz w:val="18"/>
              </w:rPr>
              <w:t>ө</w:t>
            </w:r>
            <w:r w:rsidRPr="0033741E">
              <w:rPr>
                <w:rFonts w:ascii="Book Antiqua" w:hAnsi="Book Antiqua" w:cs="Book Antiqua"/>
                <w:sz w:val="18"/>
              </w:rPr>
              <w:t>ліміндетіркеледі</w:t>
            </w:r>
            <w:r w:rsidRPr="0033741E">
              <w:rPr>
                <w:rFonts w:ascii="Book Antiqua" w:hAnsi="Book Antiqua"/>
                <w:sz w:val="18"/>
              </w:rPr>
              <w:t xml:space="preserve">. </w:t>
            </w:r>
            <w:r w:rsidRPr="0033741E">
              <w:rPr>
                <w:rFonts w:ascii="Book Antiqua" w:hAnsi="Book Antiqua" w:cs="Book Antiqua"/>
                <w:sz w:val="18"/>
              </w:rPr>
              <w:t>Ж</w:t>
            </w:r>
            <w:r w:rsidRPr="0033741E">
              <w:rPr>
                <w:rFonts w:ascii="Cambria" w:hAnsi="Cambria" w:cs="Cambria"/>
                <w:sz w:val="18"/>
              </w:rPr>
              <w:t>ү</w:t>
            </w:r>
            <w:r w:rsidRPr="0033741E">
              <w:rPr>
                <w:rFonts w:ascii="Book Antiqua" w:hAnsi="Book Antiqua" w:cs="Book Antiqua"/>
                <w:sz w:val="18"/>
              </w:rPr>
              <w:t>йедепедагогті</w:t>
            </w:r>
            <w:r w:rsidRPr="0033741E">
              <w:rPr>
                <w:rFonts w:ascii="Cambria" w:hAnsi="Cambria" w:cs="Cambria"/>
                <w:sz w:val="18"/>
              </w:rPr>
              <w:t>ң</w:t>
            </w:r>
            <w:r w:rsidRPr="0033741E">
              <w:rPr>
                <w:rFonts w:ascii="Book Antiqua" w:hAnsi="Book Antiqua" w:cs="Book Antiqua"/>
                <w:sz w:val="18"/>
              </w:rPr>
              <w:t>жа</w:t>
            </w:r>
            <w:r w:rsidRPr="0033741E">
              <w:rPr>
                <w:rFonts w:ascii="Cambria" w:hAnsi="Cambria" w:cs="Cambria"/>
                <w:sz w:val="18"/>
              </w:rPr>
              <w:t>ғ</w:t>
            </w:r>
            <w:r w:rsidRPr="0033741E">
              <w:rPr>
                <w:rFonts w:ascii="Book Antiqua" w:hAnsi="Book Antiqua" w:cs="Book Antiqua"/>
                <w:sz w:val="18"/>
              </w:rPr>
              <w:t>дайдыбай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а</w:t>
            </w:r>
            <w:r w:rsidRPr="0033741E">
              <w:rPr>
                <w:rFonts w:ascii="Cambria" w:hAnsi="Cambria" w:cs="Cambria"/>
                <w:sz w:val="18"/>
              </w:rPr>
              <w:t>ғ</w:t>
            </w:r>
            <w:r w:rsidRPr="0033741E">
              <w:rPr>
                <w:rFonts w:ascii="Book Antiqua" w:hAnsi="Book Antiqua" w:cs="Book Antiqua"/>
                <w:sz w:val="18"/>
              </w:rPr>
              <w:t>аны</w:t>
            </w:r>
            <w:r w:rsidRPr="0033741E">
              <w:rPr>
                <w:rFonts w:ascii="Cambria" w:hAnsi="Cambria" w:cs="Cambria"/>
                <w:sz w:val="18"/>
              </w:rPr>
              <w:t>ғ</w:t>
            </w:r>
            <w:r w:rsidRPr="0033741E">
              <w:rPr>
                <w:rFonts w:ascii="Book Antiqua" w:hAnsi="Book Antiqua" w:cs="Book Antiqua"/>
                <w:sz w:val="18"/>
              </w:rPr>
              <w:t>анаемес</w:t>
            </w:r>
            <w:r w:rsidRPr="0033741E">
              <w:rPr>
                <w:rFonts w:ascii="Book Antiqua" w:hAnsi="Book Antiqua"/>
                <w:sz w:val="18"/>
              </w:rPr>
              <w:t xml:space="preserve">, </w:t>
            </w:r>
            <w:r w:rsidRPr="0033741E">
              <w:rPr>
                <w:rFonts w:ascii="Book Antiqua" w:hAnsi="Book Antiqua" w:cs="Book Antiqua"/>
                <w:sz w:val="18"/>
              </w:rPr>
              <w:t>на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ты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андай</w:t>
            </w:r>
            <w:r w:rsidRPr="0033741E">
              <w:rPr>
                <w:rFonts w:ascii="Cambria" w:hAnsi="Cambria" w:cs="Cambria"/>
                <w:sz w:val="18"/>
              </w:rPr>
              <w:t>ә</w:t>
            </w:r>
            <w:r w:rsidRPr="0033741E">
              <w:rPr>
                <w:rFonts w:ascii="Book Antiqua" w:hAnsi="Book Antiqua" w:cs="Book Antiqua"/>
                <w:sz w:val="18"/>
              </w:rPr>
              <w:t>рекетжаса</w:t>
            </w:r>
            <w:r w:rsidRPr="0033741E">
              <w:rPr>
                <w:rFonts w:ascii="Cambria" w:hAnsi="Cambria" w:cs="Cambria"/>
                <w:sz w:val="18"/>
              </w:rPr>
              <w:t>ғ</w:t>
            </w:r>
            <w:r w:rsidRPr="0033741E">
              <w:rPr>
                <w:rFonts w:ascii="Book Antiqua" w:hAnsi="Book Antiqua" w:cs="Book Antiqua"/>
                <w:sz w:val="18"/>
              </w:rPr>
              <w:t>аныдак</w:t>
            </w:r>
            <w:r w:rsidRPr="0033741E">
              <w:rPr>
                <w:rFonts w:ascii="Cambria" w:hAnsi="Cambria" w:cs="Cambria"/>
                <w:sz w:val="18"/>
              </w:rPr>
              <w:t>ө</w:t>
            </w:r>
            <w:r w:rsidRPr="0033741E">
              <w:rPr>
                <w:rFonts w:ascii="Book Antiqua" w:hAnsi="Book Antiqua" w:cs="Book Antiqua"/>
                <w:sz w:val="18"/>
              </w:rPr>
              <w:t>рінуітиіс</w:t>
            </w:r>
            <w:r w:rsidRPr="0033741E">
              <w:rPr>
                <w:rFonts w:ascii="Book Antiqua" w:hAnsi="Book Antiqua"/>
                <w:sz w:val="18"/>
              </w:rPr>
              <w:t>.</w:t>
            </w:r>
          </w:p>
        </w:tc>
        <w:tc>
          <w:tcPr>
            <w:tcW w:w="4309" w:type="dxa"/>
            <w:shd w:val="clear" w:color="auto" w:fill="F7F9FB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163607" w:rsidRPr="0033741E" w:rsidRDefault="00A83174">
            <w:pPr>
              <w:spacing w:after="0" w:line="240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sz w:val="17"/>
              </w:rPr>
              <w:t>«Іс-шаралар» б</w:t>
            </w:r>
            <w:r w:rsidRPr="0033741E">
              <w:rPr>
                <w:rFonts w:ascii="Cambria" w:hAnsi="Cambria" w:cs="Cambria"/>
                <w:sz w:val="17"/>
              </w:rPr>
              <w:t>ө</w:t>
            </w:r>
            <w:r w:rsidRPr="0033741E">
              <w:rPr>
                <w:rFonts w:ascii="Book Antiqua" w:hAnsi="Book Antiqua" w:cs="Book Antiqua"/>
                <w:sz w:val="17"/>
              </w:rPr>
              <w:t>лімінашу</w:t>
            </w:r>
            <w:r w:rsidRPr="0033741E">
              <w:rPr>
                <w:rFonts w:ascii="Book Antiqua" w:hAnsi="Book Antiqua"/>
                <w:sz w:val="17"/>
              </w:rPr>
              <w:t xml:space="preserve">. </w:t>
            </w:r>
            <w:r w:rsidRPr="0033741E">
              <w:rPr>
                <w:rFonts w:ascii="Book Antiqua" w:hAnsi="Book Antiqua" w:cs="Book Antiqua"/>
                <w:sz w:val="17"/>
              </w:rPr>
              <w:t>Жа</w:t>
            </w:r>
            <w:r w:rsidRPr="0033741E">
              <w:rPr>
                <w:rFonts w:ascii="Cambria" w:hAnsi="Cambria" w:cs="Cambria"/>
                <w:sz w:val="17"/>
              </w:rPr>
              <w:t>ң</w:t>
            </w:r>
            <w:r w:rsidRPr="0033741E">
              <w:rPr>
                <w:rFonts w:ascii="Book Antiqua" w:hAnsi="Book Antiqua" w:cs="Book Antiqua"/>
                <w:sz w:val="17"/>
              </w:rPr>
              <w:t>ажазба</w:t>
            </w:r>
            <w:r w:rsidRPr="0033741E">
              <w:rPr>
                <w:rFonts w:ascii="Cambria" w:hAnsi="Cambria" w:cs="Cambria"/>
                <w:sz w:val="17"/>
              </w:rPr>
              <w:t>қ</w:t>
            </w:r>
            <w:r w:rsidRPr="0033741E">
              <w:rPr>
                <w:rFonts w:ascii="Book Antiqua" w:hAnsi="Book Antiqua" w:cs="Book Antiqua"/>
                <w:sz w:val="17"/>
              </w:rPr>
              <w:t>осудыж</w:t>
            </w:r>
            <w:r w:rsidRPr="0033741E">
              <w:rPr>
                <w:rFonts w:ascii="Cambria" w:hAnsi="Cambria" w:cs="Cambria"/>
                <w:sz w:val="17"/>
              </w:rPr>
              <w:t>ә</w:t>
            </w:r>
            <w:r w:rsidRPr="0033741E">
              <w:rPr>
                <w:rFonts w:ascii="Book Antiqua" w:hAnsi="Book Antiqua" w:cs="Book Antiqua"/>
                <w:sz w:val="17"/>
              </w:rPr>
              <w:t>некелесііс</w:t>
            </w:r>
            <w:r w:rsidRPr="0033741E">
              <w:rPr>
                <w:rFonts w:ascii="Book Antiqua" w:hAnsi="Book Antiqua"/>
                <w:sz w:val="17"/>
              </w:rPr>
              <w:t>-</w:t>
            </w:r>
            <w:r w:rsidRPr="0033741E">
              <w:rPr>
                <w:rFonts w:ascii="Book Antiqua" w:hAnsi="Book Antiqua" w:cs="Book Antiqua"/>
                <w:sz w:val="17"/>
              </w:rPr>
              <w:t>шараны</w:t>
            </w:r>
            <w:r w:rsidRPr="0033741E">
              <w:rPr>
                <w:rFonts w:ascii="Cambria" w:hAnsi="Cambria" w:cs="Cambria"/>
                <w:sz w:val="17"/>
              </w:rPr>
              <w:t>ң</w:t>
            </w:r>
            <w:r w:rsidRPr="0033741E">
              <w:rPr>
                <w:rFonts w:ascii="Book Antiqua" w:hAnsi="Book Antiqua" w:cs="Book Antiqua"/>
                <w:sz w:val="17"/>
              </w:rPr>
              <w:t>к</w:t>
            </w:r>
            <w:r w:rsidRPr="0033741E">
              <w:rPr>
                <w:rFonts w:ascii="Cambria" w:hAnsi="Cambria" w:cs="Cambria"/>
                <w:sz w:val="17"/>
              </w:rPr>
              <w:t>ү</w:t>
            </w:r>
            <w:r w:rsidRPr="0033741E">
              <w:rPr>
                <w:rFonts w:ascii="Book Antiqua" w:hAnsi="Book Antiqua" w:cs="Book Antiqua"/>
                <w:sz w:val="17"/>
              </w:rPr>
              <w:t>нінбелгілеуорнынк</w:t>
            </w:r>
            <w:r w:rsidRPr="0033741E">
              <w:rPr>
                <w:rFonts w:ascii="Cambria" w:hAnsi="Cambria" w:cs="Cambria"/>
                <w:sz w:val="17"/>
              </w:rPr>
              <w:t>ө</w:t>
            </w:r>
            <w:r w:rsidRPr="0033741E">
              <w:rPr>
                <w:rFonts w:ascii="Book Antiqua" w:hAnsi="Book Antiqua" w:cs="Book Antiqua"/>
                <w:sz w:val="17"/>
              </w:rPr>
              <w:t>рсету</w:t>
            </w:r>
            <w:r w:rsidRPr="0033741E">
              <w:rPr>
                <w:rFonts w:ascii="Book Antiqua" w:hAnsi="Book Antiqua"/>
                <w:sz w:val="17"/>
              </w:rPr>
              <w:t>.</w:t>
            </w:r>
          </w:p>
        </w:tc>
        <w:tc>
          <w:tcPr>
            <w:tcW w:w="3628" w:type="dxa"/>
            <w:shd w:val="clear" w:color="auto" w:fill="F7F9FB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163607" w:rsidRPr="0033741E" w:rsidRDefault="00A83174">
            <w:pPr>
              <w:spacing w:after="0" w:line="240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color w:val="595959"/>
                <w:sz w:val="17"/>
              </w:rPr>
              <w:t>2–3 мысал жеткілікті. Барлы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қ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ы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қ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тималіс</w:t>
            </w:r>
            <w:r w:rsidRPr="0033741E">
              <w:rPr>
                <w:rFonts w:ascii="Book Antiqua" w:hAnsi="Book Antiqua"/>
                <w:color w:val="595959"/>
                <w:sz w:val="17"/>
              </w:rPr>
              <w:t>-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шаралардытізбектеме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ң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із</w:t>
            </w:r>
            <w:r w:rsidRPr="0033741E">
              <w:rPr>
                <w:rFonts w:ascii="Book Antiqua" w:hAnsi="Book Antiqua"/>
                <w:color w:val="595959"/>
                <w:sz w:val="17"/>
              </w:rPr>
              <w:t>.</w:t>
            </w:r>
          </w:p>
        </w:tc>
      </w:tr>
      <w:tr w:rsidR="00163607" w:rsidRPr="0033741E">
        <w:trPr>
          <w:cantSplit/>
          <w:jc w:val="center"/>
        </w:trPr>
        <w:tc>
          <w:tcPr>
            <w:tcW w:w="1134" w:type="dxa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163607" w:rsidRPr="0033741E" w:rsidRDefault="00A83174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b/>
                <w:sz w:val="17"/>
              </w:rPr>
              <w:t>20–21</w:t>
            </w:r>
          </w:p>
        </w:tc>
        <w:tc>
          <w:tcPr>
            <w:tcW w:w="6690" w:type="dxa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163607" w:rsidRPr="0033741E" w:rsidRDefault="00A83174">
            <w:pPr>
              <w:spacing w:after="0" w:line="240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sz w:val="18"/>
              </w:rPr>
              <w:t>«С</w:t>
            </w:r>
            <w:r w:rsidRPr="0033741E">
              <w:rPr>
                <w:rFonts w:ascii="Cambria" w:hAnsi="Cambria" w:cs="Cambria"/>
                <w:sz w:val="18"/>
              </w:rPr>
              <w:t>ұ</w:t>
            </w:r>
            <w:r w:rsidRPr="0033741E">
              <w:rPr>
                <w:rFonts w:ascii="Book Antiqua" w:hAnsi="Book Antiqua" w:cs="Book Antiqua"/>
                <w:sz w:val="18"/>
              </w:rPr>
              <w:t>раулар»б</w:t>
            </w:r>
            <w:r w:rsidRPr="0033741E">
              <w:rPr>
                <w:rFonts w:ascii="Cambria" w:hAnsi="Cambria" w:cs="Cambria"/>
                <w:sz w:val="18"/>
              </w:rPr>
              <w:t>ө</w:t>
            </w:r>
            <w:r w:rsidRPr="0033741E">
              <w:rPr>
                <w:rFonts w:ascii="Book Antiqua" w:hAnsi="Book Antiqua" w:cs="Book Antiqua"/>
                <w:sz w:val="18"/>
              </w:rPr>
              <w:t>ліміндеосыбала</w:t>
            </w:r>
            <w:r w:rsidRPr="0033741E">
              <w:rPr>
                <w:rFonts w:ascii="Cambria" w:hAnsi="Cambria" w:cs="Cambria"/>
                <w:sz w:val="18"/>
              </w:rPr>
              <w:t>ғ</w:t>
            </w:r>
            <w:r w:rsidRPr="0033741E">
              <w:rPr>
                <w:rFonts w:ascii="Book Antiqua" w:hAnsi="Book Antiqua" w:cs="Book Antiqua"/>
                <w:sz w:val="18"/>
              </w:rPr>
              <w:t>а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атыстыбас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амамандарданкеліпт</w:t>
            </w:r>
            <w:r w:rsidRPr="0033741E">
              <w:rPr>
                <w:rFonts w:ascii="Cambria" w:hAnsi="Cambria" w:cs="Cambria"/>
                <w:sz w:val="18"/>
              </w:rPr>
              <w:t>ү</w:t>
            </w:r>
            <w:r w:rsidRPr="0033741E">
              <w:rPr>
                <w:rFonts w:ascii="Book Antiqua" w:hAnsi="Book Antiqua" w:cs="Book Antiqua"/>
                <w:sz w:val="18"/>
              </w:rPr>
              <w:t>скенс</w:t>
            </w:r>
            <w:r w:rsidRPr="0033741E">
              <w:rPr>
                <w:rFonts w:ascii="Cambria" w:hAnsi="Cambria" w:cs="Cambria"/>
                <w:sz w:val="18"/>
              </w:rPr>
              <w:t>ұ</w:t>
            </w:r>
            <w:r w:rsidRPr="0033741E">
              <w:rPr>
                <w:rFonts w:ascii="Book Antiqua" w:hAnsi="Book Antiqua" w:cs="Book Antiqua"/>
                <w:sz w:val="18"/>
              </w:rPr>
              <w:t>раулардык</w:t>
            </w:r>
            <w:r w:rsidRPr="0033741E">
              <w:rPr>
                <w:rFonts w:ascii="Cambria" w:hAnsi="Cambria" w:cs="Cambria"/>
                <w:sz w:val="18"/>
              </w:rPr>
              <w:t>ө</w:t>
            </w:r>
            <w:r w:rsidRPr="0033741E">
              <w:rPr>
                <w:rFonts w:ascii="Book Antiqua" w:hAnsi="Book Antiqua" w:cs="Book Antiqua"/>
                <w:sz w:val="18"/>
              </w:rPr>
              <w:t>ругеболады</w:t>
            </w:r>
            <w:r w:rsidRPr="0033741E">
              <w:rPr>
                <w:rFonts w:ascii="Book Antiqua" w:hAnsi="Book Antiqua"/>
                <w:sz w:val="18"/>
              </w:rPr>
              <w:t xml:space="preserve">. </w:t>
            </w:r>
            <w:r w:rsidRPr="0033741E">
              <w:rPr>
                <w:rFonts w:ascii="Book Antiqua" w:hAnsi="Book Antiqua" w:cs="Book Antiqua"/>
                <w:sz w:val="18"/>
              </w:rPr>
              <w:t>Б</w:t>
            </w:r>
            <w:r w:rsidRPr="0033741E">
              <w:rPr>
                <w:rFonts w:ascii="Cambria" w:hAnsi="Cambria" w:cs="Cambria"/>
                <w:sz w:val="18"/>
              </w:rPr>
              <w:t>ұ</w:t>
            </w:r>
            <w:r w:rsidRPr="0033741E">
              <w:rPr>
                <w:rFonts w:ascii="Book Antiqua" w:hAnsi="Book Antiqua" w:cs="Book Antiqua"/>
                <w:sz w:val="18"/>
              </w:rPr>
              <w:t>лкерібайланыстыжо</w:t>
            </w:r>
            <w:r w:rsidRPr="0033741E">
              <w:rPr>
                <w:rFonts w:ascii="Cambria" w:hAnsi="Cambria" w:cs="Cambria"/>
                <w:sz w:val="18"/>
              </w:rPr>
              <w:t>ғ</w:t>
            </w:r>
            <w:r w:rsidRPr="0033741E">
              <w:rPr>
                <w:rFonts w:ascii="Book Antiqua" w:hAnsi="Book Antiqua" w:cs="Book Antiqua"/>
                <w:sz w:val="18"/>
              </w:rPr>
              <w:t>алтпау</w:t>
            </w:r>
            <w:r w:rsidRPr="0033741E">
              <w:rPr>
                <w:rFonts w:ascii="Cambria" w:hAnsi="Cambria" w:cs="Cambria"/>
                <w:sz w:val="18"/>
              </w:rPr>
              <w:t>ғ</w:t>
            </w:r>
            <w:r w:rsidRPr="0033741E">
              <w:rPr>
                <w:rFonts w:ascii="Book Antiqua" w:hAnsi="Book Antiqua" w:cs="Book Antiqua"/>
                <w:sz w:val="18"/>
              </w:rPr>
              <w:t>аж</w:t>
            </w:r>
            <w:r w:rsidRPr="0033741E">
              <w:rPr>
                <w:rFonts w:ascii="Cambria" w:hAnsi="Cambria" w:cs="Cambria"/>
                <w:sz w:val="18"/>
              </w:rPr>
              <w:t>ә</w:t>
            </w:r>
            <w:r w:rsidRPr="0033741E">
              <w:rPr>
                <w:rFonts w:ascii="Book Antiqua" w:hAnsi="Book Antiqua" w:cs="Book Antiqua"/>
                <w:sz w:val="18"/>
              </w:rPr>
              <w:t>несыныпжетекшісінен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андай</w:t>
            </w:r>
            <w:r w:rsidRPr="0033741E">
              <w:rPr>
                <w:rFonts w:ascii="Cambria" w:hAnsi="Cambria" w:cs="Cambria"/>
                <w:sz w:val="18"/>
              </w:rPr>
              <w:t>ә</w:t>
            </w:r>
            <w:r w:rsidRPr="0033741E">
              <w:rPr>
                <w:rFonts w:ascii="Book Antiqua" w:hAnsi="Book Antiqua" w:cs="Book Antiqua"/>
                <w:sz w:val="18"/>
              </w:rPr>
              <w:t>рекетк</w:t>
            </w:r>
            <w:r w:rsidRPr="0033741E">
              <w:rPr>
                <w:rFonts w:ascii="Cambria" w:hAnsi="Cambria" w:cs="Cambria"/>
                <w:sz w:val="18"/>
              </w:rPr>
              <w:t>ү</w:t>
            </w:r>
            <w:r w:rsidRPr="0033741E">
              <w:rPr>
                <w:rFonts w:ascii="Book Antiqua" w:hAnsi="Book Antiqua" w:cs="Book Antiqua"/>
                <w:sz w:val="18"/>
              </w:rPr>
              <w:t>тілетінінт</w:t>
            </w:r>
            <w:r w:rsidRPr="0033741E">
              <w:rPr>
                <w:rFonts w:ascii="Cambria" w:hAnsi="Cambria" w:cs="Cambria"/>
                <w:sz w:val="18"/>
              </w:rPr>
              <w:t>ү</w:t>
            </w:r>
            <w:r w:rsidRPr="0033741E">
              <w:rPr>
                <w:rFonts w:ascii="Book Antiqua" w:hAnsi="Book Antiqua" w:cs="Book Antiqua"/>
                <w:sz w:val="18"/>
              </w:rPr>
              <w:t>сінугем</w:t>
            </w:r>
            <w:r w:rsidRPr="0033741E">
              <w:rPr>
                <w:rFonts w:ascii="Cambria" w:hAnsi="Cambria" w:cs="Cambria"/>
                <w:sz w:val="18"/>
              </w:rPr>
              <w:t>ү</w:t>
            </w:r>
            <w:r w:rsidRPr="0033741E">
              <w:rPr>
                <w:rFonts w:ascii="Book Antiqua" w:hAnsi="Book Antiqua" w:cs="Book Antiqua"/>
                <w:sz w:val="18"/>
              </w:rPr>
              <w:t>мкіндікбереді</w:t>
            </w:r>
            <w:r w:rsidRPr="0033741E">
              <w:rPr>
                <w:rFonts w:ascii="Book Antiqua" w:hAnsi="Book Antiqua"/>
                <w:sz w:val="18"/>
              </w:rPr>
              <w:t>.</w:t>
            </w:r>
          </w:p>
        </w:tc>
        <w:tc>
          <w:tcPr>
            <w:tcW w:w="4309" w:type="dxa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163607" w:rsidRPr="0033741E" w:rsidRDefault="00A83174">
            <w:pPr>
              <w:spacing w:after="0" w:line="240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sz w:val="17"/>
              </w:rPr>
              <w:t>«С</w:t>
            </w:r>
            <w:r w:rsidRPr="0033741E">
              <w:rPr>
                <w:rFonts w:ascii="Cambria" w:hAnsi="Cambria" w:cs="Cambria"/>
                <w:sz w:val="17"/>
              </w:rPr>
              <w:t>ұ</w:t>
            </w:r>
            <w:r w:rsidRPr="0033741E">
              <w:rPr>
                <w:rFonts w:ascii="Book Antiqua" w:hAnsi="Book Antiqua" w:cs="Book Antiqua"/>
                <w:sz w:val="17"/>
              </w:rPr>
              <w:t>раулар»б</w:t>
            </w:r>
            <w:r w:rsidRPr="0033741E">
              <w:rPr>
                <w:rFonts w:ascii="Cambria" w:hAnsi="Cambria" w:cs="Cambria"/>
                <w:sz w:val="17"/>
              </w:rPr>
              <w:t>ө</w:t>
            </w:r>
            <w:r w:rsidRPr="0033741E">
              <w:rPr>
                <w:rFonts w:ascii="Book Antiqua" w:hAnsi="Book Antiqua" w:cs="Book Antiqua"/>
                <w:sz w:val="17"/>
              </w:rPr>
              <w:t>лімінашу</w:t>
            </w:r>
            <w:r w:rsidRPr="0033741E">
              <w:rPr>
                <w:rFonts w:ascii="Book Antiqua" w:hAnsi="Book Antiqua"/>
                <w:sz w:val="17"/>
              </w:rPr>
              <w:t xml:space="preserve">. </w:t>
            </w:r>
            <w:r w:rsidRPr="0033741E">
              <w:rPr>
                <w:rFonts w:ascii="Book Antiqua" w:hAnsi="Book Antiqua" w:cs="Book Antiqua"/>
                <w:sz w:val="17"/>
              </w:rPr>
              <w:t>Егердемонстрациялы</w:t>
            </w:r>
            <w:r w:rsidRPr="0033741E">
              <w:rPr>
                <w:rFonts w:ascii="Cambria" w:hAnsi="Cambria" w:cs="Cambria"/>
                <w:sz w:val="17"/>
              </w:rPr>
              <w:t>қ</w:t>
            </w:r>
            <w:r w:rsidRPr="0033741E">
              <w:rPr>
                <w:rFonts w:ascii="Book Antiqua" w:hAnsi="Book Antiqua" w:cs="Book Antiqua"/>
                <w:sz w:val="17"/>
              </w:rPr>
              <w:t>деректердебарболса</w:t>
            </w:r>
            <w:r w:rsidRPr="0033741E">
              <w:rPr>
                <w:rFonts w:ascii="Book Antiqua" w:hAnsi="Book Antiqua"/>
                <w:sz w:val="17"/>
              </w:rPr>
              <w:t xml:space="preserve">, </w:t>
            </w:r>
            <w:r w:rsidRPr="0033741E">
              <w:rPr>
                <w:rFonts w:ascii="Book Antiqua" w:hAnsi="Book Antiqua" w:cs="Book Antiqua"/>
                <w:sz w:val="17"/>
              </w:rPr>
              <w:t>келіпт</w:t>
            </w:r>
            <w:r w:rsidRPr="0033741E">
              <w:rPr>
                <w:rFonts w:ascii="Cambria" w:hAnsi="Cambria" w:cs="Cambria"/>
                <w:sz w:val="17"/>
              </w:rPr>
              <w:t>ү</w:t>
            </w:r>
            <w:r w:rsidRPr="0033741E">
              <w:rPr>
                <w:rFonts w:ascii="Book Antiqua" w:hAnsi="Book Antiqua" w:cs="Book Antiqua"/>
                <w:sz w:val="17"/>
              </w:rPr>
              <w:t>скенс</w:t>
            </w:r>
            <w:r w:rsidRPr="0033741E">
              <w:rPr>
                <w:rFonts w:ascii="Cambria" w:hAnsi="Cambria" w:cs="Cambria"/>
                <w:sz w:val="17"/>
              </w:rPr>
              <w:t>ұ</w:t>
            </w:r>
            <w:r w:rsidRPr="0033741E">
              <w:rPr>
                <w:rFonts w:ascii="Book Antiqua" w:hAnsi="Book Antiqua" w:cs="Book Antiqua"/>
                <w:sz w:val="17"/>
              </w:rPr>
              <w:t>рауды</w:t>
            </w:r>
            <w:r w:rsidRPr="0033741E">
              <w:rPr>
                <w:rFonts w:ascii="Cambria" w:hAnsi="Cambria" w:cs="Cambria"/>
                <w:sz w:val="17"/>
              </w:rPr>
              <w:t>ң</w:t>
            </w:r>
            <w:r w:rsidRPr="0033741E">
              <w:rPr>
                <w:rFonts w:ascii="Book Antiqua" w:hAnsi="Book Antiqua" w:cs="Book Antiqua"/>
                <w:sz w:val="17"/>
              </w:rPr>
              <w:t>тізімін</w:t>
            </w:r>
            <w:r w:rsidRPr="0033741E">
              <w:rPr>
                <w:rFonts w:ascii="Book Antiqua" w:hAnsi="Book Antiqua"/>
                <w:sz w:val="17"/>
              </w:rPr>
              <w:t>/</w:t>
            </w:r>
            <w:r w:rsidRPr="0033741E">
              <w:rPr>
                <w:rFonts w:ascii="Book Antiqua" w:hAnsi="Book Antiqua" w:cs="Book Antiqua"/>
                <w:sz w:val="17"/>
              </w:rPr>
              <w:t>карточкасынк</w:t>
            </w:r>
            <w:r w:rsidRPr="0033741E">
              <w:rPr>
                <w:rFonts w:ascii="Cambria" w:hAnsi="Cambria" w:cs="Cambria"/>
                <w:sz w:val="17"/>
              </w:rPr>
              <w:t>ө</w:t>
            </w:r>
            <w:r w:rsidRPr="0033741E">
              <w:rPr>
                <w:rFonts w:ascii="Book Antiqua" w:hAnsi="Book Antiqua" w:cs="Book Antiqua"/>
                <w:sz w:val="17"/>
              </w:rPr>
              <w:t>рсету</w:t>
            </w:r>
            <w:r w:rsidRPr="0033741E">
              <w:rPr>
                <w:rFonts w:ascii="Book Antiqua" w:hAnsi="Book Antiqua"/>
                <w:sz w:val="17"/>
              </w:rPr>
              <w:t>.</w:t>
            </w:r>
          </w:p>
        </w:tc>
        <w:tc>
          <w:tcPr>
            <w:tcW w:w="3628" w:type="dxa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163607" w:rsidRPr="0033741E" w:rsidRDefault="00A83174">
            <w:pPr>
              <w:spacing w:after="0" w:line="240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color w:val="595959"/>
                <w:sz w:val="17"/>
              </w:rPr>
              <w:t>Егер с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ұ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рауларболмаса</w:t>
            </w:r>
            <w:r w:rsidRPr="0033741E">
              <w:rPr>
                <w:rFonts w:ascii="Book Antiqua" w:hAnsi="Book Antiqua"/>
                <w:color w:val="595959"/>
                <w:sz w:val="17"/>
              </w:rPr>
              <w:t xml:space="preserve">, 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б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ө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лімні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ңө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зінк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ө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рсетіп</w:t>
            </w:r>
            <w:r w:rsidRPr="0033741E">
              <w:rPr>
                <w:rFonts w:ascii="Book Antiqua" w:hAnsi="Book Antiqua"/>
                <w:color w:val="595959"/>
                <w:sz w:val="17"/>
              </w:rPr>
              <w:t xml:space="preserve">, 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оны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ң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ма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қ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сатын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қ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ыс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қ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ашат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ү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сіндірі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ң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із</w:t>
            </w:r>
            <w:r w:rsidRPr="0033741E">
              <w:rPr>
                <w:rFonts w:ascii="Book Antiqua" w:hAnsi="Book Antiqua"/>
                <w:color w:val="595959"/>
                <w:sz w:val="17"/>
              </w:rPr>
              <w:t>.</w:t>
            </w:r>
          </w:p>
        </w:tc>
      </w:tr>
      <w:tr w:rsidR="00163607" w:rsidRPr="0033741E">
        <w:trPr>
          <w:cantSplit/>
          <w:jc w:val="center"/>
        </w:trPr>
        <w:tc>
          <w:tcPr>
            <w:tcW w:w="1134" w:type="dxa"/>
            <w:shd w:val="clear" w:color="auto" w:fill="F7F9FB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163607" w:rsidRPr="0033741E" w:rsidRDefault="00A83174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b/>
                <w:sz w:val="17"/>
              </w:rPr>
              <w:t>21–23</w:t>
            </w:r>
          </w:p>
        </w:tc>
        <w:tc>
          <w:tcPr>
            <w:tcW w:w="6690" w:type="dxa"/>
            <w:shd w:val="clear" w:color="auto" w:fill="F7F9FB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163607" w:rsidRPr="0033741E" w:rsidRDefault="00A83174">
            <w:pPr>
              <w:spacing w:after="0" w:line="240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sz w:val="18"/>
              </w:rPr>
              <w:t>Барлы</w:t>
            </w:r>
            <w:r w:rsidRPr="0033741E">
              <w:rPr>
                <w:rFonts w:ascii="Cambria" w:hAnsi="Cambria" w:cs="Cambria"/>
                <w:sz w:val="18"/>
              </w:rPr>
              <w:t>қә</w:t>
            </w:r>
            <w:r w:rsidRPr="0033741E">
              <w:rPr>
                <w:rFonts w:ascii="Book Antiqua" w:hAnsi="Book Antiqua" w:cs="Book Antiqua"/>
                <w:sz w:val="18"/>
              </w:rPr>
              <w:t>рекеттертарихтаса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талады</w:t>
            </w:r>
            <w:r w:rsidRPr="0033741E">
              <w:rPr>
                <w:rFonts w:ascii="Book Antiqua" w:hAnsi="Book Antiqua"/>
                <w:sz w:val="18"/>
              </w:rPr>
              <w:t xml:space="preserve">. </w:t>
            </w:r>
            <w:r w:rsidRPr="0033741E">
              <w:rPr>
                <w:rFonts w:ascii="Book Antiqua" w:hAnsi="Book Antiqua" w:cs="Book Antiqua"/>
                <w:sz w:val="18"/>
              </w:rPr>
              <w:t>Сонды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танбі</w:t>
            </w:r>
            <w:r w:rsidRPr="0033741E">
              <w:rPr>
                <w:rFonts w:ascii="Book Antiqua" w:hAnsi="Book Antiqua"/>
                <w:sz w:val="18"/>
              </w:rPr>
              <w:t>лім алушымен ж</w:t>
            </w:r>
            <w:r w:rsidRPr="0033741E">
              <w:rPr>
                <w:rFonts w:ascii="Cambria" w:hAnsi="Cambria" w:cs="Cambria"/>
                <w:sz w:val="18"/>
              </w:rPr>
              <w:t>ұ</w:t>
            </w:r>
            <w:r w:rsidRPr="0033741E">
              <w:rPr>
                <w:rFonts w:ascii="Book Antiqua" w:hAnsi="Book Antiqua" w:cs="Book Antiqua"/>
                <w:sz w:val="18"/>
              </w:rPr>
              <w:t>мыс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аорал</w:t>
            </w:r>
            <w:r w:rsidRPr="0033741E">
              <w:rPr>
                <w:rFonts w:ascii="Cambria" w:hAnsi="Cambria" w:cs="Cambria"/>
                <w:sz w:val="18"/>
              </w:rPr>
              <w:t>ғ</w:t>
            </w:r>
            <w:r w:rsidRPr="0033741E">
              <w:rPr>
                <w:rFonts w:ascii="Book Antiqua" w:hAnsi="Book Antiqua" w:cs="Book Antiqua"/>
                <w:sz w:val="18"/>
              </w:rPr>
              <w:t>андаба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ылауларды</w:t>
            </w:r>
            <w:r w:rsidRPr="0033741E">
              <w:rPr>
                <w:rFonts w:ascii="Cambria" w:hAnsi="Cambria" w:cs="Cambria"/>
                <w:sz w:val="18"/>
              </w:rPr>
              <w:t>ң</w:t>
            </w:r>
            <w:r w:rsidRPr="0033741E">
              <w:rPr>
                <w:rFonts w:ascii="Book Antiqua" w:hAnsi="Book Antiqua"/>
                <w:sz w:val="18"/>
              </w:rPr>
              <w:t xml:space="preserve">, </w:t>
            </w:r>
            <w:r w:rsidRPr="0033741E">
              <w:rPr>
                <w:rFonts w:ascii="Book Antiqua" w:hAnsi="Book Antiqua" w:cs="Book Antiqua"/>
                <w:sz w:val="18"/>
              </w:rPr>
              <w:t>с</w:t>
            </w:r>
            <w:r w:rsidRPr="0033741E">
              <w:rPr>
                <w:rFonts w:ascii="Cambria" w:hAnsi="Cambria" w:cs="Cambria"/>
                <w:sz w:val="18"/>
              </w:rPr>
              <w:t>ұ</w:t>
            </w:r>
            <w:r w:rsidRPr="0033741E">
              <w:rPr>
                <w:rFonts w:ascii="Book Antiqua" w:hAnsi="Book Antiqua" w:cs="Book Antiqua"/>
                <w:sz w:val="18"/>
              </w:rPr>
              <w:t>рауларды</w:t>
            </w:r>
            <w:r w:rsidRPr="0033741E">
              <w:rPr>
                <w:rFonts w:ascii="Cambria" w:hAnsi="Cambria" w:cs="Cambria"/>
                <w:sz w:val="18"/>
              </w:rPr>
              <w:t>ң</w:t>
            </w:r>
            <w:r w:rsidRPr="0033741E">
              <w:rPr>
                <w:rFonts w:ascii="Book Antiqua" w:hAnsi="Book Antiqua" w:cs="Book Antiqua"/>
                <w:sz w:val="18"/>
              </w:rPr>
              <w:t>ж</w:t>
            </w:r>
            <w:r w:rsidRPr="0033741E">
              <w:rPr>
                <w:rFonts w:ascii="Cambria" w:hAnsi="Cambria" w:cs="Cambria"/>
                <w:sz w:val="18"/>
              </w:rPr>
              <w:t>ә</w:t>
            </w:r>
            <w:r w:rsidRPr="0033741E">
              <w:rPr>
                <w:rFonts w:ascii="Book Antiqua" w:hAnsi="Book Antiqua" w:cs="Book Antiqua"/>
                <w:sz w:val="18"/>
              </w:rPr>
              <w:t>неіс</w:t>
            </w:r>
            <w:r w:rsidRPr="0033741E">
              <w:rPr>
                <w:rFonts w:ascii="Book Antiqua" w:hAnsi="Book Antiqua"/>
                <w:sz w:val="18"/>
              </w:rPr>
              <w:t>-</w:t>
            </w:r>
            <w:r w:rsidRPr="0033741E">
              <w:rPr>
                <w:rFonts w:ascii="Book Antiqua" w:hAnsi="Book Antiqua" w:cs="Book Antiqua"/>
                <w:sz w:val="18"/>
              </w:rPr>
              <w:t>шараларды</w:t>
            </w:r>
            <w:r w:rsidRPr="0033741E">
              <w:rPr>
                <w:rFonts w:ascii="Cambria" w:hAnsi="Cambria" w:cs="Cambria"/>
                <w:sz w:val="18"/>
              </w:rPr>
              <w:t>ң</w:t>
            </w:r>
            <w:r w:rsidRPr="0033741E">
              <w:rPr>
                <w:rFonts w:ascii="Book Antiqua" w:hAnsi="Book Antiqua" w:cs="Book Antiqua"/>
                <w:sz w:val="18"/>
              </w:rPr>
              <w:t>реттілігінк</w:t>
            </w:r>
            <w:r w:rsidRPr="0033741E">
              <w:rPr>
                <w:rFonts w:ascii="Cambria" w:hAnsi="Cambria" w:cs="Cambria"/>
                <w:sz w:val="18"/>
              </w:rPr>
              <w:t>ө</w:t>
            </w:r>
            <w:r w:rsidRPr="0033741E">
              <w:rPr>
                <w:rFonts w:ascii="Book Antiqua" w:hAnsi="Book Antiqua" w:cs="Book Antiqua"/>
                <w:sz w:val="18"/>
              </w:rPr>
              <w:t>ругеболады</w:t>
            </w:r>
            <w:r w:rsidRPr="0033741E">
              <w:rPr>
                <w:rFonts w:ascii="Book Antiqua" w:hAnsi="Book Antiqua"/>
                <w:sz w:val="18"/>
              </w:rPr>
              <w:t xml:space="preserve">. </w:t>
            </w:r>
            <w:r w:rsidRPr="0033741E">
              <w:rPr>
                <w:rFonts w:ascii="Book Antiqua" w:hAnsi="Book Antiqua" w:cs="Book Antiqua"/>
                <w:sz w:val="18"/>
              </w:rPr>
              <w:t>Ал«О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ушыны</w:t>
            </w:r>
            <w:r w:rsidRPr="0033741E">
              <w:rPr>
                <w:rFonts w:ascii="Cambria" w:hAnsi="Cambria" w:cs="Cambria"/>
                <w:sz w:val="18"/>
              </w:rPr>
              <w:t>ңқ</w:t>
            </w:r>
            <w:r w:rsidRPr="0033741E">
              <w:rPr>
                <w:rFonts w:ascii="Book Antiqua" w:hAnsi="Book Antiqua" w:cs="Book Antiqua"/>
                <w:sz w:val="18"/>
              </w:rPr>
              <w:t>оз</w:t>
            </w:r>
            <w:r w:rsidRPr="0033741E">
              <w:rPr>
                <w:rFonts w:ascii="Cambria" w:hAnsi="Cambria" w:cs="Cambria"/>
                <w:sz w:val="18"/>
              </w:rPr>
              <w:t>ғ</w:t>
            </w:r>
            <w:r w:rsidRPr="0033741E">
              <w:rPr>
                <w:rFonts w:ascii="Book Antiqua" w:hAnsi="Book Antiqua" w:cs="Book Antiqua"/>
                <w:sz w:val="18"/>
              </w:rPr>
              <w:t>алыстарихы»б</w:t>
            </w:r>
            <w:r w:rsidRPr="0033741E">
              <w:rPr>
                <w:rFonts w:ascii="Cambria" w:hAnsi="Cambria" w:cs="Cambria"/>
                <w:sz w:val="18"/>
              </w:rPr>
              <w:t>ө</w:t>
            </w:r>
            <w:r w:rsidRPr="0033741E">
              <w:rPr>
                <w:rFonts w:ascii="Book Antiqua" w:hAnsi="Book Antiqua" w:cs="Book Antiqua"/>
                <w:sz w:val="18"/>
              </w:rPr>
              <w:t>ліміндес</w:t>
            </w:r>
            <w:r w:rsidRPr="0033741E">
              <w:rPr>
                <w:rFonts w:ascii="Cambria" w:hAnsi="Cambria" w:cs="Cambria"/>
                <w:sz w:val="18"/>
              </w:rPr>
              <w:t>ү</w:t>
            </w:r>
            <w:r w:rsidRPr="0033741E">
              <w:rPr>
                <w:rFonts w:ascii="Book Antiqua" w:hAnsi="Book Antiqua" w:cs="Book Antiqua"/>
                <w:sz w:val="18"/>
              </w:rPr>
              <w:t>йемелдеубарысында</w:t>
            </w:r>
            <w:r w:rsidRPr="0033741E">
              <w:rPr>
                <w:rFonts w:ascii="Cambria" w:hAnsi="Cambria" w:cs="Cambria"/>
                <w:sz w:val="18"/>
              </w:rPr>
              <w:t>ғ</w:t>
            </w:r>
            <w:r w:rsidRPr="0033741E">
              <w:rPr>
                <w:rFonts w:ascii="Book Antiqua" w:hAnsi="Book Antiqua" w:cs="Book Antiqua"/>
                <w:sz w:val="18"/>
              </w:rPr>
              <w:t>ыжалпы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оз</w:t>
            </w:r>
            <w:r w:rsidRPr="0033741E">
              <w:rPr>
                <w:rFonts w:ascii="Cambria" w:hAnsi="Cambria" w:cs="Cambria"/>
                <w:sz w:val="18"/>
              </w:rPr>
              <w:t>ғ</w:t>
            </w:r>
            <w:r w:rsidRPr="0033741E">
              <w:rPr>
                <w:rFonts w:ascii="Book Antiqua" w:hAnsi="Book Antiqua" w:cs="Book Antiqua"/>
                <w:sz w:val="18"/>
              </w:rPr>
              <w:t>алыск</w:t>
            </w:r>
            <w:r w:rsidRPr="0033741E">
              <w:rPr>
                <w:rFonts w:ascii="Cambria" w:hAnsi="Cambria" w:cs="Cambria"/>
                <w:sz w:val="18"/>
              </w:rPr>
              <w:t>ө</w:t>
            </w:r>
            <w:r w:rsidRPr="0033741E">
              <w:rPr>
                <w:rFonts w:ascii="Book Antiqua" w:hAnsi="Book Antiqua" w:cs="Book Antiqua"/>
                <w:sz w:val="18"/>
              </w:rPr>
              <w:t>рсетіледі</w:t>
            </w:r>
            <w:r w:rsidRPr="0033741E">
              <w:rPr>
                <w:rFonts w:ascii="Book Antiqua" w:hAnsi="Book Antiqua"/>
                <w:sz w:val="18"/>
              </w:rPr>
              <w:t>.</w:t>
            </w:r>
          </w:p>
        </w:tc>
        <w:tc>
          <w:tcPr>
            <w:tcW w:w="4309" w:type="dxa"/>
            <w:shd w:val="clear" w:color="auto" w:fill="F7F9FB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163607" w:rsidRPr="0033741E" w:rsidRDefault="00A83174">
            <w:pPr>
              <w:spacing w:after="0" w:line="240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sz w:val="17"/>
              </w:rPr>
              <w:t>«</w:t>
            </w:r>
            <w:r w:rsidRPr="0033741E">
              <w:rPr>
                <w:rFonts w:ascii="Cambria" w:hAnsi="Cambria" w:cs="Cambria"/>
                <w:sz w:val="17"/>
              </w:rPr>
              <w:t>Ә</w:t>
            </w:r>
            <w:r w:rsidRPr="0033741E">
              <w:rPr>
                <w:rFonts w:ascii="Book Antiqua" w:hAnsi="Book Antiqua" w:cs="Book Antiqua"/>
                <w:sz w:val="17"/>
              </w:rPr>
              <w:t>рекеттертарихы»ж</w:t>
            </w:r>
            <w:r w:rsidRPr="0033741E">
              <w:rPr>
                <w:rFonts w:ascii="Cambria" w:hAnsi="Cambria" w:cs="Cambria"/>
                <w:sz w:val="17"/>
              </w:rPr>
              <w:t>ә</w:t>
            </w:r>
            <w:r w:rsidRPr="0033741E">
              <w:rPr>
                <w:rFonts w:ascii="Book Antiqua" w:hAnsi="Book Antiqua" w:cs="Book Antiqua"/>
                <w:sz w:val="17"/>
              </w:rPr>
              <w:t>не«О</w:t>
            </w:r>
            <w:r w:rsidRPr="0033741E">
              <w:rPr>
                <w:rFonts w:ascii="Cambria" w:hAnsi="Cambria" w:cs="Cambria"/>
                <w:sz w:val="17"/>
              </w:rPr>
              <w:t>қ</w:t>
            </w:r>
            <w:r w:rsidRPr="0033741E">
              <w:rPr>
                <w:rFonts w:ascii="Book Antiqua" w:hAnsi="Book Antiqua" w:cs="Book Antiqua"/>
                <w:sz w:val="17"/>
              </w:rPr>
              <w:t>ушыны</w:t>
            </w:r>
            <w:r w:rsidRPr="0033741E">
              <w:rPr>
                <w:rFonts w:ascii="Cambria" w:hAnsi="Cambria" w:cs="Cambria"/>
                <w:sz w:val="17"/>
              </w:rPr>
              <w:t>ңқ</w:t>
            </w:r>
            <w:r w:rsidRPr="0033741E">
              <w:rPr>
                <w:rFonts w:ascii="Book Antiqua" w:hAnsi="Book Antiqua" w:cs="Book Antiqua"/>
                <w:sz w:val="17"/>
              </w:rPr>
              <w:t>оз</w:t>
            </w:r>
            <w:r w:rsidRPr="0033741E">
              <w:rPr>
                <w:rFonts w:ascii="Cambria" w:hAnsi="Cambria" w:cs="Cambria"/>
                <w:sz w:val="17"/>
              </w:rPr>
              <w:t>ғ</w:t>
            </w:r>
            <w:r w:rsidRPr="0033741E">
              <w:rPr>
                <w:rFonts w:ascii="Book Antiqua" w:hAnsi="Book Antiqua" w:cs="Book Antiqua"/>
                <w:sz w:val="17"/>
              </w:rPr>
              <w:t>алыстарихы»б</w:t>
            </w:r>
            <w:r w:rsidRPr="0033741E">
              <w:rPr>
                <w:rFonts w:ascii="Cambria" w:hAnsi="Cambria" w:cs="Cambria"/>
                <w:sz w:val="17"/>
              </w:rPr>
              <w:t>ө</w:t>
            </w:r>
            <w:r w:rsidRPr="0033741E">
              <w:rPr>
                <w:rFonts w:ascii="Book Antiqua" w:hAnsi="Book Antiqua" w:cs="Book Antiqua"/>
                <w:sz w:val="17"/>
              </w:rPr>
              <w:t>лімдерін</w:t>
            </w:r>
            <w:r w:rsidRPr="0033741E">
              <w:rPr>
                <w:rFonts w:ascii="Book Antiqua" w:hAnsi="Book Antiqua"/>
                <w:sz w:val="17"/>
              </w:rPr>
              <w:t>ашу.</w:t>
            </w:r>
          </w:p>
        </w:tc>
        <w:tc>
          <w:tcPr>
            <w:tcW w:w="3628" w:type="dxa"/>
            <w:shd w:val="clear" w:color="auto" w:fill="F7F9FB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163607" w:rsidRPr="0033741E" w:rsidRDefault="00A83174">
            <w:pPr>
              <w:spacing w:after="0" w:line="240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color w:val="595959"/>
                <w:sz w:val="17"/>
              </w:rPr>
              <w:t>Жазбаларды бір-бірлеп о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қ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ыма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ң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ыз</w:t>
            </w:r>
            <w:r w:rsidRPr="0033741E">
              <w:rPr>
                <w:rFonts w:ascii="Book Antiqua" w:hAnsi="Book Antiqua"/>
                <w:color w:val="595959"/>
                <w:sz w:val="17"/>
              </w:rPr>
              <w:t xml:space="preserve">. 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Тарихты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ң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жина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қ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талу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қ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а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ғ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идатын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ғ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анак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ө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рсеті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ң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із</w:t>
            </w:r>
            <w:r w:rsidRPr="0033741E">
              <w:rPr>
                <w:rFonts w:ascii="Book Antiqua" w:hAnsi="Book Antiqua"/>
                <w:color w:val="595959"/>
                <w:sz w:val="17"/>
              </w:rPr>
              <w:t>.</w:t>
            </w:r>
          </w:p>
        </w:tc>
      </w:tr>
      <w:tr w:rsidR="00163607" w:rsidRPr="0033741E">
        <w:trPr>
          <w:cantSplit/>
          <w:jc w:val="center"/>
        </w:trPr>
        <w:tc>
          <w:tcPr>
            <w:tcW w:w="1134" w:type="dxa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163607" w:rsidRPr="0033741E" w:rsidRDefault="00A83174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b/>
                <w:sz w:val="17"/>
              </w:rPr>
              <w:t>23–25</w:t>
            </w:r>
          </w:p>
        </w:tc>
        <w:tc>
          <w:tcPr>
            <w:tcW w:w="6690" w:type="dxa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163607" w:rsidRPr="0033741E" w:rsidRDefault="00A83174">
            <w:pPr>
              <w:spacing w:after="0" w:line="240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sz w:val="18"/>
              </w:rPr>
              <w:t>Енді бір кейсті толы</w:t>
            </w:r>
            <w:r w:rsidRPr="0033741E">
              <w:rPr>
                <w:rFonts w:ascii="Cambria" w:hAnsi="Cambria" w:cs="Cambria"/>
                <w:sz w:val="18"/>
              </w:rPr>
              <w:t>ққ</w:t>
            </w:r>
            <w:r w:rsidRPr="0033741E">
              <w:rPr>
                <w:rFonts w:ascii="Book Antiqua" w:hAnsi="Book Antiqua" w:cs="Book Antiqua"/>
                <w:sz w:val="18"/>
              </w:rPr>
              <w:t>арастырайы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/>
                <w:sz w:val="18"/>
              </w:rPr>
              <w:t xml:space="preserve">. </w:t>
            </w:r>
            <w:r w:rsidRPr="0033741E">
              <w:rPr>
                <w:rFonts w:ascii="Book Antiqua" w:hAnsi="Book Antiqua" w:cs="Book Antiqua"/>
                <w:sz w:val="18"/>
              </w:rPr>
              <w:t>Мысалы</w:t>
            </w:r>
            <w:r w:rsidRPr="0033741E">
              <w:rPr>
                <w:rFonts w:ascii="Book Antiqua" w:hAnsi="Book Antiqua"/>
                <w:sz w:val="18"/>
              </w:rPr>
              <w:t xml:space="preserve">, </w:t>
            </w:r>
            <w:r w:rsidRPr="0033741E">
              <w:rPr>
                <w:rFonts w:ascii="Book Antiqua" w:hAnsi="Book Antiqua" w:cs="Book Antiqua"/>
                <w:sz w:val="18"/>
              </w:rPr>
              <w:t>сізсо</w:t>
            </w:r>
            <w:r w:rsidRPr="0033741E">
              <w:rPr>
                <w:rFonts w:ascii="Cambria" w:hAnsi="Cambria" w:cs="Cambria"/>
                <w:sz w:val="18"/>
              </w:rPr>
              <w:t>ңғ</w:t>
            </w:r>
            <w:r w:rsidRPr="0033741E">
              <w:rPr>
                <w:rFonts w:ascii="Book Antiqua" w:hAnsi="Book Antiqua" w:cs="Book Antiqua"/>
                <w:sz w:val="18"/>
              </w:rPr>
              <w:t>ыуа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ыттабаланы</w:t>
            </w:r>
            <w:r w:rsidRPr="0033741E">
              <w:rPr>
                <w:rFonts w:ascii="Cambria" w:hAnsi="Cambria" w:cs="Cambria"/>
                <w:sz w:val="18"/>
              </w:rPr>
              <w:t>ң</w:t>
            </w:r>
            <w:r w:rsidRPr="0033741E">
              <w:rPr>
                <w:rFonts w:ascii="Book Antiqua" w:hAnsi="Book Antiqua" w:cs="Book Antiqua"/>
                <w:sz w:val="18"/>
              </w:rPr>
              <w:t>т</w:t>
            </w:r>
            <w:r w:rsidRPr="0033741E">
              <w:rPr>
                <w:rFonts w:ascii="Cambria" w:hAnsi="Cambria" w:cs="Cambria"/>
                <w:sz w:val="18"/>
              </w:rPr>
              <w:t>ұ</w:t>
            </w:r>
            <w:r w:rsidRPr="0033741E">
              <w:rPr>
                <w:rFonts w:ascii="Book Antiqua" w:hAnsi="Book Antiqua" w:cs="Book Antiqua"/>
                <w:sz w:val="18"/>
              </w:rPr>
              <w:t>йы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талабаста</w:t>
            </w:r>
            <w:r w:rsidRPr="0033741E">
              <w:rPr>
                <w:rFonts w:ascii="Cambria" w:hAnsi="Cambria" w:cs="Cambria"/>
                <w:sz w:val="18"/>
              </w:rPr>
              <w:t>ғ</w:t>
            </w:r>
            <w:r w:rsidRPr="0033741E">
              <w:rPr>
                <w:rFonts w:ascii="Book Antiqua" w:hAnsi="Book Antiqua" w:cs="Book Antiqua"/>
                <w:sz w:val="18"/>
              </w:rPr>
              <w:t>анын</w:t>
            </w:r>
            <w:r w:rsidRPr="0033741E">
              <w:rPr>
                <w:rFonts w:ascii="Book Antiqua" w:hAnsi="Book Antiqua"/>
                <w:sz w:val="18"/>
              </w:rPr>
              <w:t xml:space="preserve">, </w:t>
            </w:r>
            <w:r w:rsidRPr="0033741E">
              <w:rPr>
                <w:rFonts w:ascii="Book Antiqua" w:hAnsi="Book Antiqua" w:cs="Book Antiqua"/>
                <w:sz w:val="18"/>
              </w:rPr>
              <w:t>сыныпж</w:t>
            </w:r>
            <w:r w:rsidRPr="0033741E">
              <w:rPr>
                <w:rFonts w:ascii="Cambria" w:hAnsi="Cambria" w:cs="Cambria"/>
                <w:sz w:val="18"/>
              </w:rPr>
              <w:t>ұ</w:t>
            </w:r>
            <w:r w:rsidRPr="0033741E">
              <w:rPr>
                <w:rFonts w:ascii="Book Antiqua" w:hAnsi="Book Antiqua" w:cs="Book Antiqua"/>
                <w:sz w:val="18"/>
              </w:rPr>
              <w:t>мысына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атысуыт</w:t>
            </w:r>
            <w:r w:rsidRPr="0033741E">
              <w:rPr>
                <w:rFonts w:ascii="Cambria" w:hAnsi="Cambria" w:cs="Cambria"/>
                <w:sz w:val="18"/>
              </w:rPr>
              <w:t>ө</w:t>
            </w:r>
            <w:r w:rsidRPr="0033741E">
              <w:rPr>
                <w:rFonts w:ascii="Book Antiqua" w:hAnsi="Book Antiqua" w:cs="Book Antiqua"/>
                <w:sz w:val="18"/>
              </w:rPr>
              <w:t>мендегенінж</w:t>
            </w:r>
            <w:r w:rsidRPr="0033741E">
              <w:rPr>
                <w:rFonts w:ascii="Cambria" w:hAnsi="Cambria" w:cs="Cambria"/>
                <w:sz w:val="18"/>
              </w:rPr>
              <w:t>ә</w:t>
            </w:r>
            <w:r w:rsidRPr="0033741E">
              <w:rPr>
                <w:rFonts w:ascii="Book Antiqua" w:hAnsi="Book Antiqua" w:cs="Book Antiqua"/>
                <w:sz w:val="18"/>
              </w:rPr>
              <w:t>не</w:t>
            </w:r>
            <w:r w:rsidRPr="0033741E">
              <w:rPr>
                <w:rFonts w:ascii="Cambria" w:hAnsi="Cambria" w:cs="Cambria"/>
                <w:sz w:val="18"/>
              </w:rPr>
              <w:t>құ</w:t>
            </w:r>
            <w:r w:rsidRPr="0033741E">
              <w:rPr>
                <w:rFonts w:ascii="Book Antiqua" w:hAnsi="Book Antiqua" w:cs="Book Antiqua"/>
                <w:sz w:val="18"/>
              </w:rPr>
              <w:t>рдастарыменауызша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а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ты</w:t>
            </w:r>
            <w:r w:rsidRPr="0033741E">
              <w:rPr>
                <w:rFonts w:ascii="Cambria" w:hAnsi="Cambria" w:cs="Cambria"/>
                <w:sz w:val="18"/>
              </w:rPr>
              <w:t>ғ</w:t>
            </w:r>
            <w:r w:rsidRPr="0033741E">
              <w:rPr>
                <w:rFonts w:ascii="Book Antiqua" w:hAnsi="Book Antiqua" w:cs="Book Antiqua"/>
                <w:sz w:val="18"/>
              </w:rPr>
              <w:t>ыстар</w:t>
            </w:r>
            <w:r w:rsidRPr="0033741E">
              <w:rPr>
                <w:rFonts w:ascii="Book Antiqua" w:hAnsi="Book Antiqua"/>
                <w:sz w:val="18"/>
              </w:rPr>
              <w:t>бол</w:t>
            </w:r>
            <w:r w:rsidRPr="0033741E">
              <w:rPr>
                <w:rFonts w:ascii="Cambria" w:hAnsi="Cambria" w:cs="Cambria"/>
                <w:sz w:val="18"/>
              </w:rPr>
              <w:t>ғ</w:t>
            </w:r>
            <w:r w:rsidRPr="0033741E">
              <w:rPr>
                <w:rFonts w:ascii="Book Antiqua" w:hAnsi="Book Antiqua" w:cs="Book Antiqua"/>
                <w:sz w:val="18"/>
              </w:rPr>
              <w:t>анынбай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ады</w:t>
            </w:r>
            <w:r w:rsidRPr="0033741E">
              <w:rPr>
                <w:rFonts w:ascii="Cambria" w:hAnsi="Cambria" w:cs="Cambria"/>
                <w:sz w:val="18"/>
              </w:rPr>
              <w:t>ң</w:t>
            </w:r>
            <w:r w:rsidRPr="0033741E">
              <w:rPr>
                <w:rFonts w:ascii="Book Antiqua" w:hAnsi="Book Antiqua" w:cs="Book Antiqua"/>
                <w:sz w:val="18"/>
              </w:rPr>
              <w:t>ыз</w:t>
            </w:r>
            <w:r w:rsidRPr="0033741E">
              <w:rPr>
                <w:rFonts w:ascii="Book Antiqua" w:hAnsi="Book Antiqua"/>
                <w:sz w:val="18"/>
              </w:rPr>
              <w:t xml:space="preserve">. </w:t>
            </w:r>
            <w:r w:rsidRPr="0033741E">
              <w:rPr>
                <w:rFonts w:ascii="Book Antiqua" w:hAnsi="Book Antiqua" w:cs="Book Antiqua"/>
                <w:sz w:val="18"/>
              </w:rPr>
              <w:t>Бізді</w:t>
            </w:r>
            <w:r w:rsidRPr="0033741E">
              <w:rPr>
                <w:rFonts w:ascii="Cambria" w:hAnsi="Cambria" w:cs="Cambria"/>
                <w:sz w:val="18"/>
              </w:rPr>
              <w:t>ң</w:t>
            </w:r>
            <w:r w:rsidRPr="0033741E">
              <w:rPr>
                <w:rFonts w:ascii="Book Antiqua" w:hAnsi="Book Antiqua" w:cs="Book Antiqua"/>
                <w:sz w:val="18"/>
              </w:rPr>
              <w:t>міндетіміз</w:t>
            </w:r>
            <w:r w:rsidR="0033741E" w:rsidRPr="0033741E">
              <w:rPr>
                <w:rFonts w:ascii="Book Antiqua" w:hAnsi="Book Antiqua"/>
                <w:sz w:val="18"/>
              </w:rPr>
              <w:t>–</w:t>
            </w:r>
            <w:r w:rsidRPr="0033741E">
              <w:rPr>
                <w:rFonts w:ascii="Book Antiqua" w:hAnsi="Book Antiqua"/>
                <w:sz w:val="18"/>
              </w:rPr>
              <w:t>диагноз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оюнемесемаманны</w:t>
            </w:r>
            <w:r w:rsidRPr="0033741E">
              <w:rPr>
                <w:rFonts w:ascii="Cambria" w:hAnsi="Cambria" w:cs="Cambria"/>
                <w:sz w:val="18"/>
              </w:rPr>
              <w:t>ң</w:t>
            </w:r>
            <w:r w:rsidRPr="0033741E">
              <w:rPr>
                <w:rFonts w:ascii="Book Antiqua" w:hAnsi="Book Antiqua" w:cs="Book Antiqua"/>
                <w:sz w:val="18"/>
              </w:rPr>
              <w:t>орнына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орытындыжасауемес</w:t>
            </w:r>
            <w:r w:rsidRPr="0033741E">
              <w:rPr>
                <w:rFonts w:ascii="Book Antiqua" w:hAnsi="Book Antiqua"/>
                <w:sz w:val="18"/>
              </w:rPr>
              <w:t xml:space="preserve">, </w:t>
            </w:r>
            <w:r w:rsidRPr="0033741E">
              <w:rPr>
                <w:rFonts w:ascii="Cambria" w:hAnsi="Cambria" w:cs="Cambria"/>
                <w:sz w:val="18"/>
              </w:rPr>
              <w:t>ө</w:t>
            </w:r>
            <w:r w:rsidRPr="0033741E">
              <w:rPr>
                <w:rFonts w:ascii="Book Antiqua" w:hAnsi="Book Antiqua" w:cs="Book Antiqua"/>
                <w:sz w:val="18"/>
              </w:rPr>
              <w:t>зба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ылауымыздыд</w:t>
            </w:r>
            <w:r w:rsidRPr="0033741E">
              <w:rPr>
                <w:rFonts w:ascii="Cambria" w:hAnsi="Cambria" w:cs="Cambria"/>
                <w:sz w:val="18"/>
              </w:rPr>
              <w:t>ұ</w:t>
            </w:r>
            <w:r w:rsidRPr="0033741E">
              <w:rPr>
                <w:rFonts w:ascii="Book Antiqua" w:hAnsi="Book Antiqua" w:cs="Book Antiqua"/>
                <w:sz w:val="18"/>
              </w:rPr>
              <w:t>рыстіркеп</w:t>
            </w:r>
            <w:r w:rsidRPr="0033741E">
              <w:rPr>
                <w:rFonts w:ascii="Book Antiqua" w:hAnsi="Book Antiqua"/>
                <w:sz w:val="18"/>
              </w:rPr>
              <w:t xml:space="preserve">, 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ажета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параттымаман</w:t>
            </w:r>
            <w:r w:rsidRPr="0033741E">
              <w:rPr>
                <w:rFonts w:ascii="Cambria" w:hAnsi="Cambria" w:cs="Cambria"/>
                <w:sz w:val="18"/>
              </w:rPr>
              <w:t>ғ</w:t>
            </w:r>
            <w:r w:rsidRPr="0033741E">
              <w:rPr>
                <w:rFonts w:ascii="Book Antiqua" w:hAnsi="Book Antiqua" w:cs="Book Antiqua"/>
                <w:sz w:val="18"/>
              </w:rPr>
              <w:t>ажеткізу</w:t>
            </w:r>
            <w:r w:rsidRPr="0033741E">
              <w:rPr>
                <w:rFonts w:ascii="Book Antiqua" w:hAnsi="Book Antiqua"/>
                <w:sz w:val="18"/>
              </w:rPr>
              <w:t>.</w:t>
            </w:r>
          </w:p>
        </w:tc>
        <w:tc>
          <w:tcPr>
            <w:tcW w:w="4309" w:type="dxa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163607" w:rsidRPr="0033741E" w:rsidRDefault="00A83174">
            <w:pPr>
              <w:spacing w:after="0" w:line="240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sz w:val="17"/>
              </w:rPr>
              <w:t>Тестілік о</w:t>
            </w:r>
            <w:r w:rsidRPr="0033741E">
              <w:rPr>
                <w:rFonts w:ascii="Cambria" w:hAnsi="Cambria" w:cs="Cambria"/>
                <w:sz w:val="17"/>
              </w:rPr>
              <w:t>қ</w:t>
            </w:r>
            <w:r w:rsidRPr="0033741E">
              <w:rPr>
                <w:rFonts w:ascii="Book Antiqua" w:hAnsi="Book Antiqua" w:cs="Book Antiqua"/>
                <w:sz w:val="17"/>
              </w:rPr>
              <w:t>ушыны</w:t>
            </w:r>
            <w:r w:rsidRPr="0033741E">
              <w:rPr>
                <w:rFonts w:ascii="Cambria" w:hAnsi="Cambria" w:cs="Cambria"/>
                <w:sz w:val="17"/>
              </w:rPr>
              <w:t>ң</w:t>
            </w:r>
            <w:r w:rsidRPr="0033741E">
              <w:rPr>
                <w:rFonts w:ascii="Book Antiqua" w:hAnsi="Book Antiqua" w:cs="Book Antiqua"/>
                <w:sz w:val="17"/>
              </w:rPr>
              <w:t>картасынашы</w:t>
            </w:r>
            <w:r w:rsidRPr="0033741E">
              <w:rPr>
                <w:rFonts w:ascii="Cambria" w:hAnsi="Cambria" w:cs="Cambria"/>
                <w:sz w:val="17"/>
              </w:rPr>
              <w:t>ққ</w:t>
            </w:r>
            <w:r w:rsidRPr="0033741E">
              <w:rPr>
                <w:rFonts w:ascii="Book Antiqua" w:hAnsi="Book Antiqua" w:cs="Book Antiqua"/>
                <w:sz w:val="17"/>
              </w:rPr>
              <w:t>алдыру</w:t>
            </w:r>
            <w:r w:rsidRPr="0033741E">
              <w:rPr>
                <w:rFonts w:ascii="Book Antiqua" w:hAnsi="Book Antiqua"/>
                <w:sz w:val="17"/>
              </w:rPr>
              <w:t xml:space="preserve">. </w:t>
            </w:r>
            <w:r w:rsidRPr="0033741E">
              <w:rPr>
                <w:rFonts w:ascii="Book Antiqua" w:hAnsi="Book Antiqua" w:cs="Book Antiqua"/>
                <w:sz w:val="17"/>
              </w:rPr>
              <w:t>«Сыныпжетекшісіні</w:t>
            </w:r>
            <w:r w:rsidRPr="0033741E">
              <w:rPr>
                <w:rFonts w:ascii="Cambria" w:hAnsi="Cambria" w:cs="Cambria"/>
                <w:sz w:val="17"/>
              </w:rPr>
              <w:t>ң</w:t>
            </w:r>
            <w:r w:rsidRPr="0033741E">
              <w:rPr>
                <w:rFonts w:ascii="Book Antiqua" w:hAnsi="Book Antiqua" w:cs="Book Antiqua"/>
                <w:sz w:val="17"/>
              </w:rPr>
              <w:t>ба</w:t>
            </w:r>
            <w:r w:rsidRPr="0033741E">
              <w:rPr>
                <w:rFonts w:ascii="Cambria" w:hAnsi="Cambria" w:cs="Cambria"/>
                <w:sz w:val="17"/>
              </w:rPr>
              <w:t>қ</w:t>
            </w:r>
            <w:r w:rsidRPr="0033741E">
              <w:rPr>
                <w:rFonts w:ascii="Book Antiqua" w:hAnsi="Book Antiqua" w:cs="Book Antiqua"/>
                <w:sz w:val="17"/>
              </w:rPr>
              <w:t>ылаулары»б</w:t>
            </w:r>
            <w:r w:rsidRPr="0033741E">
              <w:rPr>
                <w:rFonts w:ascii="Cambria" w:hAnsi="Cambria" w:cs="Cambria"/>
                <w:sz w:val="17"/>
              </w:rPr>
              <w:t>ө</w:t>
            </w:r>
            <w:r w:rsidRPr="0033741E">
              <w:rPr>
                <w:rFonts w:ascii="Book Antiqua" w:hAnsi="Book Antiqua" w:cs="Book Antiqua"/>
                <w:sz w:val="17"/>
              </w:rPr>
              <w:t>ліміне</w:t>
            </w:r>
            <w:r w:rsidRPr="0033741E">
              <w:rPr>
                <w:rFonts w:ascii="Cambria" w:hAnsi="Cambria" w:cs="Cambria"/>
                <w:sz w:val="17"/>
              </w:rPr>
              <w:t>ө</w:t>
            </w:r>
            <w:r w:rsidRPr="0033741E">
              <w:rPr>
                <w:rFonts w:ascii="Book Antiqua" w:hAnsi="Book Antiqua" w:cs="Book Antiqua"/>
                <w:sz w:val="17"/>
              </w:rPr>
              <w:t>ту</w:t>
            </w:r>
            <w:r w:rsidRPr="0033741E">
              <w:rPr>
                <w:rFonts w:ascii="Book Antiqua" w:hAnsi="Book Antiqua"/>
                <w:sz w:val="17"/>
              </w:rPr>
              <w:t>.</w:t>
            </w:r>
          </w:p>
        </w:tc>
        <w:tc>
          <w:tcPr>
            <w:tcW w:w="3628" w:type="dxa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163607" w:rsidRPr="0033741E" w:rsidRDefault="00A83174">
            <w:pPr>
              <w:spacing w:after="0" w:line="240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color w:val="595959"/>
                <w:sz w:val="17"/>
              </w:rPr>
              <w:t xml:space="preserve">Кейс бейтарап 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ә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ріо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қ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ума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қ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сатында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ғ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ыболуытиіс</w:t>
            </w:r>
            <w:r w:rsidRPr="0033741E">
              <w:rPr>
                <w:rFonts w:ascii="Book Antiqua" w:hAnsi="Book Antiqua"/>
                <w:color w:val="595959"/>
                <w:sz w:val="17"/>
              </w:rPr>
              <w:t xml:space="preserve">. 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На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қ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тыбаланы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ңө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мірлікжа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ғ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дайынпайдаланба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ң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ыз</w:t>
            </w:r>
            <w:r w:rsidRPr="0033741E">
              <w:rPr>
                <w:rFonts w:ascii="Book Antiqua" w:hAnsi="Book Antiqua"/>
                <w:color w:val="595959"/>
                <w:sz w:val="17"/>
              </w:rPr>
              <w:t>.</w:t>
            </w:r>
          </w:p>
        </w:tc>
      </w:tr>
      <w:tr w:rsidR="00163607" w:rsidRPr="0033741E">
        <w:trPr>
          <w:cantSplit/>
          <w:jc w:val="center"/>
        </w:trPr>
        <w:tc>
          <w:tcPr>
            <w:tcW w:w="1134" w:type="dxa"/>
            <w:shd w:val="clear" w:color="auto" w:fill="F7F9FB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163607" w:rsidRPr="0033741E" w:rsidRDefault="00A83174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b/>
                <w:sz w:val="17"/>
              </w:rPr>
              <w:t>25–29</w:t>
            </w:r>
          </w:p>
        </w:tc>
        <w:tc>
          <w:tcPr>
            <w:tcW w:w="6690" w:type="dxa"/>
            <w:shd w:val="clear" w:color="auto" w:fill="F7F9FB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163607" w:rsidRPr="0033741E" w:rsidRDefault="00A83174">
            <w:pPr>
              <w:spacing w:after="0" w:line="240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sz w:val="18"/>
              </w:rPr>
              <w:t>Ба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ылаукарточкасындатек</w:t>
            </w:r>
            <w:r w:rsidRPr="0033741E">
              <w:rPr>
                <w:rFonts w:ascii="Cambria" w:hAnsi="Cambria" w:cs="Cambria"/>
                <w:sz w:val="18"/>
              </w:rPr>
              <w:t>ө</w:t>
            </w:r>
            <w:r w:rsidRPr="0033741E">
              <w:rPr>
                <w:rFonts w:ascii="Book Antiqua" w:hAnsi="Book Antiqua" w:cs="Book Antiqua"/>
                <w:sz w:val="18"/>
              </w:rPr>
              <w:t>зімізбай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а</w:t>
            </w:r>
            <w:r w:rsidRPr="0033741E">
              <w:rPr>
                <w:rFonts w:ascii="Cambria" w:hAnsi="Cambria" w:cs="Cambria"/>
                <w:sz w:val="18"/>
              </w:rPr>
              <w:t>ғ</w:t>
            </w:r>
            <w:r w:rsidRPr="0033741E">
              <w:rPr>
                <w:rFonts w:ascii="Book Antiqua" w:hAnsi="Book Antiqua" w:cs="Book Antiqua"/>
                <w:sz w:val="18"/>
              </w:rPr>
              <w:t>анфактілердітіркейміз</w:t>
            </w:r>
            <w:r w:rsidRPr="0033741E">
              <w:rPr>
                <w:rFonts w:ascii="Book Antiqua" w:hAnsi="Book Antiqua"/>
                <w:sz w:val="18"/>
              </w:rPr>
              <w:t xml:space="preserve">. </w:t>
            </w:r>
            <w:r w:rsidRPr="0033741E">
              <w:rPr>
                <w:rFonts w:ascii="Book Antiqua" w:hAnsi="Book Antiqua" w:cs="Book Antiqua"/>
                <w:sz w:val="18"/>
              </w:rPr>
              <w:t>Мысалы</w:t>
            </w:r>
            <w:r w:rsidRPr="0033741E">
              <w:rPr>
                <w:rFonts w:ascii="Book Antiqua" w:hAnsi="Book Antiqua"/>
                <w:sz w:val="18"/>
              </w:rPr>
              <w:t xml:space="preserve">: </w:t>
            </w:r>
            <w:r w:rsidRPr="0033741E">
              <w:rPr>
                <w:rFonts w:ascii="Book Antiqua" w:hAnsi="Book Antiqua" w:cs="Book Antiqua"/>
                <w:sz w:val="18"/>
              </w:rPr>
              <w:t>«Со</w:t>
            </w:r>
            <w:r w:rsidRPr="0033741E">
              <w:rPr>
                <w:rFonts w:ascii="Cambria" w:hAnsi="Cambria" w:cs="Cambria"/>
                <w:sz w:val="18"/>
              </w:rPr>
              <w:t>ңғ</w:t>
            </w:r>
            <w:r w:rsidRPr="0033741E">
              <w:rPr>
                <w:rFonts w:ascii="Book Antiqua" w:hAnsi="Book Antiqua" w:cs="Book Antiqua"/>
                <w:sz w:val="18"/>
              </w:rPr>
              <w:t>ыаптадао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ушыбірнешереттопты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ж</w:t>
            </w:r>
            <w:r w:rsidRPr="0033741E">
              <w:rPr>
                <w:rFonts w:ascii="Cambria" w:hAnsi="Cambria" w:cs="Cambria"/>
                <w:sz w:val="18"/>
              </w:rPr>
              <w:t>ұ</w:t>
            </w:r>
            <w:r w:rsidRPr="0033741E">
              <w:rPr>
                <w:rFonts w:ascii="Book Antiqua" w:hAnsi="Book Antiqua" w:cs="Book Antiqua"/>
                <w:sz w:val="18"/>
              </w:rPr>
              <w:t>мыс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а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атысудан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аш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а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тады</w:t>
            </w:r>
            <w:r w:rsidRPr="0033741E">
              <w:rPr>
                <w:rFonts w:ascii="Book Antiqua" w:hAnsi="Book Antiqua"/>
                <w:sz w:val="18"/>
              </w:rPr>
              <w:t xml:space="preserve">, </w:t>
            </w:r>
            <w:r w:rsidRPr="0033741E">
              <w:rPr>
                <w:rFonts w:ascii="Cambria" w:hAnsi="Cambria" w:cs="Cambria"/>
                <w:sz w:val="18"/>
              </w:rPr>
              <w:t>ү</w:t>
            </w:r>
            <w:r w:rsidRPr="0033741E">
              <w:rPr>
                <w:rFonts w:ascii="Book Antiqua" w:hAnsi="Book Antiqua" w:cs="Book Antiqua"/>
                <w:sz w:val="18"/>
              </w:rPr>
              <w:t>зілістек</w:t>
            </w:r>
            <w:r w:rsidRPr="0033741E">
              <w:rPr>
                <w:rFonts w:ascii="Cambria" w:hAnsi="Cambria" w:cs="Cambria"/>
                <w:sz w:val="18"/>
              </w:rPr>
              <w:t>ө</w:t>
            </w:r>
            <w:r w:rsidRPr="0033741E">
              <w:rPr>
                <w:rFonts w:ascii="Book Antiqua" w:hAnsi="Book Antiqua" w:cs="Book Antiqua"/>
                <w:sz w:val="18"/>
              </w:rPr>
              <w:t>бінеб</w:t>
            </w:r>
            <w:r w:rsidRPr="0033741E">
              <w:rPr>
                <w:rFonts w:ascii="Cambria" w:hAnsi="Cambria" w:cs="Cambria"/>
                <w:sz w:val="18"/>
              </w:rPr>
              <w:t>ө</w:t>
            </w:r>
            <w:r w:rsidRPr="0033741E">
              <w:rPr>
                <w:rFonts w:ascii="Book Antiqua" w:hAnsi="Book Antiqua" w:cs="Book Antiqua"/>
                <w:sz w:val="18"/>
              </w:rPr>
              <w:t>ле</w:t>
            </w:r>
            <w:r w:rsidRPr="0033741E">
              <w:rPr>
                <w:rFonts w:ascii="Book Antiqua" w:hAnsi="Book Antiqua"/>
                <w:sz w:val="18"/>
              </w:rPr>
              <w:t>к ж</w:t>
            </w:r>
            <w:r w:rsidRPr="0033741E">
              <w:rPr>
                <w:rFonts w:ascii="Cambria" w:hAnsi="Cambria" w:cs="Cambria"/>
                <w:sz w:val="18"/>
              </w:rPr>
              <w:t>ү</w:t>
            </w:r>
            <w:r w:rsidRPr="0033741E">
              <w:rPr>
                <w:rFonts w:ascii="Book Antiqua" w:hAnsi="Book Antiqua" w:cs="Book Antiqua"/>
                <w:sz w:val="18"/>
              </w:rPr>
              <w:t>рді</w:t>
            </w:r>
            <w:r w:rsidRPr="0033741E">
              <w:rPr>
                <w:rFonts w:ascii="Book Antiqua" w:hAnsi="Book Antiqua"/>
                <w:sz w:val="18"/>
              </w:rPr>
              <w:t xml:space="preserve">; </w:t>
            </w:r>
            <w:r w:rsidRPr="0033741E">
              <w:rPr>
                <w:rFonts w:ascii="Cambria" w:hAnsi="Cambria" w:cs="Cambria"/>
                <w:sz w:val="18"/>
              </w:rPr>
              <w:t>құ</w:t>
            </w:r>
            <w:r w:rsidRPr="0033741E">
              <w:rPr>
                <w:rFonts w:ascii="Book Antiqua" w:hAnsi="Book Antiqua" w:cs="Book Antiqua"/>
                <w:sz w:val="18"/>
              </w:rPr>
              <w:t>рдастарыменекіретауызша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а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ты</w:t>
            </w:r>
            <w:r w:rsidRPr="0033741E">
              <w:rPr>
                <w:rFonts w:ascii="Cambria" w:hAnsi="Cambria" w:cs="Cambria"/>
                <w:sz w:val="18"/>
              </w:rPr>
              <w:t>ғ</w:t>
            </w:r>
            <w:r w:rsidRPr="0033741E">
              <w:rPr>
                <w:rFonts w:ascii="Book Antiqua" w:hAnsi="Book Antiqua" w:cs="Book Antiqua"/>
                <w:sz w:val="18"/>
              </w:rPr>
              <w:t>ысболды»</w:t>
            </w:r>
            <w:r w:rsidRPr="0033741E">
              <w:rPr>
                <w:rFonts w:ascii="Book Antiqua" w:hAnsi="Book Antiqua"/>
                <w:sz w:val="18"/>
              </w:rPr>
              <w:t xml:space="preserve">. </w:t>
            </w:r>
            <w:r w:rsidRPr="0033741E">
              <w:rPr>
                <w:rFonts w:ascii="Book Antiqua" w:hAnsi="Book Antiqua" w:cs="Book Antiqua"/>
                <w:sz w:val="18"/>
              </w:rPr>
              <w:t>М</w:t>
            </w:r>
            <w:r w:rsidRPr="0033741E">
              <w:rPr>
                <w:rFonts w:ascii="Cambria" w:hAnsi="Cambria" w:cs="Cambria"/>
                <w:sz w:val="18"/>
              </w:rPr>
              <w:t>ұ</w:t>
            </w:r>
            <w:r w:rsidRPr="0033741E">
              <w:rPr>
                <w:rFonts w:ascii="Book Antiqua" w:hAnsi="Book Antiqua" w:cs="Book Antiqua"/>
                <w:sz w:val="18"/>
              </w:rPr>
              <w:t>ндайжазба«балапроблемалы»немесе«т</w:t>
            </w:r>
            <w:r w:rsidRPr="0033741E">
              <w:rPr>
                <w:rFonts w:ascii="Cambria" w:hAnsi="Cambria" w:cs="Cambria"/>
                <w:sz w:val="18"/>
              </w:rPr>
              <w:t>ә</w:t>
            </w:r>
            <w:r w:rsidRPr="0033741E">
              <w:rPr>
                <w:rFonts w:ascii="Book Antiqua" w:hAnsi="Book Antiqua" w:cs="Book Antiqua"/>
                <w:sz w:val="18"/>
              </w:rPr>
              <w:t>ртібінашар»дегенжалпыба</w:t>
            </w:r>
            <w:r w:rsidRPr="0033741E">
              <w:rPr>
                <w:rFonts w:ascii="Cambria" w:hAnsi="Cambria" w:cs="Cambria"/>
                <w:sz w:val="18"/>
              </w:rPr>
              <w:t>ғ</w:t>
            </w:r>
            <w:r w:rsidRPr="0033741E">
              <w:rPr>
                <w:rFonts w:ascii="Book Antiqua" w:hAnsi="Book Antiqua" w:cs="Book Antiqua"/>
                <w:sz w:val="18"/>
              </w:rPr>
              <w:t>алаудан</w:t>
            </w:r>
            <w:r w:rsidRPr="0033741E">
              <w:rPr>
                <w:rFonts w:ascii="Cambria" w:hAnsi="Cambria" w:cs="Cambria"/>
                <w:sz w:val="18"/>
              </w:rPr>
              <w:t>ә</w:t>
            </w:r>
            <w:r w:rsidRPr="0033741E">
              <w:rPr>
                <w:rFonts w:ascii="Book Antiqua" w:hAnsi="Book Antiqua" w:cs="Book Antiqua"/>
                <w:sz w:val="18"/>
              </w:rPr>
              <w:t>лде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айдаа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паратты</w:t>
            </w:r>
            <w:r w:rsidRPr="0033741E">
              <w:rPr>
                <w:rFonts w:ascii="Book Antiqua" w:hAnsi="Book Antiqua"/>
                <w:sz w:val="18"/>
              </w:rPr>
              <w:t>.</w:t>
            </w:r>
          </w:p>
        </w:tc>
        <w:tc>
          <w:tcPr>
            <w:tcW w:w="4309" w:type="dxa"/>
            <w:shd w:val="clear" w:color="auto" w:fill="FFF2CC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163607" w:rsidRPr="0033741E" w:rsidRDefault="00A83174">
            <w:pPr>
              <w:spacing w:after="0" w:line="240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sz w:val="17"/>
              </w:rPr>
              <w:t>Демонстрациялы</w:t>
            </w:r>
            <w:r w:rsidRPr="0033741E">
              <w:rPr>
                <w:rFonts w:ascii="Cambria" w:hAnsi="Cambria" w:cs="Cambria"/>
                <w:sz w:val="17"/>
              </w:rPr>
              <w:t>қ</w:t>
            </w:r>
            <w:r w:rsidRPr="0033741E">
              <w:rPr>
                <w:rFonts w:ascii="Book Antiqua" w:hAnsi="Book Antiqua" w:cs="Book Antiqua"/>
                <w:sz w:val="17"/>
              </w:rPr>
              <w:t>нысанда</w:t>
            </w:r>
            <w:r w:rsidRPr="0033741E">
              <w:rPr>
                <w:rFonts w:ascii="Book Antiqua" w:hAnsi="Book Antiqua"/>
                <w:sz w:val="17"/>
              </w:rPr>
              <w:t xml:space="preserve"> 1</w:t>
            </w:r>
            <w:r w:rsidRPr="0033741E">
              <w:rPr>
                <w:rFonts w:ascii="Book Antiqua" w:hAnsi="Book Antiqua" w:cs="Book Antiqua"/>
                <w:sz w:val="17"/>
              </w:rPr>
              <w:t>–</w:t>
            </w:r>
            <w:r w:rsidRPr="0033741E">
              <w:rPr>
                <w:rFonts w:ascii="Book Antiqua" w:hAnsi="Book Antiqua"/>
                <w:sz w:val="17"/>
              </w:rPr>
              <w:t xml:space="preserve">2 </w:t>
            </w:r>
            <w:r w:rsidRPr="0033741E">
              <w:rPr>
                <w:rFonts w:ascii="Book Antiqua" w:hAnsi="Book Antiqua" w:cs="Book Antiqua"/>
                <w:sz w:val="17"/>
              </w:rPr>
              <w:t>с</w:t>
            </w:r>
            <w:r w:rsidRPr="0033741E">
              <w:rPr>
                <w:rFonts w:ascii="Cambria" w:hAnsi="Cambria" w:cs="Cambria"/>
                <w:sz w:val="17"/>
              </w:rPr>
              <w:t>ә</w:t>
            </w:r>
            <w:r w:rsidRPr="0033741E">
              <w:rPr>
                <w:rFonts w:ascii="Book Antiqua" w:hAnsi="Book Antiqua" w:cs="Book Antiqua"/>
                <w:sz w:val="17"/>
              </w:rPr>
              <w:t>йкес</w:t>
            </w:r>
            <w:r w:rsidRPr="0033741E">
              <w:rPr>
                <w:rFonts w:ascii="Cambria" w:hAnsi="Cambria" w:cs="Cambria"/>
                <w:sz w:val="17"/>
              </w:rPr>
              <w:t>ө</w:t>
            </w:r>
            <w:r w:rsidRPr="0033741E">
              <w:rPr>
                <w:rFonts w:ascii="Book Antiqua" w:hAnsi="Book Antiqua" w:cs="Book Antiqua"/>
                <w:sz w:val="17"/>
              </w:rPr>
              <w:t>рісті</w:t>
            </w:r>
            <w:r w:rsidRPr="0033741E">
              <w:rPr>
                <w:rFonts w:ascii="Book Antiqua" w:hAnsi="Book Antiqua"/>
                <w:sz w:val="17"/>
              </w:rPr>
              <w:t>/</w:t>
            </w:r>
            <w:r w:rsidRPr="0033741E">
              <w:rPr>
                <w:rFonts w:ascii="Book Antiqua" w:hAnsi="Book Antiqua" w:cs="Book Antiqua"/>
                <w:sz w:val="17"/>
              </w:rPr>
              <w:t>с</w:t>
            </w:r>
            <w:r w:rsidRPr="0033741E">
              <w:rPr>
                <w:rFonts w:ascii="Cambria" w:hAnsi="Cambria" w:cs="Cambria"/>
                <w:sz w:val="17"/>
              </w:rPr>
              <w:t>ұ</w:t>
            </w:r>
            <w:r w:rsidRPr="0033741E">
              <w:rPr>
                <w:rFonts w:ascii="Book Antiqua" w:hAnsi="Book Antiqua" w:cs="Book Antiqua"/>
                <w:sz w:val="17"/>
              </w:rPr>
              <w:t>ра</w:t>
            </w:r>
            <w:r w:rsidRPr="0033741E">
              <w:rPr>
                <w:rFonts w:ascii="Cambria" w:hAnsi="Cambria" w:cs="Cambria"/>
                <w:sz w:val="17"/>
              </w:rPr>
              <w:t>қ</w:t>
            </w:r>
            <w:r w:rsidRPr="0033741E">
              <w:rPr>
                <w:rFonts w:ascii="Book Antiqua" w:hAnsi="Book Antiqua" w:cs="Book Antiqua"/>
                <w:sz w:val="17"/>
              </w:rPr>
              <w:t>тытолтырудык</w:t>
            </w:r>
            <w:r w:rsidRPr="0033741E">
              <w:rPr>
                <w:rFonts w:ascii="Cambria" w:hAnsi="Cambria" w:cs="Cambria"/>
                <w:sz w:val="17"/>
              </w:rPr>
              <w:t>ө</w:t>
            </w:r>
            <w:r w:rsidRPr="0033741E">
              <w:rPr>
                <w:rFonts w:ascii="Book Antiqua" w:hAnsi="Book Antiqua" w:cs="Book Antiqua"/>
                <w:sz w:val="17"/>
              </w:rPr>
              <w:t>рсету</w:t>
            </w:r>
            <w:r w:rsidRPr="0033741E">
              <w:rPr>
                <w:rFonts w:ascii="Book Antiqua" w:hAnsi="Book Antiqua"/>
                <w:sz w:val="17"/>
              </w:rPr>
              <w:t xml:space="preserve">. </w:t>
            </w:r>
            <w:r w:rsidRPr="0033741E">
              <w:rPr>
                <w:rFonts w:ascii="Book Antiqua" w:hAnsi="Book Antiqua" w:cs="Book Antiqua"/>
                <w:sz w:val="17"/>
              </w:rPr>
              <w:t>Тектестілікортаболса</w:t>
            </w:r>
            <w:r w:rsidRPr="0033741E">
              <w:rPr>
                <w:rFonts w:ascii="Cambria" w:hAnsi="Cambria" w:cs="Cambria"/>
                <w:sz w:val="17"/>
              </w:rPr>
              <w:t>ғ</w:t>
            </w:r>
            <w:r w:rsidRPr="0033741E">
              <w:rPr>
                <w:rFonts w:ascii="Book Antiqua" w:hAnsi="Book Antiqua" w:cs="Book Antiqua"/>
                <w:sz w:val="17"/>
              </w:rPr>
              <w:t>анаса</w:t>
            </w:r>
            <w:r w:rsidRPr="0033741E">
              <w:rPr>
                <w:rFonts w:ascii="Cambria" w:hAnsi="Cambria" w:cs="Cambria"/>
                <w:sz w:val="17"/>
              </w:rPr>
              <w:t>қ</w:t>
            </w:r>
            <w:r w:rsidRPr="0033741E">
              <w:rPr>
                <w:rFonts w:ascii="Book Antiqua" w:hAnsi="Book Antiqua" w:cs="Book Antiqua"/>
                <w:sz w:val="17"/>
              </w:rPr>
              <w:t>та</w:t>
            </w:r>
            <w:r w:rsidRPr="0033741E">
              <w:rPr>
                <w:rFonts w:ascii="Book Antiqua" w:hAnsi="Book Antiqua"/>
                <w:sz w:val="17"/>
              </w:rPr>
              <w:t>у.</w:t>
            </w:r>
          </w:p>
        </w:tc>
        <w:tc>
          <w:tcPr>
            <w:tcW w:w="3628" w:type="dxa"/>
            <w:shd w:val="clear" w:color="auto" w:fill="F7F9FB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163607" w:rsidRPr="0033741E" w:rsidRDefault="00A83174">
            <w:pPr>
              <w:spacing w:after="0" w:line="240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color w:val="595959"/>
                <w:sz w:val="17"/>
              </w:rPr>
              <w:t>Фактіге, уа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қ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ыт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қ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аж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ә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нена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қ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тыбай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қ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ал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ғ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анмінез</w:t>
            </w:r>
            <w:r w:rsidRPr="0033741E">
              <w:rPr>
                <w:rFonts w:ascii="Book Antiqua" w:hAnsi="Book Antiqua"/>
                <w:color w:val="595959"/>
                <w:sz w:val="17"/>
              </w:rPr>
              <w:t>-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құ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лы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ққ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аекпінжаса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ң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ыз</w:t>
            </w:r>
            <w:r w:rsidRPr="0033741E">
              <w:rPr>
                <w:rFonts w:ascii="Book Antiqua" w:hAnsi="Book Antiqua"/>
                <w:color w:val="595959"/>
                <w:sz w:val="17"/>
              </w:rPr>
              <w:t xml:space="preserve">. 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Сыныпжетекшісіатынанмедициналы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қ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немесепсихологиялы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ққ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орытындыберме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ң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із</w:t>
            </w:r>
            <w:r w:rsidRPr="0033741E">
              <w:rPr>
                <w:rFonts w:ascii="Book Antiqua" w:hAnsi="Book Antiqua"/>
                <w:color w:val="595959"/>
                <w:sz w:val="17"/>
              </w:rPr>
              <w:t>.</w:t>
            </w:r>
          </w:p>
        </w:tc>
      </w:tr>
      <w:tr w:rsidR="00163607" w:rsidRPr="0033741E">
        <w:trPr>
          <w:cantSplit/>
          <w:jc w:val="center"/>
        </w:trPr>
        <w:tc>
          <w:tcPr>
            <w:tcW w:w="1134" w:type="dxa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163607" w:rsidRPr="0033741E" w:rsidRDefault="00A83174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b/>
                <w:sz w:val="17"/>
              </w:rPr>
              <w:t>29–32</w:t>
            </w:r>
          </w:p>
        </w:tc>
        <w:tc>
          <w:tcPr>
            <w:tcW w:w="6690" w:type="dxa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163607" w:rsidRPr="0033741E" w:rsidRDefault="00A83174">
            <w:pPr>
              <w:spacing w:after="0" w:line="240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sz w:val="18"/>
              </w:rPr>
              <w:t xml:space="preserve">Егер сіз белгілі бір </w:t>
            </w:r>
            <w:r w:rsidRPr="0033741E">
              <w:rPr>
                <w:rFonts w:ascii="Cambria" w:hAnsi="Cambria" w:cs="Cambria"/>
                <w:sz w:val="18"/>
              </w:rPr>
              <w:t>ә</w:t>
            </w:r>
            <w:r w:rsidRPr="0033741E">
              <w:rPr>
                <w:rFonts w:ascii="Book Antiqua" w:hAnsi="Book Antiqua" w:cs="Book Antiqua"/>
                <w:sz w:val="18"/>
              </w:rPr>
              <w:t>рекетжасап</w:t>
            </w:r>
            <w:r w:rsidRPr="0033741E">
              <w:rPr>
                <w:rFonts w:ascii="Cambria" w:hAnsi="Cambria" w:cs="Cambria"/>
                <w:sz w:val="18"/>
              </w:rPr>
              <w:t>ү</w:t>
            </w:r>
            <w:r w:rsidRPr="0033741E">
              <w:rPr>
                <w:rFonts w:ascii="Book Antiqua" w:hAnsi="Book Antiqua" w:cs="Book Antiqua"/>
                <w:sz w:val="18"/>
              </w:rPr>
              <w:t>лгерсе</w:t>
            </w:r>
            <w:r w:rsidRPr="0033741E">
              <w:rPr>
                <w:rFonts w:ascii="Cambria" w:hAnsi="Cambria" w:cs="Cambria"/>
                <w:sz w:val="18"/>
              </w:rPr>
              <w:t>ң</w:t>
            </w:r>
            <w:r w:rsidRPr="0033741E">
              <w:rPr>
                <w:rFonts w:ascii="Book Antiqua" w:hAnsi="Book Antiqua" w:cs="Book Antiqua"/>
                <w:sz w:val="18"/>
              </w:rPr>
              <w:t>із</w:t>
            </w:r>
            <w:r w:rsidR="0033741E" w:rsidRPr="0033741E">
              <w:rPr>
                <w:rFonts w:ascii="Book Antiqua" w:hAnsi="Book Antiqua"/>
                <w:sz w:val="18"/>
              </w:rPr>
              <w:t>–</w:t>
            </w:r>
            <w:r w:rsidRPr="0033741E">
              <w:rPr>
                <w:rFonts w:ascii="Book Antiqua" w:hAnsi="Book Antiqua"/>
                <w:sz w:val="18"/>
              </w:rPr>
              <w:t>мысалы, жеке</w:t>
            </w:r>
            <w:r w:rsidRPr="0033741E">
              <w:rPr>
                <w:rFonts w:ascii="Cambria" w:hAnsi="Cambria" w:cs="Cambria"/>
                <w:sz w:val="18"/>
              </w:rPr>
              <w:t>әң</w:t>
            </w:r>
            <w:r w:rsidRPr="0033741E">
              <w:rPr>
                <w:rFonts w:ascii="Book Antiqua" w:hAnsi="Book Antiqua" w:cs="Book Antiqua"/>
                <w:sz w:val="18"/>
              </w:rPr>
              <w:t>гімелесунемесесыныпты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іс</w:t>
            </w:r>
            <w:r w:rsidRPr="0033741E">
              <w:rPr>
                <w:rFonts w:ascii="Book Antiqua" w:hAnsi="Book Antiqua"/>
                <w:sz w:val="18"/>
              </w:rPr>
              <w:t>-</w:t>
            </w:r>
            <w:r w:rsidRPr="0033741E">
              <w:rPr>
                <w:rFonts w:ascii="Book Antiqua" w:hAnsi="Book Antiqua" w:cs="Book Antiqua"/>
                <w:sz w:val="18"/>
              </w:rPr>
              <w:t>шара</w:t>
            </w:r>
            <w:r w:rsidRPr="0033741E">
              <w:rPr>
                <w:rFonts w:ascii="Cambria" w:hAnsi="Cambria" w:cs="Cambria"/>
                <w:sz w:val="18"/>
              </w:rPr>
              <w:t>ө</w:t>
            </w:r>
            <w:r w:rsidRPr="0033741E">
              <w:rPr>
                <w:rFonts w:ascii="Book Antiqua" w:hAnsi="Book Antiqua" w:cs="Book Antiqua"/>
                <w:sz w:val="18"/>
              </w:rPr>
              <w:t>ткізсе</w:t>
            </w:r>
            <w:r w:rsidRPr="0033741E">
              <w:rPr>
                <w:rFonts w:ascii="Cambria" w:hAnsi="Cambria" w:cs="Cambria"/>
                <w:sz w:val="18"/>
              </w:rPr>
              <w:t>ң</w:t>
            </w:r>
            <w:r w:rsidRPr="0033741E">
              <w:rPr>
                <w:rFonts w:ascii="Book Antiqua" w:hAnsi="Book Antiqua"/>
                <w:sz w:val="18"/>
              </w:rPr>
              <w:t>із</w:t>
            </w:r>
            <w:r w:rsidR="0033741E" w:rsidRPr="0033741E">
              <w:rPr>
                <w:rFonts w:ascii="Book Antiqua" w:hAnsi="Book Antiqua"/>
                <w:sz w:val="18"/>
              </w:rPr>
              <w:t>–</w:t>
            </w:r>
            <w:r w:rsidRPr="0033741E">
              <w:rPr>
                <w:rFonts w:ascii="Book Antiqua" w:hAnsi="Book Antiqua"/>
                <w:sz w:val="18"/>
              </w:rPr>
              <w:t>оныб</w:t>
            </w:r>
            <w:r w:rsidRPr="0033741E">
              <w:rPr>
                <w:rFonts w:ascii="Cambria" w:hAnsi="Cambria" w:cs="Cambria"/>
                <w:sz w:val="18"/>
              </w:rPr>
              <w:t>ө</w:t>
            </w:r>
            <w:r w:rsidRPr="0033741E">
              <w:rPr>
                <w:rFonts w:ascii="Book Antiqua" w:hAnsi="Book Antiqua" w:cs="Book Antiqua"/>
                <w:sz w:val="18"/>
              </w:rPr>
              <w:t>лектіркейміз</w:t>
            </w:r>
            <w:r w:rsidRPr="0033741E">
              <w:rPr>
                <w:rFonts w:ascii="Book Antiqua" w:hAnsi="Book Antiqua"/>
                <w:sz w:val="18"/>
              </w:rPr>
              <w:t xml:space="preserve">. </w:t>
            </w:r>
            <w:r w:rsidRPr="0033741E">
              <w:rPr>
                <w:rFonts w:ascii="Book Antiqua" w:hAnsi="Book Antiqua" w:cs="Book Antiqua"/>
                <w:sz w:val="18"/>
              </w:rPr>
              <w:t>Неістелгенін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ыс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ашажазып</w:t>
            </w:r>
            <w:r w:rsidRPr="0033741E">
              <w:rPr>
                <w:rFonts w:ascii="Book Antiqua" w:hAnsi="Book Antiqua"/>
                <w:sz w:val="18"/>
              </w:rPr>
              <w:t xml:space="preserve">, 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ажетбол</w:t>
            </w:r>
            <w:r w:rsidRPr="0033741E">
              <w:rPr>
                <w:rFonts w:ascii="Cambria" w:hAnsi="Cambria" w:cs="Cambria"/>
                <w:sz w:val="18"/>
              </w:rPr>
              <w:t>ғ</w:t>
            </w:r>
            <w:r w:rsidRPr="0033741E">
              <w:rPr>
                <w:rFonts w:ascii="Book Antiqua" w:hAnsi="Book Antiqua" w:cs="Book Antiqua"/>
                <w:sz w:val="18"/>
              </w:rPr>
              <w:t>анжа</w:t>
            </w:r>
            <w:r w:rsidRPr="0033741E">
              <w:rPr>
                <w:rFonts w:ascii="Cambria" w:hAnsi="Cambria" w:cs="Cambria"/>
                <w:sz w:val="18"/>
              </w:rPr>
              <w:t>ғ</w:t>
            </w:r>
            <w:r w:rsidRPr="0033741E">
              <w:rPr>
                <w:rFonts w:ascii="Book Antiqua" w:hAnsi="Book Antiqua" w:cs="Book Antiqua"/>
                <w:sz w:val="18"/>
              </w:rPr>
              <w:t>дайдакелесі</w:t>
            </w:r>
            <w:r w:rsidRPr="0033741E">
              <w:rPr>
                <w:rFonts w:ascii="Cambria" w:hAnsi="Cambria" w:cs="Cambria"/>
                <w:sz w:val="18"/>
              </w:rPr>
              <w:t>ә</w:t>
            </w:r>
            <w:r w:rsidRPr="0033741E">
              <w:rPr>
                <w:rFonts w:ascii="Book Antiqua" w:hAnsi="Book Antiqua" w:cs="Book Antiqua"/>
                <w:sz w:val="18"/>
              </w:rPr>
              <w:t>рекеттіжоспарлаймыз</w:t>
            </w:r>
            <w:r w:rsidRPr="0033741E">
              <w:rPr>
                <w:rFonts w:ascii="Book Antiqua" w:hAnsi="Book Antiqua"/>
                <w:sz w:val="18"/>
              </w:rPr>
              <w:t>.</w:t>
            </w:r>
          </w:p>
        </w:tc>
        <w:tc>
          <w:tcPr>
            <w:tcW w:w="4309" w:type="dxa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163607" w:rsidRPr="0033741E" w:rsidRDefault="00A83174">
            <w:pPr>
              <w:spacing w:after="0" w:line="240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sz w:val="17"/>
              </w:rPr>
              <w:t>«Іс-шаралар» б</w:t>
            </w:r>
            <w:r w:rsidRPr="0033741E">
              <w:rPr>
                <w:rFonts w:ascii="Cambria" w:hAnsi="Cambria" w:cs="Cambria"/>
                <w:sz w:val="17"/>
              </w:rPr>
              <w:t>ө</w:t>
            </w:r>
            <w:r w:rsidRPr="0033741E">
              <w:rPr>
                <w:rFonts w:ascii="Book Antiqua" w:hAnsi="Book Antiqua" w:cs="Book Antiqua"/>
                <w:sz w:val="17"/>
              </w:rPr>
              <w:t>лімінашу</w:t>
            </w:r>
            <w:r w:rsidRPr="0033741E">
              <w:rPr>
                <w:rFonts w:ascii="Book Antiqua" w:hAnsi="Book Antiqua"/>
                <w:sz w:val="17"/>
              </w:rPr>
              <w:t xml:space="preserve">, </w:t>
            </w:r>
            <w:r w:rsidRPr="0033741E">
              <w:rPr>
                <w:rFonts w:ascii="Book Antiqua" w:hAnsi="Book Antiqua" w:cs="Book Antiqua"/>
                <w:sz w:val="17"/>
              </w:rPr>
              <w:t>осыкейскебайланыстыжазбаны</w:t>
            </w:r>
            <w:r w:rsidRPr="0033741E">
              <w:rPr>
                <w:rFonts w:ascii="Cambria" w:hAnsi="Cambria" w:cs="Cambria"/>
                <w:sz w:val="17"/>
              </w:rPr>
              <w:t>ң</w:t>
            </w:r>
            <w:r w:rsidRPr="0033741E">
              <w:rPr>
                <w:rFonts w:ascii="Book Antiqua" w:hAnsi="Book Antiqua" w:cs="Book Antiqua"/>
                <w:sz w:val="17"/>
              </w:rPr>
              <w:t>мысалынж</w:t>
            </w:r>
            <w:r w:rsidRPr="0033741E">
              <w:rPr>
                <w:rFonts w:ascii="Cambria" w:hAnsi="Cambria" w:cs="Cambria"/>
                <w:sz w:val="17"/>
              </w:rPr>
              <w:t>ә</w:t>
            </w:r>
            <w:r w:rsidRPr="0033741E">
              <w:rPr>
                <w:rFonts w:ascii="Book Antiqua" w:hAnsi="Book Antiqua" w:cs="Book Antiqua"/>
                <w:sz w:val="17"/>
              </w:rPr>
              <w:t>некелесі</w:t>
            </w:r>
            <w:r w:rsidRPr="0033741E">
              <w:rPr>
                <w:rFonts w:ascii="Cambria" w:hAnsi="Cambria" w:cs="Cambria"/>
                <w:sz w:val="17"/>
              </w:rPr>
              <w:t>ә</w:t>
            </w:r>
            <w:r w:rsidRPr="0033741E">
              <w:rPr>
                <w:rFonts w:ascii="Book Antiqua" w:hAnsi="Book Antiqua" w:cs="Book Antiqua"/>
                <w:sz w:val="17"/>
              </w:rPr>
              <w:t>рекетті</w:t>
            </w:r>
            <w:r w:rsidRPr="0033741E">
              <w:rPr>
                <w:rFonts w:ascii="Cambria" w:hAnsi="Cambria" w:cs="Cambria"/>
                <w:sz w:val="17"/>
              </w:rPr>
              <w:t>ң</w:t>
            </w:r>
            <w:r w:rsidRPr="0033741E">
              <w:rPr>
                <w:rFonts w:ascii="Book Antiqua" w:hAnsi="Book Antiqua" w:cs="Book Antiqua"/>
                <w:sz w:val="17"/>
              </w:rPr>
              <w:t>к</w:t>
            </w:r>
            <w:r w:rsidRPr="0033741E">
              <w:rPr>
                <w:rFonts w:ascii="Cambria" w:hAnsi="Cambria" w:cs="Cambria"/>
                <w:sz w:val="17"/>
              </w:rPr>
              <w:t>ү</w:t>
            </w:r>
            <w:r w:rsidRPr="0033741E">
              <w:rPr>
                <w:rFonts w:ascii="Book Antiqua" w:hAnsi="Book Antiqua" w:cs="Book Antiqua"/>
                <w:sz w:val="17"/>
              </w:rPr>
              <w:t>нінк</w:t>
            </w:r>
            <w:r w:rsidRPr="0033741E">
              <w:rPr>
                <w:rFonts w:ascii="Cambria" w:hAnsi="Cambria" w:cs="Cambria"/>
                <w:sz w:val="17"/>
              </w:rPr>
              <w:t>ө</w:t>
            </w:r>
            <w:r w:rsidRPr="0033741E">
              <w:rPr>
                <w:rFonts w:ascii="Book Antiqua" w:hAnsi="Book Antiqua" w:cs="Book Antiqua"/>
                <w:sz w:val="17"/>
              </w:rPr>
              <w:t>рсету</w:t>
            </w:r>
            <w:r w:rsidRPr="0033741E">
              <w:rPr>
                <w:rFonts w:ascii="Book Antiqua" w:hAnsi="Book Antiqua"/>
                <w:sz w:val="17"/>
              </w:rPr>
              <w:t>.</w:t>
            </w:r>
          </w:p>
        </w:tc>
        <w:tc>
          <w:tcPr>
            <w:tcW w:w="3628" w:type="dxa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163607" w:rsidRPr="0033741E" w:rsidRDefault="00A83174">
            <w:pPr>
              <w:spacing w:after="0" w:line="240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color w:val="595959"/>
                <w:sz w:val="17"/>
              </w:rPr>
              <w:t>Абстрактілі мысал емес, д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ә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лосыкейспен</w:t>
            </w:r>
            <w:r w:rsidRPr="0033741E">
              <w:rPr>
                <w:rFonts w:ascii="Book Antiqua" w:hAnsi="Book Antiqua"/>
                <w:color w:val="595959"/>
                <w:sz w:val="17"/>
              </w:rPr>
              <w:t>байланысты жазбаны к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ө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рсеті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ң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із</w:t>
            </w:r>
            <w:r w:rsidRPr="0033741E">
              <w:rPr>
                <w:rFonts w:ascii="Book Antiqua" w:hAnsi="Book Antiqua"/>
                <w:color w:val="595959"/>
                <w:sz w:val="17"/>
              </w:rPr>
              <w:t>.</w:t>
            </w:r>
          </w:p>
        </w:tc>
      </w:tr>
      <w:tr w:rsidR="00163607" w:rsidRPr="0033741E">
        <w:trPr>
          <w:cantSplit/>
          <w:jc w:val="center"/>
        </w:trPr>
        <w:tc>
          <w:tcPr>
            <w:tcW w:w="1134" w:type="dxa"/>
            <w:shd w:val="clear" w:color="auto" w:fill="F7F9FB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163607" w:rsidRPr="0033741E" w:rsidRDefault="00A83174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b/>
                <w:sz w:val="17"/>
              </w:rPr>
              <w:lastRenderedPageBreak/>
              <w:t>32–36</w:t>
            </w:r>
          </w:p>
        </w:tc>
        <w:tc>
          <w:tcPr>
            <w:tcW w:w="6690" w:type="dxa"/>
            <w:shd w:val="clear" w:color="auto" w:fill="F7F9FB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163607" w:rsidRPr="0033741E" w:rsidRDefault="00A83174">
            <w:pPr>
              <w:spacing w:after="0" w:line="240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sz w:val="18"/>
              </w:rPr>
              <w:t>Егер маманны</w:t>
            </w:r>
            <w:r w:rsidRPr="0033741E">
              <w:rPr>
                <w:rFonts w:ascii="Cambria" w:hAnsi="Cambria" w:cs="Cambria"/>
                <w:sz w:val="18"/>
              </w:rPr>
              <w:t>ңқ</w:t>
            </w:r>
            <w:r w:rsidRPr="0033741E">
              <w:rPr>
                <w:rFonts w:ascii="Book Antiqua" w:hAnsi="Book Antiqua" w:cs="Book Antiqua"/>
                <w:sz w:val="18"/>
              </w:rPr>
              <w:t>осылуы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ажетболса</w:t>
            </w:r>
            <w:r w:rsidRPr="0033741E">
              <w:rPr>
                <w:rFonts w:ascii="Book Antiqua" w:hAnsi="Book Antiqua"/>
                <w:sz w:val="18"/>
              </w:rPr>
              <w:t xml:space="preserve">, </w:t>
            </w:r>
            <w:r w:rsidRPr="0033741E">
              <w:rPr>
                <w:rFonts w:ascii="Book Antiqua" w:hAnsi="Book Antiqua" w:cs="Book Antiqua"/>
                <w:sz w:val="18"/>
              </w:rPr>
              <w:t>о</w:t>
            </w:r>
            <w:r w:rsidRPr="0033741E">
              <w:rPr>
                <w:rFonts w:ascii="Cambria" w:hAnsi="Cambria" w:cs="Cambria"/>
                <w:sz w:val="18"/>
              </w:rPr>
              <w:t>ғ</w:t>
            </w:r>
            <w:r w:rsidRPr="0033741E">
              <w:rPr>
                <w:rFonts w:ascii="Book Antiqua" w:hAnsi="Book Antiqua" w:cs="Book Antiqua"/>
                <w:sz w:val="18"/>
              </w:rPr>
              <w:t>анс</w:t>
            </w:r>
            <w:r w:rsidRPr="0033741E">
              <w:rPr>
                <w:rFonts w:ascii="Cambria" w:hAnsi="Cambria" w:cs="Cambria"/>
                <w:sz w:val="18"/>
              </w:rPr>
              <w:t>ұ</w:t>
            </w:r>
            <w:r w:rsidRPr="0033741E">
              <w:rPr>
                <w:rFonts w:ascii="Book Antiqua" w:hAnsi="Book Antiqua" w:cs="Book Antiqua"/>
                <w:sz w:val="18"/>
              </w:rPr>
              <w:t>раужібереміз</w:t>
            </w:r>
            <w:r w:rsidRPr="0033741E">
              <w:rPr>
                <w:rFonts w:ascii="Book Antiqua" w:hAnsi="Book Antiqua"/>
                <w:sz w:val="18"/>
              </w:rPr>
              <w:t xml:space="preserve">. </w:t>
            </w:r>
            <w:r w:rsidRPr="0033741E">
              <w:rPr>
                <w:rFonts w:ascii="Book Antiqua" w:hAnsi="Book Antiqua" w:cs="Book Antiqua"/>
                <w:sz w:val="18"/>
              </w:rPr>
              <w:t>С</w:t>
            </w:r>
            <w:r w:rsidRPr="0033741E">
              <w:rPr>
                <w:rFonts w:ascii="Cambria" w:hAnsi="Cambria" w:cs="Cambria"/>
                <w:sz w:val="18"/>
              </w:rPr>
              <w:t>ұ</w:t>
            </w:r>
            <w:r w:rsidRPr="0033741E">
              <w:rPr>
                <w:rFonts w:ascii="Book Antiqua" w:hAnsi="Book Antiqua" w:cs="Book Antiqua"/>
                <w:sz w:val="18"/>
              </w:rPr>
              <w:t>раудажеткіліктіа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паратболуыма</w:t>
            </w:r>
            <w:r w:rsidRPr="0033741E">
              <w:rPr>
                <w:rFonts w:ascii="Cambria" w:hAnsi="Cambria" w:cs="Cambria"/>
                <w:sz w:val="18"/>
              </w:rPr>
              <w:t>ң</w:t>
            </w:r>
            <w:r w:rsidRPr="0033741E">
              <w:rPr>
                <w:rFonts w:ascii="Book Antiqua" w:hAnsi="Book Antiqua" w:cs="Book Antiqua"/>
                <w:sz w:val="18"/>
              </w:rPr>
              <w:t>ызды</w:t>
            </w:r>
            <w:r w:rsidRPr="0033741E">
              <w:rPr>
                <w:rFonts w:ascii="Book Antiqua" w:hAnsi="Book Antiqua"/>
                <w:sz w:val="18"/>
              </w:rPr>
              <w:t xml:space="preserve">: </w:t>
            </w:r>
            <w:r w:rsidRPr="0033741E">
              <w:rPr>
                <w:rFonts w:ascii="Book Antiqua" w:hAnsi="Book Antiqua" w:cs="Book Antiqua"/>
                <w:sz w:val="18"/>
              </w:rPr>
              <w:t>та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ырыбы</w:t>
            </w:r>
            <w:r w:rsidRPr="0033741E">
              <w:rPr>
                <w:rFonts w:ascii="Book Antiqua" w:hAnsi="Book Antiqua"/>
                <w:sz w:val="18"/>
              </w:rPr>
              <w:t xml:space="preserve">, </w:t>
            </w:r>
            <w:r w:rsidRPr="0033741E">
              <w:rPr>
                <w:rFonts w:ascii="Book Antiqua" w:hAnsi="Book Antiqua" w:cs="Book Antiqua"/>
                <w:sz w:val="18"/>
              </w:rPr>
              <w:t>небол</w:t>
            </w:r>
            <w:r w:rsidRPr="0033741E">
              <w:rPr>
                <w:rFonts w:ascii="Cambria" w:hAnsi="Cambria" w:cs="Cambria"/>
                <w:sz w:val="18"/>
              </w:rPr>
              <w:t>ғ</w:t>
            </w:r>
            <w:r w:rsidRPr="0033741E">
              <w:rPr>
                <w:rFonts w:ascii="Book Antiqua" w:hAnsi="Book Antiqua" w:cs="Book Antiqua"/>
                <w:sz w:val="18"/>
              </w:rPr>
              <w:t>аны</w:t>
            </w:r>
            <w:r w:rsidRPr="0033741E">
              <w:rPr>
                <w:rFonts w:ascii="Book Antiqua" w:hAnsi="Book Antiqua"/>
                <w:sz w:val="18"/>
              </w:rPr>
              <w:t xml:space="preserve">, 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ашанбол</w:t>
            </w:r>
            <w:r w:rsidRPr="0033741E">
              <w:rPr>
                <w:rFonts w:ascii="Cambria" w:hAnsi="Cambria" w:cs="Cambria"/>
                <w:sz w:val="18"/>
              </w:rPr>
              <w:t>ғ</w:t>
            </w:r>
            <w:r w:rsidRPr="0033741E">
              <w:rPr>
                <w:rFonts w:ascii="Book Antiqua" w:hAnsi="Book Antiqua" w:cs="Book Antiqua"/>
                <w:sz w:val="18"/>
              </w:rPr>
              <w:t>аны</w:t>
            </w:r>
            <w:r w:rsidRPr="0033741E">
              <w:rPr>
                <w:rFonts w:ascii="Book Antiqua" w:hAnsi="Book Antiqua"/>
                <w:sz w:val="18"/>
              </w:rPr>
              <w:t xml:space="preserve">, </w:t>
            </w:r>
            <w:r w:rsidRPr="0033741E">
              <w:rPr>
                <w:rFonts w:ascii="Book Antiqua" w:hAnsi="Book Antiqua" w:cs="Book Antiqua"/>
                <w:sz w:val="18"/>
              </w:rPr>
              <w:t>кімдер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атыс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аны</w:t>
            </w:r>
            <w:r w:rsidRPr="0033741E">
              <w:rPr>
                <w:rFonts w:ascii="Book Antiqua" w:hAnsi="Book Antiqua"/>
                <w:sz w:val="18"/>
              </w:rPr>
              <w:t xml:space="preserve">, 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андайна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тыфактілернемесеба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ылауларбарык</w:t>
            </w:r>
            <w:r w:rsidRPr="0033741E">
              <w:rPr>
                <w:rFonts w:ascii="Cambria" w:hAnsi="Cambria" w:cs="Cambria"/>
                <w:sz w:val="18"/>
              </w:rPr>
              <w:t>ө</w:t>
            </w:r>
            <w:r w:rsidRPr="0033741E">
              <w:rPr>
                <w:rFonts w:ascii="Book Antiqua" w:hAnsi="Book Antiqua" w:cs="Book Antiqua"/>
                <w:sz w:val="18"/>
              </w:rPr>
              <w:t>рсетіледі</w:t>
            </w:r>
            <w:r w:rsidRPr="0033741E">
              <w:rPr>
                <w:rFonts w:ascii="Book Antiqua" w:hAnsi="Book Antiqua"/>
                <w:sz w:val="18"/>
              </w:rPr>
              <w:t xml:space="preserve">. </w:t>
            </w:r>
            <w:r w:rsidRPr="0033741E">
              <w:rPr>
                <w:rFonts w:ascii="Book Antiqua" w:hAnsi="Book Antiqua" w:cs="Book Antiqua"/>
                <w:sz w:val="18"/>
              </w:rPr>
              <w:t>Оданк</w:t>
            </w:r>
            <w:r w:rsidRPr="0033741E">
              <w:rPr>
                <w:rFonts w:ascii="Book Antiqua" w:hAnsi="Book Antiqua"/>
                <w:sz w:val="18"/>
              </w:rPr>
              <w:t xml:space="preserve">ейін </w:t>
            </w:r>
            <w:r w:rsidRPr="0033741E">
              <w:rPr>
                <w:rFonts w:ascii="Cambria" w:hAnsi="Cambria" w:cs="Cambria"/>
                <w:sz w:val="18"/>
              </w:rPr>
              <w:t>ө</w:t>
            </w:r>
            <w:r w:rsidRPr="0033741E">
              <w:rPr>
                <w:rFonts w:ascii="Book Antiqua" w:hAnsi="Book Antiqua" w:cs="Book Antiqua"/>
                <w:sz w:val="18"/>
              </w:rPr>
              <w:t>зі</w:t>
            </w:r>
            <w:r w:rsidRPr="0033741E">
              <w:rPr>
                <w:rFonts w:ascii="Cambria" w:hAnsi="Cambria" w:cs="Cambria"/>
                <w:sz w:val="18"/>
              </w:rPr>
              <w:t>ң</w:t>
            </w:r>
            <w:r w:rsidRPr="0033741E">
              <w:rPr>
                <w:rFonts w:ascii="Book Antiqua" w:hAnsi="Book Antiqua" w:cs="Book Antiqua"/>
                <w:sz w:val="18"/>
              </w:rPr>
              <w:t>ізді</w:t>
            </w:r>
            <w:r w:rsidRPr="0033741E">
              <w:rPr>
                <w:rFonts w:ascii="Cambria" w:hAnsi="Cambria" w:cs="Cambria"/>
                <w:sz w:val="18"/>
              </w:rPr>
              <w:t>ң</w:t>
            </w:r>
            <w:r w:rsidRPr="0033741E">
              <w:rPr>
                <w:rFonts w:ascii="Book Antiqua" w:hAnsi="Book Antiqua" w:cs="Book Antiqua"/>
                <w:sz w:val="18"/>
              </w:rPr>
              <w:t>педагогретіндегіба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ылауы</w:t>
            </w:r>
            <w:r w:rsidRPr="0033741E">
              <w:rPr>
                <w:rFonts w:ascii="Cambria" w:hAnsi="Cambria" w:cs="Cambria"/>
                <w:sz w:val="18"/>
              </w:rPr>
              <w:t>ң</w:t>
            </w:r>
            <w:r w:rsidRPr="0033741E">
              <w:rPr>
                <w:rFonts w:ascii="Book Antiqua" w:hAnsi="Book Antiqua" w:cs="Book Antiqua"/>
                <w:sz w:val="18"/>
              </w:rPr>
              <w:t>ызбенба</w:t>
            </w:r>
            <w:r w:rsidRPr="0033741E">
              <w:rPr>
                <w:rFonts w:ascii="Cambria" w:hAnsi="Cambria" w:cs="Cambria"/>
                <w:sz w:val="18"/>
              </w:rPr>
              <w:t>ғ</w:t>
            </w:r>
            <w:r w:rsidRPr="0033741E">
              <w:rPr>
                <w:rFonts w:ascii="Book Antiqua" w:hAnsi="Book Antiqua" w:cs="Book Antiqua"/>
                <w:sz w:val="18"/>
              </w:rPr>
              <w:t>алауы</w:t>
            </w:r>
            <w:r w:rsidRPr="0033741E">
              <w:rPr>
                <w:rFonts w:ascii="Cambria" w:hAnsi="Cambria" w:cs="Cambria"/>
                <w:sz w:val="18"/>
              </w:rPr>
              <w:t>ң</w:t>
            </w:r>
            <w:r w:rsidRPr="0033741E">
              <w:rPr>
                <w:rFonts w:ascii="Book Antiqua" w:hAnsi="Book Antiqua" w:cs="Book Antiqua"/>
                <w:sz w:val="18"/>
              </w:rPr>
              <w:t>ыздыжазып</w:t>
            </w:r>
            <w:r w:rsidRPr="0033741E">
              <w:rPr>
                <w:rFonts w:ascii="Book Antiqua" w:hAnsi="Book Antiqua"/>
                <w:sz w:val="18"/>
              </w:rPr>
              <w:t xml:space="preserve">, </w:t>
            </w:r>
            <w:r w:rsidRPr="0033741E">
              <w:rPr>
                <w:rFonts w:ascii="Book Antiqua" w:hAnsi="Book Antiqua" w:cs="Book Antiqua"/>
                <w:sz w:val="18"/>
              </w:rPr>
              <w:t>алушыныта</w:t>
            </w:r>
            <w:r w:rsidRPr="0033741E">
              <w:rPr>
                <w:rFonts w:ascii="Cambria" w:hAnsi="Cambria" w:cs="Cambria"/>
                <w:sz w:val="18"/>
              </w:rPr>
              <w:t>ң</w:t>
            </w:r>
            <w:r w:rsidRPr="0033741E">
              <w:rPr>
                <w:rFonts w:ascii="Book Antiqua" w:hAnsi="Book Antiqua" w:cs="Book Antiqua"/>
                <w:sz w:val="18"/>
              </w:rPr>
              <w:t>дайсыз</w:t>
            </w:r>
            <w:r w:rsidRPr="0033741E">
              <w:rPr>
                <w:rFonts w:ascii="Book Antiqua" w:hAnsi="Book Antiqua"/>
                <w:sz w:val="18"/>
              </w:rPr>
              <w:t xml:space="preserve">: </w:t>
            </w:r>
            <w:r w:rsidRPr="0033741E">
              <w:rPr>
                <w:rFonts w:ascii="Book Antiqua" w:hAnsi="Book Antiqua" w:cs="Book Antiqua"/>
                <w:sz w:val="18"/>
              </w:rPr>
              <w:t>педагог</w:t>
            </w:r>
            <w:r w:rsidRPr="0033741E">
              <w:rPr>
                <w:rFonts w:ascii="Book Antiqua" w:hAnsi="Book Antiqua"/>
                <w:sz w:val="18"/>
              </w:rPr>
              <w:t>-</w:t>
            </w:r>
            <w:r w:rsidRPr="0033741E">
              <w:rPr>
                <w:rFonts w:ascii="Book Antiqua" w:hAnsi="Book Antiqua" w:cs="Book Antiqua"/>
                <w:sz w:val="18"/>
              </w:rPr>
              <w:t>психолог</w:t>
            </w:r>
            <w:r w:rsidRPr="0033741E">
              <w:rPr>
                <w:rFonts w:ascii="Book Antiqua" w:hAnsi="Book Antiqua"/>
                <w:sz w:val="18"/>
              </w:rPr>
              <w:t xml:space="preserve">, </w:t>
            </w:r>
            <w:r w:rsidRPr="0033741E">
              <w:rPr>
                <w:rFonts w:ascii="Cambria" w:hAnsi="Cambria" w:cs="Cambria"/>
                <w:sz w:val="18"/>
              </w:rPr>
              <w:t>ә</w:t>
            </w:r>
            <w:r w:rsidRPr="0033741E">
              <w:rPr>
                <w:rFonts w:ascii="Book Antiqua" w:hAnsi="Book Antiqua" w:cs="Book Antiqua"/>
                <w:sz w:val="18"/>
              </w:rPr>
              <w:t>леуметтікпедагог</w:t>
            </w:r>
            <w:r w:rsidRPr="0033741E">
              <w:rPr>
                <w:rFonts w:ascii="Book Antiqua" w:hAnsi="Book Antiqua"/>
                <w:sz w:val="18"/>
              </w:rPr>
              <w:t xml:space="preserve">, </w:t>
            </w:r>
            <w:r w:rsidRPr="0033741E">
              <w:rPr>
                <w:rFonts w:ascii="Book Antiqua" w:hAnsi="Book Antiqua" w:cs="Book Antiqua"/>
                <w:sz w:val="18"/>
              </w:rPr>
              <w:t>директорды</w:t>
            </w:r>
            <w:r w:rsidRPr="0033741E">
              <w:rPr>
                <w:rFonts w:ascii="Cambria" w:hAnsi="Cambria" w:cs="Cambria"/>
                <w:sz w:val="18"/>
              </w:rPr>
              <w:t>ң</w:t>
            </w:r>
            <w:r w:rsidRPr="0033741E">
              <w:rPr>
                <w:rFonts w:ascii="Book Antiqua" w:hAnsi="Book Antiqua" w:cs="Book Antiqua"/>
                <w:sz w:val="18"/>
              </w:rPr>
              <w:t>орынбасарынемеседиректор</w:t>
            </w:r>
            <w:r w:rsidRPr="0033741E">
              <w:rPr>
                <w:rFonts w:ascii="Book Antiqua" w:hAnsi="Book Antiqua"/>
                <w:sz w:val="18"/>
              </w:rPr>
              <w:t xml:space="preserve">. </w:t>
            </w:r>
            <w:r w:rsidRPr="0033741E">
              <w:rPr>
                <w:rFonts w:ascii="Book Antiqua" w:hAnsi="Book Antiqua" w:cs="Book Antiqua"/>
                <w:sz w:val="18"/>
              </w:rPr>
              <w:t>С</w:t>
            </w:r>
            <w:r w:rsidRPr="0033741E">
              <w:rPr>
                <w:rFonts w:ascii="Cambria" w:hAnsi="Cambria" w:cs="Cambria"/>
                <w:sz w:val="18"/>
              </w:rPr>
              <w:t>ұ</w:t>
            </w:r>
            <w:r w:rsidRPr="0033741E">
              <w:rPr>
                <w:rFonts w:ascii="Book Antiqua" w:hAnsi="Book Antiqua" w:cs="Book Antiqua"/>
                <w:sz w:val="18"/>
              </w:rPr>
              <w:t>раужіберілгенненкейінмаманхабарламаалып</w:t>
            </w:r>
            <w:r w:rsidRPr="0033741E">
              <w:rPr>
                <w:rFonts w:ascii="Book Antiqua" w:hAnsi="Book Antiqua"/>
                <w:sz w:val="18"/>
              </w:rPr>
              <w:t xml:space="preserve">, </w:t>
            </w:r>
            <w:r w:rsidRPr="0033741E">
              <w:rPr>
                <w:rFonts w:ascii="Book Antiqua" w:hAnsi="Book Antiqua" w:cs="Book Antiqua"/>
                <w:sz w:val="18"/>
              </w:rPr>
              <w:t>ж</w:t>
            </w:r>
            <w:r w:rsidRPr="0033741E">
              <w:rPr>
                <w:rFonts w:ascii="Cambria" w:hAnsi="Cambria" w:cs="Cambria"/>
                <w:sz w:val="18"/>
              </w:rPr>
              <w:t>ұ</w:t>
            </w:r>
            <w:r w:rsidRPr="0033741E">
              <w:rPr>
                <w:rFonts w:ascii="Book Antiqua" w:hAnsi="Book Antiqua" w:cs="Book Antiqua"/>
                <w:sz w:val="18"/>
              </w:rPr>
              <w:t>мыстыжал</w:t>
            </w:r>
            <w:r w:rsidRPr="0033741E">
              <w:rPr>
                <w:rFonts w:ascii="Cambria" w:hAnsi="Cambria" w:cs="Cambria"/>
                <w:sz w:val="18"/>
              </w:rPr>
              <w:t>ғ</w:t>
            </w:r>
            <w:r w:rsidRPr="0033741E">
              <w:rPr>
                <w:rFonts w:ascii="Book Antiqua" w:hAnsi="Book Antiqua" w:cs="Book Antiqua"/>
                <w:sz w:val="18"/>
              </w:rPr>
              <w:t>астыраалады</w:t>
            </w:r>
            <w:r w:rsidRPr="0033741E">
              <w:rPr>
                <w:rFonts w:ascii="Book Antiqua" w:hAnsi="Book Antiqua"/>
                <w:sz w:val="18"/>
              </w:rPr>
              <w:t>.</w:t>
            </w:r>
          </w:p>
        </w:tc>
        <w:tc>
          <w:tcPr>
            <w:tcW w:w="4309" w:type="dxa"/>
            <w:shd w:val="clear" w:color="auto" w:fill="F7F9FB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163607" w:rsidRPr="0033741E" w:rsidRDefault="00A83174">
            <w:pPr>
              <w:spacing w:after="0" w:line="240" w:lineRule="auto"/>
              <w:rPr>
                <w:rFonts w:ascii="Book Antiqua" w:hAnsi="Book Antiqua"/>
                <w:lang w:val="ru-RU"/>
              </w:rPr>
            </w:pPr>
            <w:r w:rsidRPr="0033741E">
              <w:rPr>
                <w:rFonts w:ascii="Book Antiqua" w:hAnsi="Book Antiqua"/>
                <w:sz w:val="17"/>
                <w:lang w:val="ru-RU"/>
              </w:rPr>
              <w:t>«Хат» / «Маман</w:t>
            </w:r>
            <w:r w:rsidRPr="0033741E">
              <w:rPr>
                <w:rFonts w:ascii="Cambria" w:hAnsi="Cambria" w:cs="Cambria"/>
                <w:sz w:val="17"/>
                <w:lang w:val="ru-RU"/>
              </w:rPr>
              <w:t>ғ</w:t>
            </w:r>
            <w:r w:rsidRPr="0033741E">
              <w:rPr>
                <w:rFonts w:ascii="Book Antiqua" w:hAnsi="Book Antiqua"/>
                <w:sz w:val="17"/>
                <w:lang w:val="ru-RU"/>
              </w:rPr>
              <w:t>ахабарлау» терезесінашу. К</w:t>
            </w:r>
            <w:r w:rsidRPr="0033741E">
              <w:rPr>
                <w:rFonts w:ascii="Cambria" w:hAnsi="Cambria" w:cs="Cambria"/>
                <w:sz w:val="17"/>
                <w:lang w:val="ru-RU"/>
              </w:rPr>
              <w:t>ө</w:t>
            </w:r>
            <w:r w:rsidRPr="0033741E">
              <w:rPr>
                <w:rFonts w:ascii="Book Antiqua" w:hAnsi="Book Antiqua" w:cs="Book Antiqua"/>
                <w:sz w:val="17"/>
                <w:lang w:val="ru-RU"/>
              </w:rPr>
              <w:t>рсету</w:t>
            </w:r>
            <w:r w:rsidRPr="0033741E">
              <w:rPr>
                <w:rFonts w:ascii="Book Antiqua" w:hAnsi="Book Antiqua"/>
                <w:sz w:val="17"/>
                <w:lang w:val="ru-RU"/>
              </w:rPr>
              <w:t xml:space="preserve">: </w:t>
            </w:r>
            <w:r w:rsidRPr="0033741E">
              <w:rPr>
                <w:rFonts w:ascii="Book Antiqua" w:hAnsi="Book Antiqua" w:cs="Book Antiqua"/>
                <w:sz w:val="17"/>
                <w:lang w:val="ru-RU"/>
              </w:rPr>
              <w:t>та</w:t>
            </w:r>
            <w:r w:rsidRPr="0033741E">
              <w:rPr>
                <w:rFonts w:ascii="Cambria" w:hAnsi="Cambria" w:cs="Cambria"/>
                <w:sz w:val="17"/>
                <w:lang w:val="ru-RU"/>
              </w:rPr>
              <w:t>қ</w:t>
            </w:r>
            <w:r w:rsidRPr="0033741E">
              <w:rPr>
                <w:rFonts w:ascii="Book Antiqua" w:hAnsi="Book Antiqua" w:cs="Book Antiqua"/>
                <w:sz w:val="17"/>
                <w:lang w:val="ru-RU"/>
              </w:rPr>
              <w:t>ырып→жа</w:t>
            </w:r>
            <w:r w:rsidRPr="0033741E">
              <w:rPr>
                <w:rFonts w:ascii="Cambria" w:hAnsi="Cambria" w:cs="Cambria"/>
                <w:sz w:val="17"/>
                <w:lang w:val="ru-RU"/>
              </w:rPr>
              <w:t>ғ</w:t>
            </w:r>
            <w:r w:rsidRPr="0033741E">
              <w:rPr>
                <w:rFonts w:ascii="Book Antiqua" w:hAnsi="Book Antiqua" w:cs="Book Antiqua"/>
                <w:sz w:val="17"/>
                <w:lang w:val="ru-RU"/>
              </w:rPr>
              <w:t>дайдысипаттау→фактілер</w:t>
            </w:r>
            <w:r w:rsidRPr="0033741E">
              <w:rPr>
                <w:rFonts w:ascii="Book Antiqua" w:hAnsi="Book Antiqua"/>
                <w:sz w:val="17"/>
                <w:lang w:val="ru-RU"/>
              </w:rPr>
              <w:t>/</w:t>
            </w:r>
            <w:r w:rsidRPr="0033741E">
              <w:rPr>
                <w:rFonts w:ascii="Book Antiqua" w:hAnsi="Book Antiqua" w:cs="Book Antiqua"/>
                <w:sz w:val="17"/>
                <w:lang w:val="ru-RU"/>
              </w:rPr>
              <w:t>деректер→ба</w:t>
            </w:r>
            <w:r w:rsidRPr="0033741E">
              <w:rPr>
                <w:rFonts w:ascii="Cambria" w:hAnsi="Cambria" w:cs="Cambria"/>
                <w:sz w:val="17"/>
                <w:lang w:val="ru-RU"/>
              </w:rPr>
              <w:t>қ</w:t>
            </w:r>
            <w:r w:rsidRPr="0033741E">
              <w:rPr>
                <w:rFonts w:ascii="Book Antiqua" w:hAnsi="Book Antiqua" w:cs="Book Antiqua"/>
                <w:sz w:val="17"/>
                <w:lang w:val="ru-RU"/>
              </w:rPr>
              <w:t>ылау</w:t>
            </w:r>
            <w:r w:rsidRPr="0033741E">
              <w:rPr>
                <w:rFonts w:ascii="Book Antiqua" w:hAnsi="Book Antiqua"/>
                <w:sz w:val="17"/>
                <w:lang w:val="ru-RU"/>
              </w:rPr>
              <w:t>/</w:t>
            </w:r>
            <w:r w:rsidRPr="0033741E">
              <w:rPr>
                <w:rFonts w:ascii="Book Antiqua" w:hAnsi="Book Antiqua" w:cs="Book Antiqua"/>
                <w:sz w:val="17"/>
                <w:lang w:val="ru-RU"/>
              </w:rPr>
              <w:t>ба</w:t>
            </w:r>
            <w:r w:rsidRPr="0033741E">
              <w:rPr>
                <w:rFonts w:ascii="Cambria" w:hAnsi="Cambria" w:cs="Cambria"/>
                <w:sz w:val="17"/>
                <w:lang w:val="ru-RU"/>
              </w:rPr>
              <w:t>ғ</w:t>
            </w:r>
            <w:r w:rsidRPr="0033741E">
              <w:rPr>
                <w:rFonts w:ascii="Book Antiqua" w:hAnsi="Book Antiqua" w:cs="Book Antiqua"/>
                <w:sz w:val="17"/>
                <w:lang w:val="ru-RU"/>
              </w:rPr>
              <w:t>алау→мамандыта</w:t>
            </w:r>
            <w:r w:rsidRPr="0033741E">
              <w:rPr>
                <w:rFonts w:ascii="Cambria" w:hAnsi="Cambria" w:cs="Cambria"/>
                <w:sz w:val="17"/>
                <w:lang w:val="ru-RU"/>
              </w:rPr>
              <w:t>ң</w:t>
            </w:r>
            <w:r w:rsidRPr="0033741E">
              <w:rPr>
                <w:rFonts w:ascii="Book Antiqua" w:hAnsi="Book Antiqua" w:cs="Book Antiqua"/>
                <w:sz w:val="17"/>
                <w:lang w:val="ru-RU"/>
              </w:rPr>
              <w:t>дау→«Жіберу»</w:t>
            </w:r>
            <w:r w:rsidRPr="0033741E">
              <w:rPr>
                <w:rFonts w:ascii="Book Antiqua" w:hAnsi="Book Antiqua"/>
                <w:sz w:val="17"/>
                <w:lang w:val="ru-RU"/>
              </w:rPr>
              <w:t>.</w:t>
            </w:r>
          </w:p>
        </w:tc>
        <w:tc>
          <w:tcPr>
            <w:tcW w:w="3628" w:type="dxa"/>
            <w:shd w:val="clear" w:color="auto" w:fill="F7F9FB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163607" w:rsidRPr="0033741E" w:rsidRDefault="00A83174">
            <w:pPr>
              <w:spacing w:after="0" w:line="240" w:lineRule="auto"/>
              <w:rPr>
                <w:rFonts w:ascii="Book Antiqua" w:hAnsi="Book Antiqua"/>
                <w:lang w:val="ru-RU"/>
              </w:rPr>
            </w:pPr>
            <w:r w:rsidRPr="0033741E">
              <w:rPr>
                <w:rFonts w:ascii="Book Antiqua" w:hAnsi="Book Antiqua"/>
                <w:color w:val="595959"/>
                <w:sz w:val="17"/>
                <w:lang w:val="ru-RU"/>
              </w:rPr>
              <w:t>Б</w:t>
            </w:r>
            <w:r w:rsidRPr="0033741E">
              <w:rPr>
                <w:rFonts w:ascii="Cambria" w:hAnsi="Cambria" w:cs="Cambria"/>
                <w:color w:val="595959"/>
                <w:sz w:val="17"/>
                <w:lang w:val="ru-RU"/>
              </w:rPr>
              <w:t>ұ</w:t>
            </w:r>
            <w:r w:rsidRPr="0033741E">
              <w:rPr>
                <w:rFonts w:ascii="Book Antiqua" w:hAnsi="Book Antiqua" w:cs="Book Antiqua"/>
                <w:color w:val="595959"/>
                <w:sz w:val="17"/>
                <w:lang w:val="ru-RU"/>
              </w:rPr>
              <w:t>л</w:t>
            </w:r>
            <w:r w:rsidR="0033741E" w:rsidRPr="0033741E">
              <w:rPr>
                <w:rFonts w:ascii="Book Antiqua" w:hAnsi="Book Antiqua"/>
                <w:color w:val="595959"/>
                <w:sz w:val="17"/>
                <w:lang w:val="ru-RU"/>
              </w:rPr>
              <w:t>–</w:t>
            </w:r>
            <w:r w:rsidRPr="0033741E">
              <w:rPr>
                <w:rFonts w:ascii="Book Antiqua" w:hAnsi="Book Antiqua"/>
                <w:color w:val="595959"/>
                <w:sz w:val="17"/>
                <w:lang w:val="ru-RU"/>
              </w:rPr>
              <w:t>о</w:t>
            </w:r>
            <w:r w:rsidRPr="0033741E">
              <w:rPr>
                <w:rFonts w:ascii="Cambria" w:hAnsi="Cambria" w:cs="Cambria"/>
                <w:color w:val="595959"/>
                <w:sz w:val="17"/>
                <w:lang w:val="ru-RU"/>
              </w:rPr>
              <w:t>қ</w:t>
            </w:r>
            <w:r w:rsidRPr="0033741E">
              <w:rPr>
                <w:rFonts w:ascii="Book Antiqua" w:hAnsi="Book Antiqua" w:cs="Book Antiqua"/>
                <w:color w:val="595959"/>
                <w:sz w:val="17"/>
                <w:lang w:val="ru-RU"/>
              </w:rPr>
              <w:t>ытуды</w:t>
            </w:r>
            <w:r w:rsidRPr="0033741E">
              <w:rPr>
                <w:rFonts w:ascii="Cambria" w:hAnsi="Cambria" w:cs="Cambria"/>
                <w:color w:val="595959"/>
                <w:sz w:val="17"/>
                <w:lang w:val="ru-RU"/>
              </w:rPr>
              <w:t>ң</w:t>
            </w:r>
            <w:r w:rsidRPr="0033741E">
              <w:rPr>
                <w:rFonts w:ascii="Book Antiqua" w:hAnsi="Book Antiqua" w:cs="Book Antiqua"/>
                <w:color w:val="595959"/>
                <w:sz w:val="17"/>
                <w:lang w:val="ru-RU"/>
              </w:rPr>
              <w:t>негізгіб</w:t>
            </w:r>
            <w:r w:rsidRPr="0033741E">
              <w:rPr>
                <w:rFonts w:ascii="Cambria" w:hAnsi="Cambria" w:cs="Cambria"/>
                <w:color w:val="595959"/>
                <w:sz w:val="17"/>
                <w:lang w:val="ru-RU"/>
              </w:rPr>
              <w:t>ө</w:t>
            </w:r>
            <w:r w:rsidRPr="0033741E">
              <w:rPr>
                <w:rFonts w:ascii="Book Antiqua" w:hAnsi="Book Antiqua" w:cs="Book Antiqua"/>
                <w:color w:val="595959"/>
                <w:sz w:val="17"/>
                <w:lang w:val="ru-RU"/>
              </w:rPr>
              <w:t>лігі</w:t>
            </w:r>
            <w:r w:rsidRPr="0033741E">
              <w:rPr>
                <w:rFonts w:ascii="Book Antiqua" w:hAnsi="Book Antiqua"/>
                <w:color w:val="595959"/>
                <w:sz w:val="17"/>
                <w:lang w:val="ru-RU"/>
              </w:rPr>
              <w:t xml:space="preserve">. </w:t>
            </w:r>
            <w:r w:rsidRPr="0033741E">
              <w:rPr>
                <w:rFonts w:ascii="Book Antiqua" w:hAnsi="Book Antiqua" w:cs="Book Antiqua"/>
                <w:color w:val="595959"/>
                <w:sz w:val="17"/>
                <w:lang w:val="ru-RU"/>
              </w:rPr>
              <w:t>«Проблемабар»дегенжалпыжазбаны</w:t>
            </w:r>
            <w:r w:rsidRPr="0033741E">
              <w:rPr>
                <w:rFonts w:ascii="Cambria" w:hAnsi="Cambria" w:cs="Cambria"/>
                <w:color w:val="595959"/>
                <w:sz w:val="17"/>
                <w:lang w:val="ru-RU"/>
              </w:rPr>
              <w:t>қ</w:t>
            </w:r>
            <w:r w:rsidRPr="0033741E">
              <w:rPr>
                <w:rFonts w:ascii="Book Antiqua" w:hAnsi="Book Antiqua" w:cs="Book Antiqua"/>
                <w:color w:val="595959"/>
                <w:sz w:val="17"/>
                <w:lang w:val="ru-RU"/>
              </w:rPr>
              <w:t>олданба</w:t>
            </w:r>
            <w:r w:rsidRPr="0033741E">
              <w:rPr>
                <w:rFonts w:ascii="Cambria" w:hAnsi="Cambria" w:cs="Cambria"/>
                <w:color w:val="595959"/>
                <w:sz w:val="17"/>
                <w:lang w:val="ru-RU"/>
              </w:rPr>
              <w:t>ң</w:t>
            </w:r>
            <w:r w:rsidRPr="0033741E">
              <w:rPr>
                <w:rFonts w:ascii="Book Antiqua" w:hAnsi="Book Antiqua" w:cs="Book Antiqua"/>
                <w:color w:val="595959"/>
                <w:sz w:val="17"/>
                <w:lang w:val="ru-RU"/>
              </w:rPr>
              <w:t>ыз</w:t>
            </w:r>
            <w:r w:rsidRPr="0033741E">
              <w:rPr>
                <w:rFonts w:ascii="Book Antiqua" w:hAnsi="Book Antiqua"/>
                <w:color w:val="595959"/>
                <w:sz w:val="17"/>
                <w:lang w:val="ru-RU"/>
              </w:rPr>
              <w:t xml:space="preserve">. </w:t>
            </w:r>
            <w:r w:rsidRPr="0033741E">
              <w:rPr>
                <w:rFonts w:ascii="Book Antiqua" w:hAnsi="Book Antiqua" w:cs="Book Antiqua"/>
                <w:color w:val="595959"/>
                <w:sz w:val="17"/>
                <w:lang w:val="ru-RU"/>
              </w:rPr>
              <w:t>Бірсапалымысалдык</w:t>
            </w:r>
            <w:r w:rsidRPr="0033741E">
              <w:rPr>
                <w:rFonts w:ascii="Cambria" w:hAnsi="Cambria" w:cs="Cambria"/>
                <w:color w:val="595959"/>
                <w:sz w:val="17"/>
                <w:lang w:val="ru-RU"/>
              </w:rPr>
              <w:t>ө</w:t>
            </w:r>
            <w:r w:rsidRPr="0033741E">
              <w:rPr>
                <w:rFonts w:ascii="Book Antiqua" w:hAnsi="Book Antiqua" w:cs="Book Antiqua"/>
                <w:color w:val="595959"/>
                <w:sz w:val="17"/>
                <w:lang w:val="ru-RU"/>
              </w:rPr>
              <w:t>рсеті</w:t>
            </w:r>
            <w:r w:rsidRPr="0033741E">
              <w:rPr>
                <w:rFonts w:ascii="Cambria" w:hAnsi="Cambria" w:cs="Cambria"/>
                <w:color w:val="595959"/>
                <w:sz w:val="17"/>
                <w:lang w:val="ru-RU"/>
              </w:rPr>
              <w:t>ң</w:t>
            </w:r>
            <w:r w:rsidRPr="0033741E">
              <w:rPr>
                <w:rFonts w:ascii="Book Antiqua" w:hAnsi="Book Antiqua" w:cs="Book Antiqua"/>
                <w:color w:val="595959"/>
                <w:sz w:val="17"/>
                <w:lang w:val="ru-RU"/>
              </w:rPr>
              <w:t>із</w:t>
            </w:r>
            <w:r w:rsidRPr="0033741E">
              <w:rPr>
                <w:rFonts w:ascii="Book Antiqua" w:hAnsi="Book Antiqua"/>
                <w:color w:val="595959"/>
                <w:sz w:val="17"/>
                <w:lang w:val="ru-RU"/>
              </w:rPr>
              <w:t xml:space="preserve">. </w:t>
            </w:r>
            <w:r w:rsidRPr="0033741E">
              <w:rPr>
                <w:rFonts w:ascii="Book Antiqua" w:hAnsi="Book Antiqua" w:cs="Book Antiqua"/>
                <w:color w:val="595959"/>
                <w:sz w:val="17"/>
                <w:lang w:val="ru-RU"/>
              </w:rPr>
              <w:t>Егертестіліка</w:t>
            </w:r>
            <w:r w:rsidRPr="0033741E">
              <w:rPr>
                <w:rFonts w:ascii="Book Antiqua" w:hAnsi="Book Antiqua"/>
                <w:color w:val="595959"/>
                <w:sz w:val="17"/>
                <w:lang w:val="ru-RU"/>
              </w:rPr>
              <w:t>лушыболмаса, «Жіберу» батырмасынбаспа</w:t>
            </w:r>
            <w:r w:rsidRPr="0033741E">
              <w:rPr>
                <w:rFonts w:ascii="Cambria" w:hAnsi="Cambria" w:cs="Cambria"/>
                <w:color w:val="595959"/>
                <w:sz w:val="17"/>
                <w:lang w:val="ru-RU"/>
              </w:rPr>
              <w:t>ң</w:t>
            </w:r>
            <w:r w:rsidRPr="0033741E">
              <w:rPr>
                <w:rFonts w:ascii="Book Antiqua" w:hAnsi="Book Antiqua" w:cs="Book Antiqua"/>
                <w:color w:val="595959"/>
                <w:sz w:val="17"/>
                <w:lang w:val="ru-RU"/>
              </w:rPr>
              <w:t>ыз</w:t>
            </w:r>
            <w:r w:rsidRPr="0033741E">
              <w:rPr>
                <w:rFonts w:ascii="Book Antiqua" w:hAnsi="Book Antiqua"/>
                <w:color w:val="595959"/>
                <w:sz w:val="17"/>
                <w:lang w:val="ru-RU"/>
              </w:rPr>
              <w:t>.</w:t>
            </w:r>
          </w:p>
        </w:tc>
      </w:tr>
      <w:tr w:rsidR="00163607" w:rsidRPr="0033741E">
        <w:trPr>
          <w:cantSplit/>
          <w:jc w:val="center"/>
        </w:trPr>
        <w:tc>
          <w:tcPr>
            <w:tcW w:w="1134" w:type="dxa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163607" w:rsidRPr="0033741E" w:rsidRDefault="00A83174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b/>
                <w:sz w:val="17"/>
              </w:rPr>
              <w:t>36–38</w:t>
            </w:r>
          </w:p>
        </w:tc>
        <w:tc>
          <w:tcPr>
            <w:tcW w:w="6690" w:type="dxa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163607" w:rsidRPr="0033741E" w:rsidRDefault="00A83174">
            <w:pPr>
              <w:spacing w:after="0" w:line="240" w:lineRule="auto"/>
              <w:rPr>
                <w:rFonts w:ascii="Book Antiqua" w:hAnsi="Book Antiqua"/>
                <w:lang w:val="ru-RU"/>
              </w:rPr>
            </w:pPr>
            <w:r w:rsidRPr="0033741E">
              <w:rPr>
                <w:rFonts w:ascii="Cambria" w:hAnsi="Cambria" w:cs="Cambria"/>
                <w:sz w:val="18"/>
                <w:lang w:val="ru-RU"/>
              </w:rPr>
              <w:t>Ү</w:t>
            </w:r>
            <w:r w:rsidRPr="0033741E">
              <w:rPr>
                <w:rFonts w:ascii="Book Antiqua" w:hAnsi="Book Antiqua" w:cs="Book Antiqua"/>
                <w:sz w:val="18"/>
                <w:lang w:val="ru-RU"/>
              </w:rPr>
              <w:t>ш</w:t>
            </w:r>
            <w:r w:rsidRPr="0033741E">
              <w:rPr>
                <w:rFonts w:ascii="Book Antiqua" w:hAnsi="Book Antiqua"/>
                <w:sz w:val="18"/>
                <w:lang w:val="ru-RU"/>
              </w:rPr>
              <w:t xml:space="preserve"> сапа </w:t>
            </w:r>
            <w:r w:rsidRPr="0033741E">
              <w:rPr>
                <w:rFonts w:ascii="Cambria" w:hAnsi="Cambria" w:cs="Cambria"/>
                <w:sz w:val="18"/>
                <w:lang w:val="ru-RU"/>
              </w:rPr>
              <w:t>қ</w:t>
            </w:r>
            <w:r w:rsidRPr="0033741E">
              <w:rPr>
                <w:rFonts w:ascii="Book Antiqua" w:hAnsi="Book Antiqua" w:cs="Book Antiqua"/>
                <w:sz w:val="18"/>
                <w:lang w:val="ru-RU"/>
              </w:rPr>
              <w:t>а</w:t>
            </w:r>
            <w:r w:rsidRPr="0033741E">
              <w:rPr>
                <w:rFonts w:ascii="Cambria" w:hAnsi="Cambria" w:cs="Cambria"/>
                <w:sz w:val="18"/>
                <w:lang w:val="ru-RU"/>
              </w:rPr>
              <w:t>ғ</w:t>
            </w:r>
            <w:r w:rsidRPr="0033741E">
              <w:rPr>
                <w:rFonts w:ascii="Book Antiqua" w:hAnsi="Book Antiqua" w:cs="Book Antiqua"/>
                <w:sz w:val="18"/>
                <w:lang w:val="ru-RU"/>
              </w:rPr>
              <w:t>идатынестеса</w:t>
            </w:r>
            <w:r w:rsidRPr="0033741E">
              <w:rPr>
                <w:rFonts w:ascii="Cambria" w:hAnsi="Cambria" w:cs="Cambria"/>
                <w:sz w:val="18"/>
                <w:lang w:val="ru-RU"/>
              </w:rPr>
              <w:t>қ</w:t>
            </w:r>
            <w:r w:rsidRPr="0033741E">
              <w:rPr>
                <w:rFonts w:ascii="Book Antiqua" w:hAnsi="Book Antiqua" w:cs="Book Antiqua"/>
                <w:sz w:val="18"/>
                <w:lang w:val="ru-RU"/>
              </w:rPr>
              <w:t>та</w:t>
            </w:r>
            <w:r w:rsidRPr="0033741E">
              <w:rPr>
                <w:rFonts w:ascii="Cambria" w:hAnsi="Cambria" w:cs="Cambria"/>
                <w:sz w:val="18"/>
                <w:lang w:val="ru-RU"/>
              </w:rPr>
              <w:t>ң</w:t>
            </w:r>
            <w:r w:rsidRPr="0033741E">
              <w:rPr>
                <w:rFonts w:ascii="Book Antiqua" w:hAnsi="Book Antiqua" w:cs="Book Antiqua"/>
                <w:sz w:val="18"/>
                <w:lang w:val="ru-RU"/>
              </w:rPr>
              <w:t>ыз</w:t>
            </w:r>
            <w:r w:rsidRPr="0033741E">
              <w:rPr>
                <w:rFonts w:ascii="Book Antiqua" w:hAnsi="Book Antiqua"/>
                <w:sz w:val="18"/>
                <w:lang w:val="ru-RU"/>
              </w:rPr>
              <w:t xml:space="preserve">. </w:t>
            </w:r>
            <w:r w:rsidRPr="0033741E">
              <w:rPr>
                <w:rFonts w:ascii="Book Antiqua" w:hAnsi="Book Antiqua" w:cs="Book Antiqua"/>
                <w:sz w:val="18"/>
                <w:lang w:val="ru-RU"/>
              </w:rPr>
              <w:t>Біріншісі</w:t>
            </w:r>
            <w:r w:rsidR="0033741E" w:rsidRPr="0033741E">
              <w:rPr>
                <w:rFonts w:ascii="Book Antiqua" w:hAnsi="Book Antiqua"/>
                <w:sz w:val="18"/>
                <w:lang w:val="ru-RU"/>
              </w:rPr>
              <w:t>–</w:t>
            </w:r>
            <w:r w:rsidRPr="0033741E">
              <w:rPr>
                <w:rFonts w:ascii="Book Antiqua" w:hAnsi="Book Antiqua"/>
                <w:sz w:val="18"/>
                <w:lang w:val="ru-RU"/>
              </w:rPr>
              <w:t>ба</w:t>
            </w:r>
            <w:r w:rsidRPr="0033741E">
              <w:rPr>
                <w:rFonts w:ascii="Cambria" w:hAnsi="Cambria" w:cs="Cambria"/>
                <w:sz w:val="18"/>
                <w:lang w:val="ru-RU"/>
              </w:rPr>
              <w:t>ғ</w:t>
            </w:r>
            <w:r w:rsidRPr="0033741E">
              <w:rPr>
                <w:rFonts w:ascii="Book Antiqua" w:hAnsi="Book Antiqua" w:cs="Book Antiqua"/>
                <w:sz w:val="18"/>
                <w:lang w:val="ru-RU"/>
              </w:rPr>
              <w:t>алаунемесета</w:t>
            </w:r>
            <w:r w:rsidRPr="0033741E">
              <w:rPr>
                <w:rFonts w:ascii="Cambria" w:hAnsi="Cambria" w:cs="Cambria"/>
                <w:sz w:val="18"/>
                <w:lang w:val="ru-RU"/>
              </w:rPr>
              <w:t>ң</w:t>
            </w:r>
            <w:r w:rsidRPr="0033741E">
              <w:rPr>
                <w:rFonts w:ascii="Book Antiqua" w:hAnsi="Book Antiqua" w:cs="Book Antiqua"/>
                <w:sz w:val="18"/>
                <w:lang w:val="ru-RU"/>
              </w:rPr>
              <w:t>баемес</w:t>
            </w:r>
            <w:r w:rsidRPr="0033741E">
              <w:rPr>
                <w:rFonts w:ascii="Book Antiqua" w:hAnsi="Book Antiqua"/>
                <w:sz w:val="18"/>
                <w:lang w:val="ru-RU"/>
              </w:rPr>
              <w:t xml:space="preserve">, </w:t>
            </w:r>
            <w:r w:rsidRPr="0033741E">
              <w:rPr>
                <w:rFonts w:ascii="Book Antiqua" w:hAnsi="Book Antiqua" w:cs="Book Antiqua"/>
                <w:sz w:val="18"/>
                <w:lang w:val="ru-RU"/>
              </w:rPr>
              <w:t>на</w:t>
            </w:r>
            <w:r w:rsidRPr="0033741E">
              <w:rPr>
                <w:rFonts w:ascii="Cambria" w:hAnsi="Cambria" w:cs="Cambria"/>
                <w:sz w:val="18"/>
                <w:lang w:val="ru-RU"/>
              </w:rPr>
              <w:t>қ</w:t>
            </w:r>
            <w:r w:rsidRPr="0033741E">
              <w:rPr>
                <w:rFonts w:ascii="Book Antiqua" w:hAnsi="Book Antiqua" w:cs="Book Antiqua"/>
                <w:sz w:val="18"/>
                <w:lang w:val="ru-RU"/>
              </w:rPr>
              <w:t>тыба</w:t>
            </w:r>
            <w:r w:rsidRPr="0033741E">
              <w:rPr>
                <w:rFonts w:ascii="Cambria" w:hAnsi="Cambria" w:cs="Cambria"/>
                <w:sz w:val="18"/>
                <w:lang w:val="ru-RU"/>
              </w:rPr>
              <w:t>қ</w:t>
            </w:r>
            <w:r w:rsidRPr="0033741E">
              <w:rPr>
                <w:rFonts w:ascii="Book Antiqua" w:hAnsi="Book Antiqua" w:cs="Book Antiqua"/>
                <w:sz w:val="18"/>
                <w:lang w:val="ru-RU"/>
              </w:rPr>
              <w:t>ылаудытіркеу</w:t>
            </w:r>
            <w:r w:rsidRPr="0033741E">
              <w:rPr>
                <w:rFonts w:ascii="Book Antiqua" w:hAnsi="Book Antiqua"/>
                <w:sz w:val="18"/>
                <w:lang w:val="ru-RU"/>
              </w:rPr>
              <w:t xml:space="preserve">. </w:t>
            </w:r>
            <w:r w:rsidRPr="0033741E">
              <w:rPr>
                <w:rFonts w:ascii="Book Antiqua" w:hAnsi="Book Antiqua" w:cs="Book Antiqua"/>
                <w:sz w:val="18"/>
                <w:lang w:val="ru-RU"/>
              </w:rPr>
              <w:t>Екіншісі</w:t>
            </w:r>
            <w:r w:rsidR="0033741E" w:rsidRPr="0033741E">
              <w:rPr>
                <w:rFonts w:ascii="Book Antiqua" w:hAnsi="Book Antiqua"/>
                <w:sz w:val="18"/>
                <w:lang w:val="ru-RU"/>
              </w:rPr>
              <w:t>–</w:t>
            </w:r>
            <w:r w:rsidRPr="0033741E">
              <w:rPr>
                <w:rFonts w:ascii="Cambria" w:hAnsi="Cambria" w:cs="Cambria"/>
                <w:sz w:val="18"/>
                <w:lang w:val="ru-RU"/>
              </w:rPr>
              <w:t>қ</w:t>
            </w:r>
            <w:r w:rsidRPr="0033741E">
              <w:rPr>
                <w:rFonts w:ascii="Book Antiqua" w:hAnsi="Book Antiqua" w:cs="Book Antiqua"/>
                <w:sz w:val="18"/>
                <w:lang w:val="ru-RU"/>
              </w:rPr>
              <w:t>андайдабір</w:t>
            </w:r>
            <w:r w:rsidRPr="0033741E">
              <w:rPr>
                <w:rFonts w:ascii="Cambria" w:hAnsi="Cambria" w:cs="Cambria"/>
                <w:sz w:val="18"/>
                <w:lang w:val="ru-RU"/>
              </w:rPr>
              <w:t>ә</w:t>
            </w:r>
            <w:r w:rsidRPr="0033741E">
              <w:rPr>
                <w:rFonts w:ascii="Book Antiqua" w:hAnsi="Book Antiqua" w:cs="Book Antiqua"/>
                <w:sz w:val="18"/>
                <w:lang w:val="ru-RU"/>
              </w:rPr>
              <w:t>рекетжасалса</w:t>
            </w:r>
            <w:r w:rsidRPr="0033741E">
              <w:rPr>
                <w:rFonts w:ascii="Book Antiqua" w:hAnsi="Book Antiqua"/>
                <w:sz w:val="18"/>
                <w:lang w:val="ru-RU"/>
              </w:rPr>
              <w:t xml:space="preserve">, </w:t>
            </w:r>
            <w:r w:rsidRPr="0033741E">
              <w:rPr>
                <w:rFonts w:ascii="Book Antiqua" w:hAnsi="Book Antiqua" w:cs="Book Antiqua"/>
                <w:sz w:val="18"/>
                <w:lang w:val="ru-RU"/>
              </w:rPr>
              <w:t>оныж</w:t>
            </w:r>
            <w:r w:rsidRPr="0033741E">
              <w:rPr>
                <w:rFonts w:ascii="Cambria" w:hAnsi="Cambria" w:cs="Cambria"/>
                <w:sz w:val="18"/>
                <w:lang w:val="ru-RU"/>
              </w:rPr>
              <w:t>ү</w:t>
            </w:r>
            <w:r w:rsidRPr="0033741E">
              <w:rPr>
                <w:rFonts w:ascii="Book Antiqua" w:hAnsi="Book Antiqua" w:cs="Book Antiqua"/>
                <w:sz w:val="18"/>
                <w:lang w:val="ru-RU"/>
              </w:rPr>
              <w:t>йедек</w:t>
            </w:r>
            <w:r w:rsidRPr="0033741E">
              <w:rPr>
                <w:rFonts w:ascii="Cambria" w:hAnsi="Cambria" w:cs="Cambria"/>
                <w:sz w:val="18"/>
                <w:lang w:val="ru-RU"/>
              </w:rPr>
              <w:t>ө</w:t>
            </w:r>
            <w:r w:rsidRPr="0033741E">
              <w:rPr>
                <w:rFonts w:ascii="Book Antiqua" w:hAnsi="Book Antiqua" w:cs="Book Antiqua"/>
                <w:sz w:val="18"/>
                <w:lang w:val="ru-RU"/>
              </w:rPr>
              <w:t>рсету</w:t>
            </w:r>
            <w:r w:rsidRPr="0033741E">
              <w:rPr>
                <w:rFonts w:ascii="Book Antiqua" w:hAnsi="Book Antiqua"/>
                <w:sz w:val="18"/>
                <w:lang w:val="ru-RU"/>
              </w:rPr>
              <w:t xml:space="preserve">. </w:t>
            </w:r>
            <w:r w:rsidRPr="0033741E">
              <w:rPr>
                <w:rFonts w:ascii="Cambria" w:hAnsi="Cambria" w:cs="Cambria"/>
                <w:sz w:val="18"/>
                <w:lang w:val="ru-RU"/>
              </w:rPr>
              <w:t>Ү</w:t>
            </w:r>
            <w:r w:rsidRPr="0033741E">
              <w:rPr>
                <w:rFonts w:ascii="Book Antiqua" w:hAnsi="Book Antiqua" w:cs="Book Antiqua"/>
                <w:sz w:val="18"/>
                <w:lang w:val="ru-RU"/>
              </w:rPr>
              <w:t>шіншісі</w:t>
            </w:r>
            <w:r w:rsidR="0033741E" w:rsidRPr="0033741E">
              <w:rPr>
                <w:rFonts w:ascii="Book Antiqua" w:hAnsi="Book Antiqua"/>
                <w:sz w:val="18"/>
                <w:lang w:val="ru-RU"/>
              </w:rPr>
              <w:t>–</w:t>
            </w:r>
            <w:r w:rsidRPr="0033741E">
              <w:rPr>
                <w:rFonts w:ascii="Book Antiqua" w:hAnsi="Book Antiqua"/>
                <w:sz w:val="18"/>
                <w:lang w:val="ru-RU"/>
              </w:rPr>
              <w:t>маманны</w:t>
            </w:r>
            <w:r w:rsidRPr="0033741E">
              <w:rPr>
                <w:rFonts w:ascii="Cambria" w:hAnsi="Cambria" w:cs="Cambria"/>
                <w:sz w:val="18"/>
                <w:lang w:val="ru-RU"/>
              </w:rPr>
              <w:t>ң</w:t>
            </w:r>
            <w:r w:rsidRPr="0033741E">
              <w:rPr>
                <w:rFonts w:ascii="Book Antiqua" w:hAnsi="Book Antiqua" w:cs="Book Antiqua"/>
                <w:sz w:val="18"/>
                <w:lang w:val="ru-RU"/>
              </w:rPr>
              <w:t>к</w:t>
            </w:r>
            <w:r w:rsidRPr="0033741E">
              <w:rPr>
                <w:rFonts w:ascii="Cambria" w:hAnsi="Cambria" w:cs="Cambria"/>
                <w:sz w:val="18"/>
                <w:lang w:val="ru-RU"/>
              </w:rPr>
              <w:t>ө</w:t>
            </w:r>
            <w:r w:rsidRPr="0033741E">
              <w:rPr>
                <w:rFonts w:ascii="Book Antiqua" w:hAnsi="Book Antiqua" w:cs="Book Antiqua"/>
                <w:sz w:val="18"/>
                <w:lang w:val="ru-RU"/>
              </w:rPr>
              <w:t>мегі</w:t>
            </w:r>
            <w:r w:rsidRPr="0033741E">
              <w:rPr>
                <w:rFonts w:ascii="Cambria" w:hAnsi="Cambria" w:cs="Cambria"/>
                <w:sz w:val="18"/>
                <w:lang w:val="ru-RU"/>
              </w:rPr>
              <w:t>қ</w:t>
            </w:r>
            <w:r w:rsidRPr="0033741E">
              <w:rPr>
                <w:rFonts w:ascii="Book Antiqua" w:hAnsi="Book Antiqua" w:cs="Book Antiqua"/>
                <w:sz w:val="18"/>
                <w:lang w:val="ru-RU"/>
              </w:rPr>
              <w:t>ажетболса</w:t>
            </w:r>
            <w:r w:rsidRPr="0033741E">
              <w:rPr>
                <w:rFonts w:ascii="Book Antiqua" w:hAnsi="Book Antiqua"/>
                <w:sz w:val="18"/>
                <w:lang w:val="ru-RU"/>
              </w:rPr>
              <w:t xml:space="preserve">, </w:t>
            </w:r>
            <w:r w:rsidRPr="0033741E">
              <w:rPr>
                <w:rFonts w:ascii="Book Antiqua" w:hAnsi="Book Antiqua" w:cs="Book Antiqua"/>
                <w:sz w:val="18"/>
                <w:lang w:val="ru-RU"/>
              </w:rPr>
              <w:t>с</w:t>
            </w:r>
            <w:r w:rsidRPr="0033741E">
              <w:rPr>
                <w:rFonts w:ascii="Cambria" w:hAnsi="Cambria" w:cs="Cambria"/>
                <w:sz w:val="18"/>
                <w:lang w:val="ru-RU"/>
              </w:rPr>
              <w:t>ұ</w:t>
            </w:r>
            <w:r w:rsidRPr="0033741E">
              <w:rPr>
                <w:rFonts w:ascii="Book Antiqua" w:hAnsi="Book Antiqua" w:cs="Book Antiqua"/>
                <w:sz w:val="18"/>
                <w:lang w:val="ru-RU"/>
              </w:rPr>
              <w:t>рауда</w:t>
            </w:r>
            <w:r w:rsidRPr="0033741E">
              <w:rPr>
                <w:rFonts w:ascii="Book Antiqua" w:hAnsi="Book Antiqua"/>
                <w:sz w:val="18"/>
                <w:lang w:val="ru-RU"/>
              </w:rPr>
              <w:t>келесімаманж</w:t>
            </w:r>
            <w:r w:rsidRPr="0033741E">
              <w:rPr>
                <w:rFonts w:ascii="Cambria" w:hAnsi="Cambria" w:cs="Cambria"/>
                <w:sz w:val="18"/>
                <w:lang w:val="ru-RU"/>
              </w:rPr>
              <w:t>ұ</w:t>
            </w:r>
            <w:r w:rsidRPr="0033741E">
              <w:rPr>
                <w:rFonts w:ascii="Book Antiqua" w:hAnsi="Book Antiqua" w:cs="Book Antiqua"/>
                <w:sz w:val="18"/>
                <w:lang w:val="ru-RU"/>
              </w:rPr>
              <w:t>мыстынеденбастаукеректігінт</w:t>
            </w:r>
            <w:r w:rsidRPr="0033741E">
              <w:rPr>
                <w:rFonts w:ascii="Cambria" w:hAnsi="Cambria" w:cs="Cambria"/>
                <w:sz w:val="18"/>
                <w:lang w:val="ru-RU"/>
              </w:rPr>
              <w:t>ү</w:t>
            </w:r>
            <w:r w:rsidRPr="0033741E">
              <w:rPr>
                <w:rFonts w:ascii="Book Antiqua" w:hAnsi="Book Antiqua" w:cs="Book Antiqua"/>
                <w:sz w:val="18"/>
                <w:lang w:val="ru-RU"/>
              </w:rPr>
              <w:t>сінетіндейжеткіліктіфактіболуытиіс</w:t>
            </w:r>
            <w:r w:rsidRPr="0033741E">
              <w:rPr>
                <w:rFonts w:ascii="Book Antiqua" w:hAnsi="Book Antiqua"/>
                <w:sz w:val="18"/>
                <w:lang w:val="ru-RU"/>
              </w:rPr>
              <w:t xml:space="preserve">. </w:t>
            </w:r>
            <w:r w:rsidRPr="0033741E">
              <w:rPr>
                <w:rFonts w:ascii="Book Antiqua" w:hAnsi="Book Antiqua" w:cs="Book Antiqua"/>
                <w:sz w:val="18"/>
                <w:lang w:val="ru-RU"/>
              </w:rPr>
              <w:t>А</w:t>
            </w:r>
            <w:r w:rsidRPr="0033741E">
              <w:rPr>
                <w:rFonts w:ascii="Cambria" w:hAnsi="Cambria" w:cs="Cambria"/>
                <w:sz w:val="18"/>
                <w:lang w:val="ru-RU"/>
              </w:rPr>
              <w:t>қ</w:t>
            </w:r>
            <w:r w:rsidRPr="0033741E">
              <w:rPr>
                <w:rFonts w:ascii="Book Antiqua" w:hAnsi="Book Antiqua" w:cs="Book Antiqua"/>
                <w:sz w:val="18"/>
                <w:lang w:val="ru-RU"/>
              </w:rPr>
              <w:t>паратты</w:t>
            </w:r>
            <w:r w:rsidRPr="0033741E">
              <w:rPr>
                <w:rFonts w:ascii="Cambria" w:hAnsi="Cambria" w:cs="Cambria"/>
                <w:sz w:val="18"/>
                <w:lang w:val="ru-RU"/>
              </w:rPr>
              <w:t>ң</w:t>
            </w:r>
            <w:r w:rsidRPr="0033741E">
              <w:rPr>
                <w:rFonts w:ascii="Book Antiqua" w:hAnsi="Book Antiqua" w:cs="Book Antiqua"/>
                <w:sz w:val="18"/>
                <w:lang w:val="ru-RU"/>
              </w:rPr>
              <w:t>сапасыс</w:t>
            </w:r>
            <w:r w:rsidRPr="0033741E">
              <w:rPr>
                <w:rFonts w:ascii="Cambria" w:hAnsi="Cambria" w:cs="Cambria"/>
                <w:sz w:val="18"/>
                <w:lang w:val="ru-RU"/>
              </w:rPr>
              <w:t>ү</w:t>
            </w:r>
            <w:r w:rsidRPr="0033741E">
              <w:rPr>
                <w:rFonts w:ascii="Book Antiqua" w:hAnsi="Book Antiqua" w:cs="Book Antiqua"/>
                <w:sz w:val="18"/>
                <w:lang w:val="ru-RU"/>
              </w:rPr>
              <w:t>йемелдеуді</w:t>
            </w:r>
            <w:r w:rsidRPr="0033741E">
              <w:rPr>
                <w:rFonts w:ascii="Cambria" w:hAnsi="Cambria" w:cs="Cambria"/>
                <w:sz w:val="18"/>
                <w:lang w:val="ru-RU"/>
              </w:rPr>
              <w:t>ң</w:t>
            </w:r>
            <w:r w:rsidRPr="0033741E">
              <w:rPr>
                <w:rFonts w:ascii="Book Antiqua" w:hAnsi="Book Antiqua" w:cs="Book Antiqua"/>
                <w:sz w:val="18"/>
                <w:lang w:val="ru-RU"/>
              </w:rPr>
              <w:t>келесіде</w:t>
            </w:r>
            <w:r w:rsidRPr="0033741E">
              <w:rPr>
                <w:rFonts w:ascii="Cambria" w:hAnsi="Cambria" w:cs="Cambria"/>
                <w:sz w:val="18"/>
                <w:lang w:val="ru-RU"/>
              </w:rPr>
              <w:t>ң</w:t>
            </w:r>
            <w:r w:rsidRPr="0033741E">
              <w:rPr>
                <w:rFonts w:ascii="Book Antiqua" w:hAnsi="Book Antiqua" w:cs="Book Antiqua"/>
                <w:sz w:val="18"/>
                <w:lang w:val="ru-RU"/>
              </w:rPr>
              <w:t>гейлеріндеосылайса</w:t>
            </w:r>
            <w:r w:rsidRPr="0033741E">
              <w:rPr>
                <w:rFonts w:ascii="Cambria" w:hAnsi="Cambria" w:cs="Cambria"/>
                <w:sz w:val="18"/>
                <w:lang w:val="ru-RU"/>
              </w:rPr>
              <w:t>қ</w:t>
            </w:r>
            <w:r w:rsidRPr="0033741E">
              <w:rPr>
                <w:rFonts w:ascii="Book Antiqua" w:hAnsi="Book Antiqua" w:cs="Book Antiqua"/>
                <w:sz w:val="18"/>
                <w:lang w:val="ru-RU"/>
              </w:rPr>
              <w:t>талады</w:t>
            </w:r>
            <w:r w:rsidRPr="0033741E">
              <w:rPr>
                <w:rFonts w:ascii="Book Antiqua" w:hAnsi="Book Antiqua"/>
                <w:sz w:val="18"/>
                <w:lang w:val="ru-RU"/>
              </w:rPr>
              <w:t>.</w:t>
            </w:r>
          </w:p>
        </w:tc>
        <w:tc>
          <w:tcPr>
            <w:tcW w:w="4309" w:type="dxa"/>
            <w:shd w:val="clear" w:color="auto" w:fill="FFF2CC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163607" w:rsidRPr="0033741E" w:rsidRDefault="00A83174">
            <w:pPr>
              <w:spacing w:after="0" w:line="240" w:lineRule="auto"/>
              <w:rPr>
                <w:rFonts w:ascii="Book Antiqua" w:hAnsi="Book Antiqua"/>
              </w:rPr>
            </w:pPr>
            <w:r w:rsidRPr="0033741E">
              <w:rPr>
                <w:rFonts w:ascii="Cambria" w:hAnsi="Cambria" w:cs="Cambria"/>
                <w:sz w:val="17"/>
              </w:rPr>
              <w:t>Ү</w:t>
            </w:r>
            <w:r w:rsidRPr="0033741E">
              <w:rPr>
                <w:rFonts w:ascii="Book Antiqua" w:hAnsi="Book Antiqua" w:cs="Book Antiqua"/>
                <w:sz w:val="17"/>
              </w:rPr>
              <w:t>ш</w:t>
            </w:r>
            <w:r w:rsidRPr="0033741E">
              <w:rPr>
                <w:rFonts w:ascii="Cambria" w:hAnsi="Cambria" w:cs="Cambria"/>
                <w:sz w:val="17"/>
              </w:rPr>
              <w:t>қ</w:t>
            </w:r>
            <w:r w:rsidRPr="0033741E">
              <w:rPr>
                <w:rFonts w:ascii="Book Antiqua" w:hAnsi="Book Antiqua" w:cs="Book Antiqua"/>
                <w:sz w:val="17"/>
              </w:rPr>
              <w:t>а</w:t>
            </w:r>
            <w:r w:rsidRPr="0033741E">
              <w:rPr>
                <w:rFonts w:ascii="Cambria" w:hAnsi="Cambria" w:cs="Cambria"/>
                <w:sz w:val="17"/>
              </w:rPr>
              <w:t>ғ</w:t>
            </w:r>
            <w:r w:rsidRPr="0033741E">
              <w:rPr>
                <w:rFonts w:ascii="Book Antiqua" w:hAnsi="Book Antiqua" w:cs="Book Antiqua"/>
                <w:sz w:val="17"/>
              </w:rPr>
              <w:t>идак</w:t>
            </w:r>
            <w:r w:rsidRPr="0033741E">
              <w:rPr>
                <w:rFonts w:ascii="Cambria" w:hAnsi="Cambria" w:cs="Cambria"/>
                <w:sz w:val="17"/>
              </w:rPr>
              <w:t>ө</w:t>
            </w:r>
            <w:r w:rsidRPr="0033741E">
              <w:rPr>
                <w:rFonts w:ascii="Book Antiqua" w:hAnsi="Book Antiqua" w:cs="Book Antiqua"/>
                <w:sz w:val="17"/>
              </w:rPr>
              <w:t>рсетілген</w:t>
            </w:r>
            <w:r w:rsidRPr="0033741E">
              <w:rPr>
                <w:rFonts w:ascii="Cambria" w:hAnsi="Cambria" w:cs="Cambria"/>
                <w:sz w:val="17"/>
              </w:rPr>
              <w:t>қ</w:t>
            </w:r>
            <w:r w:rsidRPr="0033741E">
              <w:rPr>
                <w:rFonts w:ascii="Book Antiqua" w:hAnsi="Book Antiqua" w:cs="Book Antiqua"/>
                <w:sz w:val="17"/>
              </w:rPr>
              <w:t>ыс</w:t>
            </w:r>
            <w:r w:rsidRPr="0033741E">
              <w:rPr>
                <w:rFonts w:ascii="Cambria" w:hAnsi="Cambria" w:cs="Cambria"/>
                <w:sz w:val="17"/>
              </w:rPr>
              <w:t>қ</w:t>
            </w:r>
            <w:r w:rsidRPr="0033741E">
              <w:rPr>
                <w:rFonts w:ascii="Book Antiqua" w:hAnsi="Book Antiqua" w:cs="Book Antiqua"/>
                <w:sz w:val="17"/>
              </w:rPr>
              <w:t>а</w:t>
            </w:r>
            <w:r w:rsidRPr="0033741E">
              <w:rPr>
                <w:rFonts w:ascii="Cambria" w:hAnsi="Cambria" w:cs="Cambria"/>
                <w:sz w:val="17"/>
              </w:rPr>
              <w:t>қ</w:t>
            </w:r>
            <w:r w:rsidRPr="0033741E">
              <w:rPr>
                <w:rFonts w:ascii="Book Antiqua" w:hAnsi="Book Antiqua" w:cs="Book Antiqua"/>
                <w:sz w:val="17"/>
              </w:rPr>
              <w:t>орытындыслайдтыашунемесекейсбойынша</w:t>
            </w:r>
            <w:r w:rsidRPr="0033741E">
              <w:rPr>
                <w:rFonts w:ascii="Cambria" w:hAnsi="Cambria" w:cs="Cambria"/>
                <w:sz w:val="17"/>
              </w:rPr>
              <w:t>ә</w:t>
            </w:r>
            <w:r w:rsidRPr="0033741E">
              <w:rPr>
                <w:rFonts w:ascii="Book Antiqua" w:hAnsi="Book Antiqua" w:cs="Book Antiqua"/>
                <w:sz w:val="17"/>
              </w:rPr>
              <w:t>рекеттертарихынашы</w:t>
            </w:r>
            <w:r w:rsidRPr="0033741E">
              <w:rPr>
                <w:rFonts w:ascii="Cambria" w:hAnsi="Cambria" w:cs="Cambria"/>
                <w:sz w:val="17"/>
              </w:rPr>
              <w:t>ққ</w:t>
            </w:r>
            <w:r w:rsidRPr="0033741E">
              <w:rPr>
                <w:rFonts w:ascii="Book Antiqua" w:hAnsi="Book Antiqua" w:cs="Book Antiqua"/>
                <w:sz w:val="17"/>
              </w:rPr>
              <w:t>алдыру</w:t>
            </w:r>
            <w:r w:rsidRPr="0033741E">
              <w:rPr>
                <w:rFonts w:ascii="Book Antiqua" w:hAnsi="Book Antiqua"/>
                <w:sz w:val="17"/>
              </w:rPr>
              <w:t>.</w:t>
            </w:r>
          </w:p>
        </w:tc>
        <w:tc>
          <w:tcPr>
            <w:tcW w:w="3628" w:type="dxa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163607" w:rsidRPr="0033741E" w:rsidRDefault="00A83174">
            <w:pPr>
              <w:spacing w:after="0" w:line="240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color w:val="595959"/>
                <w:sz w:val="17"/>
              </w:rPr>
              <w:t>Б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ұ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л</w:t>
            </w:r>
            <w:r w:rsidR="0033741E" w:rsidRPr="0033741E">
              <w:rPr>
                <w:rFonts w:ascii="Book Antiqua" w:hAnsi="Book Antiqua"/>
                <w:color w:val="595959"/>
                <w:sz w:val="17"/>
              </w:rPr>
              <w:t>–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ә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дістемелік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қ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орытынды</w:t>
            </w:r>
            <w:r w:rsidRPr="0033741E">
              <w:rPr>
                <w:rFonts w:ascii="Book Antiqua" w:hAnsi="Book Antiqua"/>
                <w:color w:val="595959"/>
                <w:sz w:val="17"/>
              </w:rPr>
              <w:t xml:space="preserve">. 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Жа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ң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аб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ө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лімашпа</w:t>
            </w:r>
            <w:r w:rsidRPr="0033741E">
              <w:rPr>
                <w:rFonts w:ascii="Cambria" w:hAnsi="Cambria" w:cs="Cambria"/>
                <w:color w:val="595959"/>
                <w:sz w:val="17"/>
              </w:rPr>
              <w:t>ң</w:t>
            </w:r>
            <w:r w:rsidRPr="0033741E">
              <w:rPr>
                <w:rFonts w:ascii="Book Antiqua" w:hAnsi="Book Antiqua" w:cs="Book Antiqua"/>
                <w:color w:val="595959"/>
                <w:sz w:val="17"/>
              </w:rPr>
              <w:t>ыз</w:t>
            </w:r>
            <w:r w:rsidRPr="0033741E">
              <w:rPr>
                <w:rFonts w:ascii="Book Antiqua" w:hAnsi="Book Antiqua"/>
                <w:color w:val="595959"/>
                <w:sz w:val="17"/>
              </w:rPr>
              <w:t>.</w:t>
            </w:r>
          </w:p>
        </w:tc>
      </w:tr>
      <w:tr w:rsidR="00163607" w:rsidRPr="0033741E">
        <w:trPr>
          <w:cantSplit/>
          <w:jc w:val="center"/>
        </w:trPr>
        <w:tc>
          <w:tcPr>
            <w:tcW w:w="1134" w:type="dxa"/>
            <w:shd w:val="clear" w:color="auto" w:fill="F7F9FB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163607" w:rsidRPr="0033741E" w:rsidRDefault="00A83174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b/>
                <w:sz w:val="17"/>
              </w:rPr>
              <w:t>38–40</w:t>
            </w:r>
          </w:p>
        </w:tc>
        <w:tc>
          <w:tcPr>
            <w:tcW w:w="6690" w:type="dxa"/>
            <w:shd w:val="clear" w:color="auto" w:fill="F7F9FB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163607" w:rsidRPr="0033741E" w:rsidRDefault="00A83174">
            <w:pPr>
              <w:spacing w:after="0" w:line="240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sz w:val="18"/>
              </w:rPr>
              <w:t>На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тытехникалы</w:t>
            </w:r>
            <w:r w:rsidRPr="0033741E">
              <w:rPr>
                <w:rFonts w:ascii="Cambria" w:hAnsi="Cambria" w:cs="Cambria"/>
                <w:sz w:val="18"/>
              </w:rPr>
              <w:t>қә</w:t>
            </w:r>
            <w:r w:rsidRPr="0033741E">
              <w:rPr>
                <w:rFonts w:ascii="Book Antiqua" w:hAnsi="Book Antiqua" w:cs="Book Antiqua"/>
                <w:sz w:val="18"/>
              </w:rPr>
              <w:t>рекеттердіплатформада</w:t>
            </w:r>
            <w:r w:rsidRPr="0033741E">
              <w:rPr>
                <w:rFonts w:ascii="Cambria" w:hAnsi="Cambria" w:cs="Cambria"/>
                <w:sz w:val="18"/>
              </w:rPr>
              <w:t>ғ</w:t>
            </w:r>
            <w:r w:rsidRPr="0033741E">
              <w:rPr>
                <w:rFonts w:ascii="Book Antiqua" w:hAnsi="Book Antiqua" w:cs="Book Antiqua"/>
                <w:sz w:val="18"/>
              </w:rPr>
              <w:t>ыбейнен</w:t>
            </w:r>
            <w:r w:rsidRPr="0033741E">
              <w:rPr>
                <w:rFonts w:ascii="Cambria" w:hAnsi="Cambria" w:cs="Cambria"/>
                <w:sz w:val="18"/>
              </w:rPr>
              <w:t>ұ</w:t>
            </w:r>
            <w:r w:rsidRPr="0033741E">
              <w:rPr>
                <w:rFonts w:ascii="Book Antiqua" w:hAnsi="Book Antiqua" w:cs="Book Antiqua"/>
                <w:sz w:val="18"/>
              </w:rPr>
              <w:t>с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аулы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тарар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ылы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айта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арау</w:t>
            </w:r>
            <w:r w:rsidRPr="0033741E">
              <w:rPr>
                <w:rFonts w:ascii="Cambria" w:hAnsi="Cambria" w:cs="Cambria"/>
                <w:sz w:val="18"/>
              </w:rPr>
              <w:t>ғ</w:t>
            </w:r>
            <w:r w:rsidRPr="0033741E">
              <w:rPr>
                <w:rFonts w:ascii="Book Antiqua" w:hAnsi="Book Antiqua" w:cs="Book Antiqua"/>
                <w:sz w:val="18"/>
              </w:rPr>
              <w:t>аболады</w:t>
            </w:r>
            <w:r w:rsidRPr="0033741E">
              <w:rPr>
                <w:rFonts w:ascii="Book Antiqua" w:hAnsi="Book Antiqua"/>
                <w:sz w:val="18"/>
              </w:rPr>
              <w:t xml:space="preserve">. </w:t>
            </w:r>
            <w:r w:rsidRPr="0033741E">
              <w:rPr>
                <w:rFonts w:ascii="Book Antiqua" w:hAnsi="Book Antiqua" w:cs="Book Antiqua"/>
                <w:sz w:val="18"/>
              </w:rPr>
              <w:t>Сонымен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атарсіздергем</w:t>
            </w:r>
            <w:r w:rsidRPr="0033741E">
              <w:rPr>
                <w:rFonts w:ascii="Cambria" w:hAnsi="Cambria" w:cs="Cambria"/>
                <w:sz w:val="18"/>
              </w:rPr>
              <w:t>ә</w:t>
            </w:r>
            <w:r w:rsidRPr="0033741E">
              <w:rPr>
                <w:rFonts w:ascii="Book Antiqua" w:hAnsi="Book Antiqua" w:cs="Book Antiqua"/>
                <w:sz w:val="18"/>
              </w:rPr>
              <w:t>тіндікматериалдарменбіры</w:t>
            </w:r>
            <w:r w:rsidRPr="0033741E">
              <w:rPr>
                <w:rFonts w:ascii="Cambria" w:hAnsi="Cambria" w:cs="Cambria"/>
                <w:sz w:val="18"/>
              </w:rPr>
              <w:t>ңғ</w:t>
            </w:r>
            <w:r w:rsidRPr="0033741E">
              <w:rPr>
                <w:rFonts w:ascii="Book Antiqua" w:hAnsi="Book Antiqua" w:cs="Book Antiqua"/>
                <w:sz w:val="18"/>
              </w:rPr>
              <w:t>айн</w:t>
            </w:r>
            <w:r w:rsidRPr="0033741E">
              <w:rPr>
                <w:rFonts w:ascii="Cambria" w:hAnsi="Cambria" w:cs="Cambria"/>
                <w:sz w:val="18"/>
              </w:rPr>
              <w:t>ұ</w:t>
            </w:r>
            <w:r w:rsidRPr="0033741E">
              <w:rPr>
                <w:rFonts w:ascii="Book Antiqua" w:hAnsi="Book Antiqua" w:cs="Book Antiqua"/>
                <w:sz w:val="18"/>
              </w:rPr>
              <w:t>с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аулы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тар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олжетімдіболады</w:t>
            </w:r>
            <w:r w:rsidRPr="0033741E">
              <w:rPr>
                <w:rFonts w:ascii="Book Antiqua" w:hAnsi="Book Antiqua"/>
                <w:sz w:val="18"/>
              </w:rPr>
              <w:t xml:space="preserve">. </w:t>
            </w:r>
            <w:r w:rsidRPr="0033741E">
              <w:rPr>
                <w:rFonts w:ascii="Book Antiqua" w:hAnsi="Book Antiqua" w:cs="Book Antiqua"/>
                <w:sz w:val="18"/>
              </w:rPr>
              <w:t>Сілтеменіне</w:t>
            </w:r>
            <w:r w:rsidRPr="0033741E">
              <w:rPr>
                <w:rFonts w:ascii="Book Antiqua" w:hAnsi="Book Antiqua"/>
                <w:sz w:val="18"/>
              </w:rPr>
              <w:t>месе QR-кодты са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тапалы</w:t>
            </w:r>
            <w:r w:rsidRPr="0033741E">
              <w:rPr>
                <w:rFonts w:ascii="Cambria" w:hAnsi="Cambria" w:cs="Cambria"/>
                <w:sz w:val="18"/>
              </w:rPr>
              <w:t>ң</w:t>
            </w:r>
            <w:r w:rsidRPr="0033741E">
              <w:rPr>
                <w:rFonts w:ascii="Book Antiqua" w:hAnsi="Book Antiqua" w:cs="Book Antiqua"/>
                <w:sz w:val="18"/>
              </w:rPr>
              <w:t>ыздар</w:t>
            </w:r>
            <w:r w:rsidRPr="0033741E">
              <w:rPr>
                <w:rFonts w:ascii="Book Antiqua" w:hAnsi="Book Antiqua"/>
                <w:sz w:val="18"/>
              </w:rPr>
              <w:t xml:space="preserve">. </w:t>
            </w:r>
            <w:r w:rsidRPr="0033741E">
              <w:rPr>
                <w:rFonts w:ascii="Book Antiqua" w:hAnsi="Book Antiqua" w:cs="Book Antiqua"/>
                <w:sz w:val="18"/>
              </w:rPr>
              <w:t>Осыменнегізгіб</w:t>
            </w:r>
            <w:r w:rsidRPr="0033741E">
              <w:rPr>
                <w:rFonts w:ascii="Cambria" w:hAnsi="Cambria" w:cs="Cambria"/>
                <w:sz w:val="18"/>
              </w:rPr>
              <w:t>ө</w:t>
            </w:r>
            <w:r w:rsidRPr="0033741E">
              <w:rPr>
                <w:rFonts w:ascii="Book Antiqua" w:hAnsi="Book Antiqua" w:cs="Book Antiqua"/>
                <w:sz w:val="18"/>
              </w:rPr>
              <w:t>лімая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талды</w:t>
            </w:r>
            <w:r w:rsidRPr="0033741E">
              <w:rPr>
                <w:rFonts w:ascii="Book Antiqua" w:hAnsi="Book Antiqua"/>
                <w:sz w:val="18"/>
              </w:rPr>
              <w:t xml:space="preserve">. </w:t>
            </w:r>
            <w:r w:rsidRPr="0033741E">
              <w:rPr>
                <w:rFonts w:ascii="Book Antiqua" w:hAnsi="Book Antiqua" w:cs="Book Antiqua"/>
                <w:sz w:val="18"/>
              </w:rPr>
              <w:t>Жекетал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ылауды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ажетететінс</w:t>
            </w:r>
            <w:r w:rsidRPr="0033741E">
              <w:rPr>
                <w:rFonts w:ascii="Cambria" w:hAnsi="Cambria" w:cs="Cambria"/>
                <w:sz w:val="18"/>
              </w:rPr>
              <w:t>ұ</w:t>
            </w:r>
            <w:r w:rsidRPr="0033741E">
              <w:rPr>
                <w:rFonts w:ascii="Book Antiqua" w:hAnsi="Book Antiqua" w:cs="Book Antiqua"/>
                <w:sz w:val="18"/>
              </w:rPr>
              <w:t>ра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тарды</w:t>
            </w:r>
            <w:r w:rsidRPr="0033741E">
              <w:rPr>
                <w:rFonts w:ascii="Book Antiqua" w:hAnsi="Book Antiqua"/>
                <w:sz w:val="18"/>
              </w:rPr>
              <w:t xml:space="preserve"> 40 </w:t>
            </w:r>
            <w:r w:rsidRPr="0033741E">
              <w:rPr>
                <w:rFonts w:ascii="Book Antiqua" w:hAnsi="Book Antiqua" w:cs="Book Antiqua"/>
                <w:sz w:val="18"/>
              </w:rPr>
              <w:t>минуттанкейін</w:t>
            </w:r>
            <w:r w:rsidRPr="0033741E">
              <w:rPr>
                <w:rFonts w:ascii="Cambria" w:hAnsi="Cambria" w:cs="Cambria"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sz w:val="18"/>
              </w:rPr>
              <w:t>арастырааламыз</w:t>
            </w:r>
            <w:r w:rsidRPr="0033741E">
              <w:rPr>
                <w:rFonts w:ascii="Book Antiqua" w:hAnsi="Book Antiqua"/>
                <w:sz w:val="18"/>
              </w:rPr>
              <w:t>.</w:t>
            </w:r>
          </w:p>
        </w:tc>
        <w:tc>
          <w:tcPr>
            <w:tcW w:w="4309" w:type="dxa"/>
            <w:shd w:val="clear" w:color="auto" w:fill="F7F9FB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163607" w:rsidRPr="0033741E" w:rsidRDefault="00A83174">
            <w:pPr>
              <w:spacing w:after="0" w:line="240" w:lineRule="auto"/>
              <w:rPr>
                <w:rFonts w:ascii="Book Antiqua" w:hAnsi="Book Antiqua"/>
              </w:rPr>
            </w:pPr>
            <w:r w:rsidRPr="0033741E">
              <w:rPr>
                <w:rFonts w:ascii="Book Antiqua" w:hAnsi="Book Antiqua"/>
                <w:sz w:val="17"/>
              </w:rPr>
              <w:t>Материалдар мен бейнен</w:t>
            </w:r>
            <w:r w:rsidRPr="0033741E">
              <w:rPr>
                <w:rFonts w:ascii="Cambria" w:hAnsi="Cambria" w:cs="Cambria"/>
                <w:sz w:val="17"/>
              </w:rPr>
              <w:t>ұ</w:t>
            </w:r>
            <w:r w:rsidRPr="0033741E">
              <w:rPr>
                <w:rFonts w:ascii="Book Antiqua" w:hAnsi="Book Antiqua" w:cs="Book Antiqua"/>
                <w:sz w:val="17"/>
              </w:rPr>
              <w:t>с</w:t>
            </w:r>
            <w:r w:rsidRPr="0033741E">
              <w:rPr>
                <w:rFonts w:ascii="Cambria" w:hAnsi="Cambria" w:cs="Cambria"/>
                <w:sz w:val="17"/>
              </w:rPr>
              <w:t>қ</w:t>
            </w:r>
            <w:r w:rsidRPr="0033741E">
              <w:rPr>
                <w:rFonts w:ascii="Book Antiqua" w:hAnsi="Book Antiqua" w:cs="Book Antiqua"/>
                <w:sz w:val="17"/>
              </w:rPr>
              <w:t>аулы</w:t>
            </w:r>
            <w:r w:rsidRPr="0033741E">
              <w:rPr>
                <w:rFonts w:ascii="Cambria" w:hAnsi="Cambria" w:cs="Cambria"/>
                <w:sz w:val="17"/>
              </w:rPr>
              <w:t>қ</w:t>
            </w:r>
            <w:r w:rsidRPr="0033741E">
              <w:rPr>
                <w:rFonts w:ascii="Book Antiqua" w:hAnsi="Book Antiqua" w:cs="Book Antiqua"/>
                <w:sz w:val="17"/>
              </w:rPr>
              <w:t>тар</w:t>
            </w:r>
            <w:r w:rsidRPr="0033741E">
              <w:rPr>
                <w:rFonts w:ascii="Cambria" w:hAnsi="Cambria" w:cs="Cambria"/>
                <w:sz w:val="17"/>
              </w:rPr>
              <w:t>ғ</w:t>
            </w:r>
            <w:r w:rsidRPr="0033741E">
              <w:rPr>
                <w:rFonts w:ascii="Book Antiqua" w:hAnsi="Book Antiqua" w:cs="Book Antiqua"/>
                <w:sz w:val="17"/>
              </w:rPr>
              <w:t>аапаратын</w:t>
            </w:r>
            <w:r w:rsidRPr="0033741E">
              <w:rPr>
                <w:rFonts w:ascii="Book Antiqua" w:hAnsi="Book Antiqua"/>
                <w:sz w:val="17"/>
              </w:rPr>
              <w:t xml:space="preserve"> QR-</w:t>
            </w:r>
            <w:r w:rsidRPr="0033741E">
              <w:rPr>
                <w:rFonts w:ascii="Book Antiqua" w:hAnsi="Book Antiqua" w:cs="Book Antiqua"/>
                <w:sz w:val="17"/>
              </w:rPr>
              <w:t>коды</w:t>
            </w:r>
            <w:r w:rsidRPr="0033741E">
              <w:rPr>
                <w:rFonts w:ascii="Book Antiqua" w:hAnsi="Book Antiqua"/>
                <w:sz w:val="17"/>
              </w:rPr>
              <w:t>/</w:t>
            </w:r>
            <w:r w:rsidRPr="0033741E">
              <w:rPr>
                <w:rFonts w:ascii="Book Antiqua" w:hAnsi="Book Antiqua" w:cs="Book Antiqua"/>
                <w:sz w:val="17"/>
              </w:rPr>
              <w:t>сілтемесібар</w:t>
            </w:r>
            <w:r w:rsidRPr="0033741E">
              <w:rPr>
                <w:rFonts w:ascii="Cambria" w:hAnsi="Cambria" w:cs="Cambria"/>
                <w:sz w:val="17"/>
              </w:rPr>
              <w:t>қ</w:t>
            </w:r>
            <w:r w:rsidRPr="0033741E">
              <w:rPr>
                <w:rFonts w:ascii="Book Antiqua" w:hAnsi="Book Antiqua" w:cs="Book Antiqua"/>
                <w:sz w:val="17"/>
              </w:rPr>
              <w:t>орытындыслайдтык</w:t>
            </w:r>
            <w:r w:rsidRPr="0033741E">
              <w:rPr>
                <w:rFonts w:ascii="Cambria" w:hAnsi="Cambria" w:cs="Cambria"/>
                <w:sz w:val="17"/>
              </w:rPr>
              <w:t>ө</w:t>
            </w:r>
            <w:r w:rsidRPr="0033741E">
              <w:rPr>
                <w:rFonts w:ascii="Book Antiqua" w:hAnsi="Book Antiqua" w:cs="Book Antiqua"/>
                <w:sz w:val="17"/>
              </w:rPr>
              <w:t>рсету</w:t>
            </w:r>
            <w:r w:rsidRPr="0033741E">
              <w:rPr>
                <w:rFonts w:ascii="Book Antiqua" w:hAnsi="Book Antiqua"/>
                <w:sz w:val="17"/>
              </w:rPr>
              <w:t>.</w:t>
            </w:r>
          </w:p>
        </w:tc>
        <w:tc>
          <w:tcPr>
            <w:tcW w:w="3628" w:type="dxa"/>
            <w:shd w:val="clear" w:color="auto" w:fill="F7F9FB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163607" w:rsidRPr="0033741E" w:rsidRDefault="00A83174">
            <w:pPr>
              <w:spacing w:after="0" w:line="240" w:lineRule="auto"/>
              <w:rPr>
                <w:rFonts w:ascii="Book Antiqua" w:hAnsi="Book Antiqua"/>
                <w:lang w:val="ru-RU"/>
              </w:rPr>
            </w:pPr>
            <w:r w:rsidRPr="0033741E">
              <w:rPr>
                <w:rFonts w:ascii="Book Antiqua" w:hAnsi="Book Antiqua"/>
                <w:color w:val="595959"/>
                <w:sz w:val="17"/>
                <w:lang w:val="ru-RU"/>
              </w:rPr>
              <w:t>Материалдардыалдын алаашып</w:t>
            </w:r>
            <w:r w:rsidRPr="0033741E">
              <w:rPr>
                <w:rFonts w:ascii="Cambria" w:hAnsi="Cambria" w:cs="Cambria"/>
                <w:color w:val="595959"/>
                <w:sz w:val="17"/>
                <w:lang w:val="ru-RU"/>
              </w:rPr>
              <w:t>қ</w:t>
            </w:r>
            <w:r w:rsidRPr="0033741E">
              <w:rPr>
                <w:rFonts w:ascii="Book Antiqua" w:hAnsi="Book Antiqua" w:cs="Book Antiqua"/>
                <w:color w:val="595959"/>
                <w:sz w:val="17"/>
                <w:lang w:val="ru-RU"/>
              </w:rPr>
              <w:t>ойы</w:t>
            </w:r>
            <w:r w:rsidRPr="0033741E">
              <w:rPr>
                <w:rFonts w:ascii="Cambria" w:hAnsi="Cambria" w:cs="Cambria"/>
                <w:color w:val="595959"/>
                <w:sz w:val="17"/>
                <w:lang w:val="ru-RU"/>
              </w:rPr>
              <w:t>ң</w:t>
            </w:r>
            <w:r w:rsidRPr="0033741E">
              <w:rPr>
                <w:rFonts w:ascii="Book Antiqua" w:hAnsi="Book Antiqua" w:cs="Book Antiqua"/>
                <w:color w:val="595959"/>
                <w:sz w:val="17"/>
                <w:lang w:val="ru-RU"/>
              </w:rPr>
              <w:t>ыз</w:t>
            </w:r>
            <w:r w:rsidRPr="0033741E">
              <w:rPr>
                <w:rFonts w:ascii="Book Antiqua" w:hAnsi="Book Antiqua"/>
                <w:color w:val="595959"/>
                <w:sz w:val="17"/>
                <w:lang w:val="ru-RU"/>
              </w:rPr>
              <w:t xml:space="preserve">. </w:t>
            </w:r>
            <w:r w:rsidRPr="0033741E">
              <w:rPr>
                <w:rFonts w:ascii="Book Antiqua" w:hAnsi="Book Antiqua" w:cs="Book Antiqua"/>
                <w:color w:val="595959"/>
                <w:sz w:val="17"/>
                <w:lang w:val="ru-RU"/>
              </w:rPr>
              <w:t>Ая</w:t>
            </w:r>
            <w:r w:rsidRPr="0033741E">
              <w:rPr>
                <w:rFonts w:ascii="Cambria" w:hAnsi="Cambria" w:cs="Cambria"/>
                <w:color w:val="595959"/>
                <w:sz w:val="17"/>
                <w:lang w:val="ru-RU"/>
              </w:rPr>
              <w:t>қ</w:t>
            </w:r>
            <w:r w:rsidRPr="0033741E">
              <w:rPr>
                <w:rFonts w:ascii="Book Antiqua" w:hAnsi="Book Antiqua" w:cs="Book Antiqua"/>
                <w:color w:val="595959"/>
                <w:sz w:val="17"/>
                <w:lang w:val="ru-RU"/>
              </w:rPr>
              <w:t>таукезіндесілтеменічаттаніздеме</w:t>
            </w:r>
            <w:r w:rsidRPr="0033741E">
              <w:rPr>
                <w:rFonts w:ascii="Cambria" w:hAnsi="Cambria" w:cs="Cambria"/>
                <w:color w:val="595959"/>
                <w:sz w:val="17"/>
                <w:lang w:val="ru-RU"/>
              </w:rPr>
              <w:t>ң</w:t>
            </w:r>
            <w:r w:rsidRPr="0033741E">
              <w:rPr>
                <w:rFonts w:ascii="Book Antiqua" w:hAnsi="Book Antiqua" w:cs="Book Antiqua"/>
                <w:color w:val="595959"/>
                <w:sz w:val="17"/>
                <w:lang w:val="ru-RU"/>
              </w:rPr>
              <w:t>із</w:t>
            </w:r>
            <w:r w:rsidRPr="0033741E">
              <w:rPr>
                <w:rFonts w:ascii="Book Antiqua" w:hAnsi="Book Antiqua"/>
                <w:color w:val="595959"/>
                <w:sz w:val="17"/>
                <w:lang w:val="ru-RU"/>
              </w:rPr>
              <w:t>.</w:t>
            </w:r>
          </w:p>
        </w:tc>
      </w:tr>
    </w:tbl>
    <w:p w:rsidR="00163607" w:rsidRPr="0033741E" w:rsidRDefault="00A83174">
      <w:pPr>
        <w:spacing w:before="160"/>
        <w:rPr>
          <w:rFonts w:ascii="Book Antiqua" w:hAnsi="Book Antiqua"/>
        </w:rPr>
      </w:pPr>
      <w:r w:rsidRPr="0033741E">
        <w:rPr>
          <w:rFonts w:ascii="Book Antiqua" w:hAnsi="Book Antiqua"/>
          <w:b/>
          <w:color w:val="1F4E78"/>
          <w:sz w:val="22"/>
        </w:rPr>
        <w:t>Басталаралдында</w:t>
      </w:r>
      <w:r w:rsidRPr="0033741E">
        <w:rPr>
          <w:rFonts w:ascii="Cambria" w:hAnsi="Cambria" w:cs="Cambria"/>
          <w:b/>
          <w:color w:val="1F4E78"/>
          <w:sz w:val="22"/>
        </w:rPr>
        <w:t>ғ</w:t>
      </w:r>
      <w:r w:rsidRPr="0033741E">
        <w:rPr>
          <w:rFonts w:ascii="Book Antiqua" w:hAnsi="Book Antiqua" w:cs="Book Antiqua"/>
          <w:b/>
          <w:color w:val="1F4E78"/>
          <w:sz w:val="22"/>
        </w:rPr>
        <w:t>ысо</w:t>
      </w:r>
      <w:r w:rsidRPr="0033741E">
        <w:rPr>
          <w:rFonts w:ascii="Cambria" w:hAnsi="Cambria" w:cs="Cambria"/>
          <w:b/>
          <w:color w:val="1F4E78"/>
          <w:sz w:val="22"/>
        </w:rPr>
        <w:t>ңғ</w:t>
      </w:r>
      <w:r w:rsidRPr="0033741E">
        <w:rPr>
          <w:rFonts w:ascii="Book Antiqua" w:hAnsi="Book Antiqua" w:cs="Book Antiqua"/>
          <w:b/>
          <w:color w:val="1F4E78"/>
          <w:sz w:val="22"/>
        </w:rPr>
        <w:t>ытексеру</w:t>
      </w:r>
    </w:p>
    <w:tbl>
      <w:tblPr>
        <w:tblW w:w="0" w:type="auto"/>
        <w:tblLook w:val="04A0"/>
      </w:tblPr>
      <w:tblGrid>
        <w:gridCol w:w="14536"/>
      </w:tblGrid>
      <w:tr w:rsidR="00163607" w:rsidRPr="0033741E">
        <w:tc>
          <w:tcPr>
            <w:tcW w:w="14536" w:type="dxa"/>
            <w:shd w:val="clear" w:color="auto" w:fill="E2F0D9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163607" w:rsidRPr="0033741E" w:rsidRDefault="00A83174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33741E">
              <w:rPr>
                <w:rFonts w:ascii="Segoe UI Symbol" w:hAnsi="Segoe UI Symbol" w:cs="Segoe UI Symbol"/>
                <w:b/>
                <w:sz w:val="18"/>
              </w:rPr>
              <w:t>☐</w:t>
            </w:r>
            <w:r w:rsidRPr="0033741E">
              <w:rPr>
                <w:rFonts w:ascii="Book Antiqua" w:hAnsi="Book Antiqua"/>
                <w:b/>
                <w:sz w:val="18"/>
              </w:rPr>
              <w:t xml:space="preserve"> кабинетке алдын ала кірілді   </w:t>
            </w:r>
            <w:r w:rsidRPr="0033741E">
              <w:rPr>
                <w:rFonts w:ascii="Segoe UI Symbol" w:hAnsi="Segoe UI Symbol" w:cs="Segoe UI Symbol"/>
                <w:b/>
                <w:sz w:val="18"/>
              </w:rPr>
              <w:t>☐</w:t>
            </w:r>
            <w:r w:rsidRPr="0033741E">
              <w:rPr>
                <w:rFonts w:ascii="Book Antiqua" w:hAnsi="Book Antiqua" w:cs="Book Antiqua"/>
                <w:b/>
                <w:sz w:val="18"/>
              </w:rPr>
              <w:t>тестіліксыныпдайын</w:t>
            </w:r>
            <w:r w:rsidRPr="0033741E">
              <w:rPr>
                <w:rFonts w:ascii="Segoe UI Symbol" w:hAnsi="Segoe UI Symbol" w:cs="Segoe UI Symbol"/>
                <w:b/>
                <w:sz w:val="18"/>
              </w:rPr>
              <w:t>☐</w:t>
            </w:r>
            <w:r w:rsidRPr="0033741E">
              <w:rPr>
                <w:rFonts w:ascii="Book Antiqua" w:hAnsi="Book Antiqua"/>
                <w:b/>
                <w:sz w:val="18"/>
              </w:rPr>
              <w:t xml:space="preserve"> Excel-</w:t>
            </w:r>
            <w:r w:rsidRPr="0033741E">
              <w:rPr>
                <w:rFonts w:ascii="Book Antiqua" w:hAnsi="Book Antiqua" w:cs="Book Antiqua"/>
                <w:b/>
                <w:sz w:val="18"/>
              </w:rPr>
              <w:t>файлдайын</w:t>
            </w:r>
            <w:r w:rsidRPr="0033741E">
              <w:rPr>
                <w:rFonts w:ascii="Segoe UI Symbol" w:hAnsi="Segoe UI Symbol" w:cs="Segoe UI Symbol"/>
                <w:b/>
                <w:sz w:val="18"/>
              </w:rPr>
              <w:t>☐</w:t>
            </w:r>
            <w:r w:rsidRPr="0033741E">
              <w:rPr>
                <w:rFonts w:ascii="Book Antiqua" w:hAnsi="Book Antiqua" w:cs="Book Antiqua"/>
                <w:b/>
                <w:sz w:val="18"/>
              </w:rPr>
              <w:t>кейсдайын</w:t>
            </w:r>
            <w:r w:rsidRPr="0033741E">
              <w:rPr>
                <w:rFonts w:ascii="Segoe UI Symbol" w:hAnsi="Segoe UI Symbol" w:cs="Segoe UI Symbol"/>
                <w:b/>
                <w:sz w:val="18"/>
              </w:rPr>
              <w:t>☐</w:t>
            </w:r>
            <w:r w:rsidRPr="0033741E">
              <w:rPr>
                <w:rFonts w:ascii="Book Antiqua" w:hAnsi="Book Antiqua" w:cs="Book Antiqua"/>
                <w:b/>
                <w:sz w:val="18"/>
              </w:rPr>
              <w:t>демонстрациялы</w:t>
            </w:r>
            <w:r w:rsidRPr="0033741E">
              <w:rPr>
                <w:rFonts w:ascii="Cambria" w:hAnsi="Cambria" w:cs="Cambria"/>
                <w:b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b/>
                <w:sz w:val="18"/>
              </w:rPr>
              <w:t>о</w:t>
            </w:r>
            <w:r w:rsidRPr="0033741E">
              <w:rPr>
                <w:rFonts w:ascii="Cambria" w:hAnsi="Cambria" w:cs="Cambria"/>
                <w:b/>
                <w:sz w:val="18"/>
              </w:rPr>
              <w:t>қ</w:t>
            </w:r>
            <w:r w:rsidRPr="0033741E">
              <w:rPr>
                <w:rFonts w:ascii="Book Antiqua" w:hAnsi="Book Antiqua" w:cs="Book Antiqua"/>
                <w:b/>
                <w:sz w:val="18"/>
              </w:rPr>
              <w:t>ушыта</w:t>
            </w:r>
            <w:r w:rsidRPr="0033741E">
              <w:rPr>
                <w:rFonts w:ascii="Cambria" w:hAnsi="Cambria" w:cs="Cambria"/>
                <w:b/>
                <w:sz w:val="18"/>
              </w:rPr>
              <w:t>ң</w:t>
            </w:r>
            <w:r w:rsidRPr="0033741E">
              <w:rPr>
                <w:rFonts w:ascii="Book Antiqua" w:hAnsi="Book Antiqua" w:cs="Book Antiqua"/>
                <w:b/>
                <w:sz w:val="18"/>
              </w:rPr>
              <w:t>далды</w:t>
            </w:r>
            <w:r w:rsidRPr="0033741E">
              <w:rPr>
                <w:rFonts w:ascii="Segoe UI Symbol" w:hAnsi="Segoe UI Symbol" w:cs="Segoe UI Symbol"/>
                <w:b/>
                <w:sz w:val="18"/>
              </w:rPr>
              <w:t>☐</w:t>
            </w:r>
            <w:r w:rsidRPr="0033741E">
              <w:rPr>
                <w:rFonts w:ascii="Book Antiqua" w:hAnsi="Book Antiqua"/>
                <w:b/>
                <w:sz w:val="18"/>
              </w:rPr>
              <w:t xml:space="preserve"> QR/</w:t>
            </w:r>
            <w:r w:rsidRPr="0033741E">
              <w:rPr>
                <w:rFonts w:ascii="Book Antiqua" w:hAnsi="Book Antiqua" w:cs="Book Antiqua"/>
                <w:b/>
                <w:sz w:val="18"/>
              </w:rPr>
              <w:t>сілтемеашы</w:t>
            </w:r>
            <w:r w:rsidRPr="0033741E">
              <w:rPr>
                <w:rFonts w:ascii="Cambria" w:hAnsi="Cambria" w:cs="Cambria"/>
                <w:b/>
                <w:sz w:val="18"/>
              </w:rPr>
              <w:t>қ</w:t>
            </w:r>
          </w:p>
        </w:tc>
      </w:tr>
    </w:tbl>
    <w:p w:rsidR="00A83174" w:rsidRPr="0033741E" w:rsidRDefault="00A83174">
      <w:pPr>
        <w:rPr>
          <w:rFonts w:ascii="Book Antiqua" w:hAnsi="Book Antiqua"/>
        </w:rPr>
      </w:pPr>
    </w:p>
    <w:sectPr w:rsidR="00A83174" w:rsidRPr="0033741E" w:rsidSect="00034616">
      <w:footerReference w:type="default" r:id="rId9"/>
      <w:pgSz w:w="15840" w:h="12240" w:orient="landscape"/>
      <w:pgMar w:top="652" w:right="652" w:bottom="652" w:left="652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73AE" w:rsidRDefault="009E73AE">
      <w:pPr>
        <w:spacing w:after="0" w:line="240" w:lineRule="auto"/>
      </w:pPr>
      <w:r>
        <w:separator/>
      </w:r>
    </w:p>
  </w:endnote>
  <w:endnote w:type="continuationSeparator" w:id="1">
    <w:p w:rsidR="009E73AE" w:rsidRDefault="009E7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607" w:rsidRDefault="00A83174">
    <w:pPr>
      <w:pStyle w:val="a7"/>
      <w:jc w:val="center"/>
    </w:pPr>
    <w:r>
      <w:rPr>
        <w:color w:val="757575"/>
        <w:sz w:val="16"/>
      </w:rPr>
      <w:t>Сынып жетекшілерін каскадтық оқыту | 2026 жылғы қыркүйек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607" w:rsidRDefault="00A83174">
    <w:pPr>
      <w:pStyle w:val="a7"/>
      <w:jc w:val="center"/>
    </w:pPr>
    <w:r>
      <w:rPr>
        <w:color w:val="757575"/>
        <w:sz w:val="16"/>
      </w:rPr>
      <w:t>Сынып жетекшілерін каскадтық оқыту | 2026 жылғы қыркүйек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73AE" w:rsidRDefault="009E73AE">
      <w:pPr>
        <w:spacing w:after="0" w:line="240" w:lineRule="auto"/>
      </w:pPr>
      <w:r>
        <w:separator/>
      </w:r>
    </w:p>
  </w:footnote>
  <w:footnote w:type="continuationSeparator" w:id="1">
    <w:p w:rsidR="009E73AE" w:rsidRDefault="009E73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7730"/>
    <w:rsid w:val="00034616"/>
    <w:rsid w:val="0006063C"/>
    <w:rsid w:val="0015074B"/>
    <w:rsid w:val="00163607"/>
    <w:rsid w:val="0029639D"/>
    <w:rsid w:val="00326F90"/>
    <w:rsid w:val="0033741E"/>
    <w:rsid w:val="0035577D"/>
    <w:rsid w:val="00365C6B"/>
    <w:rsid w:val="005F0F77"/>
    <w:rsid w:val="009E73AE"/>
    <w:rsid w:val="00A83174"/>
    <w:rsid w:val="00AA1D8D"/>
    <w:rsid w:val="00B47730"/>
    <w:rsid w:val="00CB06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pPr>
      <w:spacing w:after="80" w:line="252" w:lineRule="auto"/>
    </w:pPr>
    <w:rPr>
      <w:rFonts w:ascii="Arial" w:eastAsia="Arial" w:hAnsi="Arial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4E78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1F1F"/>
      <w:sz w:val="22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te">
    <w:name w:val="Note"/>
    <w:rsid w:val="005F0F77"/>
    <w:rPr>
      <w:rFonts w:ascii="Arial" w:eastAsia="Arial" w:hAnsi="Arial"/>
      <w:color w:val="595959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F787E47-CE12-4CF6-8AFE-5066ABB69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1749</Words>
  <Characters>9971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11697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Сынып жетекшілерін каскадтық оқыту сценарийі</dc:title>
  <dc:subject>Тәрбие жұмысы жөніндегі директордың орынбасарына арналған жұмыс материалы</dc:subject>
  <dc:creator>НАО «Өркен»</dc:creator>
  <dc:description>generated by python-docx</dc:description>
  <cp:lastModifiedBy>User</cp:lastModifiedBy>
  <cp:revision>2</cp:revision>
  <dcterms:created xsi:type="dcterms:W3CDTF">2026-09-09T13:19:00Z</dcterms:created>
  <dcterms:modified xsi:type="dcterms:W3CDTF">2026-09-09T13:19:00Z</dcterms:modified>
</cp:coreProperties>
</file>